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Крук і лисиця</w:t>
      </w:r>
    </w:p>
    <w:p>
      <w:r>
        <w:br/>
        <w:t xml:space="preserve"> &lt;p&gt;Крук украв шматок м'яса і сів на якесь дерево. Побачила це Лисиця з захотіла відібрати м'ясо. Вона стала перед Круком і почала вихваляти його велич і красу, кажучи, що йому найбільше з усіх годилось б царювати над птахами, і це сталося б напевно, коли б він мав голос.</w:t>
      </w:r>
    </w:p>
    <w:p>
      <w:r>
        <w:br/>
        <w:t>Крук хотів похвалитися, що голос у нього є, закрякав і випустив м'ясо. Лисиця підбігла, схопила м'ясо і сказала: " О Круче, коли б ти мав також розум, тобі більше не бракувало б нічого, щоб стати царем".</w:t>
      </w:r>
    </w:p>
    <w:p>
      <w:r>
        <w:br/>
        <w:t>Ця байка стосується нерозумної людини.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Крук і лисиця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