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смерть</w:t>
      </w:r>
    </w:p>
    <w:p>
      <w:r>
        <w:br/>
        <w:t xml:space="preserve"> Їм північні вітри гудуть,&lt;br /&gt;</w:t>
        <w:br/>
        <w:t>Їм сніги замітають путь,&lt;br /&gt;</w:t>
        <w:br/>
        <w:t>А вони ідуть без упину,&lt;br /&gt;</w:t>
        <w:br/>
        <w:t>А вони без спочину йдуть.</w:t>
      </w:r>
    </w:p>
    <w:p>
      <w:r>
        <w:br/>
        <w:t>Їм шати залляла кров,&lt;br /&gt;</w:t>
        <w:br/>
        <w:t>На шмати — їх корогов,&lt;br /&gt;</w:t>
        <w:br/>
        <w:t>Та кожен, кожен із них&lt;br /&gt;</w:t>
        <w:br/>
        <w:t>Смертю смерть поборов.</w:t>
      </w:r>
    </w:p>
    <w:p>
      <w:r>
        <w:br/>
        <w:t>Їм північні вітри гудуть,&lt;br /&gt;</w:t>
        <w:br/>
        <w:t>Їм сніги замітають путь,&lt;br /&gt;</w:t>
        <w:br/>
        <w:t>А вони ідуть без упину,&lt;br /&gt;</w:t>
        <w:br/>
        <w:t>А вони без спочину йдуть.</w:t>
      </w:r>
    </w:p>
    <w:p>
      <w:r>
        <w:br/>
        <w:t>Прага,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