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кригопис вікна мого</w:t>
      </w:r>
    </w:p>
    <w:p>
      <w:r>
        <w:br/>
        <w:t xml:space="preserve"> Ось похапцем ідуть одні,&lt;br /&gt;</w:t>
        <w:br/>
        <w:t>А ті похмурою юрбою…&lt;br /&gt;</w:t>
        <w:br/>
        <w:t>Поглянь, як наростають дні,&lt;br /&gt;</w:t>
        <w:br/>
        <w:t>Розкривши стяг над головою!</w:t>
      </w:r>
    </w:p>
    <w:p>
      <w:r>
        <w:br/>
        <w:t>І, не діждавшися черги,&lt;br /&gt;</w:t>
        <w:br/>
        <w:t>Вони, мов білиці, стрибають…&lt;br /&gt;</w:t>
        <w:br/>
        <w:t>Поглянь – які без меж сніги&lt;br /&gt;</w:t>
        <w:br/>
        <w:t>Біжать з-під колеса трамвая…</w:t>
      </w:r>
    </w:p>
    <w:p>
      <w:r>
        <w:br/>
        <w:t>На розі усміху просить,&lt;br /&gt;</w:t>
        <w:br/>
        <w:t>А там – перламутрові сльози —&lt;br /&gt;</w:t>
        <w:br/>
        <w:t>Сплетіння дивної яси&lt;br /&gt;</w:t>
        <w:br/>
        <w:t>Виводять на вікні морози…</w:t>
      </w:r>
    </w:p>
    <w:p>
      <w:r>
        <w:br/>
        <w:t>Рух, блиск – і пролетів вагон!&lt;br /&gt;</w:t>
        <w:br/>
        <w:t>І знову тиша. Снігу клоччя…&lt;br /&gt;</w:t>
        <w:br/>
        <w:t>Крізь кригопис вікна мого&lt;br /&gt;</w:t>
        <w:br/>
        <w:t>Спостерігаю сині очи…</w:t>
      </w:r>
    </w:p>
    <w:p>
      <w:r>
        <w:br/>
        <w:t>З-за моря снігових дахів,&lt;br /&gt;</w:t>
        <w:br/>
        <w:t>З-за димарів, антен стрімчастих&lt;br /&gt;</w:t>
        <w:br/>
        <w:t>Злітають зграями птахи,&lt;br /&gt;</w:t>
        <w:br/>
        <w:t>Оточують сніги круглясто…</w:t>
      </w:r>
    </w:p>
    <w:p>
      <w:r>
        <w:br/>
        <w:t>І в чорнім колі, вдалині,&lt;br /&gt;</w:t>
        <w:br/>
        <w:t>Вони тепліють, очи сині, —&lt;br /&gt;</w:t>
        <w:br/>
        <w:t>Поглянь, як наростають дні,&lt;br /&gt;</w:t>
        <w:br/>
        <w:t>Поглянь, які сніги в долині!</w:t>
      </w:r>
    </w:p>
    <w:p>
      <w:r>
        <w:br/>
        <w:t>Ніхто цей спокій не зруйнує,&lt;br /&gt;</w:t>
        <w:br/>
        <w:t>Не спинить усміхів своїх,&lt;br /&gt;</w:t>
        <w:br/>
        <w:t>Бо вже шумлять, бо вже вирують&lt;br /&gt;</w:t>
        <w:br/>
        <w:t>Весни моєї ручаї…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кригопис вікна мого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