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Крило</w:t>
      </w:r>
    </w:p>
    <w:p>
      <w:r>
        <w:br/>
        <w:t xml:space="preserve"> І&lt;br /&gt;</w:t>
        <w:br/>
        <w:t>Потяглися журавлі&lt;br /&gt;</w:t>
        <w:br/>
        <w:t>вдалеч плавко.&lt;br /&gt;</w:t>
        <w:br/>
        <w:t>Доганяв їх листопад за селом.&lt;br /&gt;</w:t>
        <w:br/>
        <w:t>А один, як сирота,&lt;br /&gt;</w:t>
        <w:br/>
        <w:t>гірко плакав&lt;br /&gt;</w:t>
        <w:br/>
        <w:t>З перебитим у лікті крилом.</w:t>
      </w:r>
    </w:p>
    <w:p>
      <w:r>
        <w:br/>
        <w:t>А ішов собі хлоп'як через луки.&lt;br /&gt;</w:t>
        <w:br/>
        <w:t>Запримітив сірому здаля.&lt;br /&gt;</w:t>
        <w:br/>
        <w:t>Він узяв, як дитину,&lt;br /&gt;</w:t>
        <w:br/>
        <w:t>на руки&lt;br /&gt;</w:t>
        <w:br/>
        <w:t>І додому приніс журавля.</w:t>
      </w:r>
    </w:p>
    <w:p>
      <w:r>
        <w:br/>
        <w:t>Поселив за комодом в куточку.&lt;br /&gt;</w:t>
        <w:br/>
        <w:t>(Звідти смішно стирчав йому ніс).&lt;br /&gt;</w:t>
        <w:br/>
        <w:t>Мати вишила журавку сорочку.&lt;br /&gt;</w:t>
        <w:br/>
        <w:t>Батько кеди з крамниці приніс.</w:t>
      </w:r>
    </w:p>
    <w:p>
      <w:r>
        <w:br/>
        <w:t>Стало швидко крило заживати.&lt;br /&gt;</w:t>
        <w:br/>
        <w:t>І, коли відгуляла зима,&lt;br /&gt;</w:t>
        <w:br/>
        <w:t>Якось вийшов цибато із хати,&lt;br /&gt;</w:t>
        <w:br/>
        <w:t>Стрепенувся, злетів&lt;br /&gt;</w:t>
        <w:br/>
        <w:t>і — нема...</w:t>
      </w:r>
    </w:p>
    <w:p>
      <w:r>
        <w:br/>
        <w:t>Похилився хлоп'як біля ганку.&lt;br /&gt;</w:t>
        <w:br/>
        <w:t>Від зажури ще більше змалів...&lt;br /&gt;</w:t>
        <w:br/>
        <w:t>Коли це вересневого ранку&lt;br /&gt;</w:t>
        <w:br/>
        <w:t>Повен двір прибуло журавлів!</w:t>
      </w:r>
    </w:p>
    <w:p>
      <w:r>
        <w:br/>
        <w:t>Вийшов з гурту у кедах цибато&lt;br /&gt;</w:t>
        <w:br/>
        <w:t>І сказав хлоп'яку:&lt;br /&gt;</w:t>
        <w:br/>
        <w:t>— Не журись!&lt;br /&gt;</w:t>
        <w:br/>
        <w:t>Щовесни прилітатиму, брате,&lt;br /&gt;</w:t>
        <w:br/>
        <w:t>Бо крилом я до тебе приріс.</w:t>
      </w:r>
    </w:p>
    <w:p>
      <w:r>
        <w:br/>
        <w:t>II&lt;br /&gt;</w:t>
        <w:br/>
        <w:t>Отак вони й росли, як близнюки.&lt;br /&gt;</w:t>
        <w:br/>
        <w:t>Навчив журавлик хлопчика літати.&lt;br /&gt;</w:t>
        <w:br/>
        <w:t>Коли село хилилося до сну,&lt;br /&gt;</w:t>
        <w:br/>
        <w:t>Вони удвох виходили на луки,&lt;br /&gt;</w:t>
        <w:br/>
        <w:t>І журавель розповідав малому&lt;br /&gt;</w:t>
        <w:br/>
        <w:t>Про Африку, про Ніл і піраміди,&lt;br /&gt;</w:t>
        <w:br/>
        <w:t>Що вельми схожі на стоги тутешні,&lt;br /&gt;</w:t>
        <w:br/>
        <w:t>Про модно розфарбованих папуг,&lt;br /&gt;</w:t>
        <w:br/>
        <w:t>Які по-людськи вміють говорити.&lt;br /&gt;</w:t>
        <w:br/>
        <w:t>І ще про різні дива та дива,&lt;br /&gt;</w:t>
        <w:br/>
        <w:t>Що і перо журавки не опише!&lt;br /&gt;</w:t>
        <w:br/>
        <w:t>А потім над селом вони злітали,&lt;br /&gt;</w:t>
        <w:br/>
        <w:t>І зорі їм ховалися під крила,&lt;br /&gt;</w:t>
        <w:br/>
        <w:t>І так обом їм хороше було!&lt;br /&gt;</w:t>
        <w:br/>
        <w:t>Незчулись, як хлоп'як закінчив школу,&lt;br /&gt;</w:t>
        <w:br/>
        <w:t>І якось він надвечір у леваду&lt;br /&gt;</w:t>
        <w:br/>
        <w:t>Прийшов не сам.&lt;br /&gt;</w:t>
        <w:br/>
        <w:t>І журавель сказав їй:&lt;br /&gt;</w:t>
        <w:br/>
        <w:t>"Щаслива ти. Достойна в тебе пара.&lt;br /&gt;</w:t>
        <w:br/>
        <w:t>Я вас обох приймаю. І — люблю".&lt;br /&gt;</w:t>
        <w:br/>
        <w:t>О, як утрьох їм високо літалось!&lt;br /&gt;</w:t>
        <w:br/>
        <w:t>І так у світі хороше було!</w:t>
      </w:r>
    </w:p>
    <w:p>
      <w:r>
        <w:br/>
        <w:t>III&lt;br /&gt;</w:t>
        <w:br/>
        <w:t>А поруч жив сусіда-завидюх.&lt;br /&gt;</w:t>
        <w:br/>
        <w:t>Стояла в нього на два ганки хата.&lt;br /&gt;</w:t>
        <w:br/>
        <w:t>Добра усякого — аж розпирало&lt;br /&gt;</w:t>
        <w:br/>
        <w:t>Суцільний мур.&lt;br /&gt;</w:t>
        <w:br/>
        <w:t>Лиш де-не-де у шпари&lt;br /&gt;</w:t>
        <w:br/>
        <w:t>Вужами витикалися антени.</w:t>
      </w:r>
    </w:p>
    <w:p>
      <w:r>
        <w:br/>
        <w:t>Дітей у нього не було.&lt;br /&gt;</w:t>
        <w:br/>
        <w:t>Зате&lt;br /&gt;</w:t>
        <w:br/>
        <w:t>Мав сад, задушений глухим парканом.&lt;br /&gt;</w:t>
        <w:br/>
        <w:t>(Той сад здаля минали солов'ї).</w:t>
      </w:r>
    </w:p>
    <w:p>
      <w:r>
        <w:br/>
        <w:t>Собаки не любили його, страх!&lt;br /&gt;</w:t>
        <w:br/>
        <w:t>Тому й ходив завжди з ціпком дебелим,&lt;br /&gt;</w:t>
        <w:br/>
        <w:t>А де ступав,— там не росла трава...</w:t>
      </w:r>
    </w:p>
    <w:p>
      <w:r>
        <w:br/>
        <w:t>* * *&lt;br /&gt;</w:t>
        <w:br/>
        <w:t>Якось опівночі петляв по луках:&lt;br /&gt;</w:t>
        <w:br/>
        <w:t>Щось крадене за пазухою ніс.&lt;br /&gt;</w:t>
        <w:br/>
        <w:t>Аж гульк — з туману виринула з'ява.&lt;br /&gt;</w:t>
        <w:br/>
        <w:t>То був журавлик.&lt;br /&gt;</w:t>
        <w:br/>
        <w:t>Він до чоловіка&lt;br /&gt;</w:t>
        <w:br/>
        <w:t>За звичкою довірливо ішов.&lt;br /&gt;</w:t>
        <w:br/>
        <w:t>(Бо думав же — л ю д й н а)...</w:t>
      </w:r>
    </w:p>
    <w:p>
      <w:r>
        <w:br/>
        <w:t>Зеленим люто засвітились очі:&lt;br /&gt;</w:t>
        <w:br/>
        <w:t>"Ага, так ось хто вистежив мене?!&lt;br /&gt;</w:t>
        <w:br/>
        <w:t>То на ж тобі!" — Ціпок зловісно свиснув.&lt;br /&gt;</w:t>
        <w:br/>
        <w:t>І тільки зойк злетів. І... обірвавсь.</w:t>
      </w:r>
    </w:p>
    <w:p>
      <w:r>
        <w:br/>
        <w:t>* * *&lt;br /&gt;</w:t>
        <w:br/>
        <w:t>Ішов по луках весело юнак&lt;br /&gt;</w:t>
        <w:br/>
        <w:t>На зустріч із своїм цибатим братом.&lt;br /&gt;</w:t>
        <w:br/>
        <w:t>Та зопалу об щось м'яке спіткнувся.&lt;br /&gt;</w:t>
        <w:br/>
        <w:t>Під ноги глянув — сполотнів, як місяць:&lt;br /&gt;</w:t>
        <w:br/>
        <w:t>Лежав долілиць мертвий журавель.&lt;br /&gt;</w:t>
        <w:br/>
        <w:t>Припав до нього&lt;br /&gt;</w:t>
        <w:br/>
        <w:t>і сахнувся дико,&lt;br /&gt;</w:t>
        <w:br/>
        <w:t>Коли у мертвім оці журавля,&lt;br /&gt;</w:t>
        <w:br/>
        <w:t>Як в дзеркалі, своє лице угледів,&lt;br /&gt;</w:t>
        <w:br/>
        <w:t>Що просто на очах старіло важко:&lt;br /&gt;</w:t>
        <w:br/>
        <w:t>Одна по одній зморшки проступали,&lt;br /&gt;</w:t>
        <w:br/>
        <w:t>Кришились зуби, западали щоки,-&lt;br /&gt;</w:t>
        <w:br/>
        <w:t>І він ставав столітнім, древнім дідом.&lt;br /&gt;</w:t>
        <w:br/>
        <w:t>А потім щось під серцем обірвалось,&lt;br /&gt;</w:t>
        <w:br/>
        <w:t>І сич зареготав, як потурнак:&lt;br /&gt;</w:t>
        <w:br/>
        <w:t>"Уже тобі ніколи не літати!"&lt;br /&gt;</w:t>
        <w:br/>
        <w:t>Повів незрячим поглядом.&lt;br /&gt;</w:t>
        <w:br/>
        <w:t>Нараз&lt;br /&gt;</w:t>
        <w:br/>
        <w:t>Опікся оком об ціпок терновий —&lt;br /&gt;</w:t>
        <w:br/>
        <w:t>І все до скрику зрозумів. Усе!&lt;br /&gt;</w:t>
        <w:br/>
        <w:t>IV&lt;br /&gt;</w:t>
        <w:br/>
        <w:t>Сусіда саме, приховавши кражу,&lt;br /&gt;</w:t>
        <w:br/>
        <w:t>Уже до сну збирався.&lt;br /&gt;</w:t>
        <w:br/>
        <w:t>Коли це&lt;br /&gt;</w:t>
        <w:br/>
        <w:t>Примарно тихо прочинились двері,&lt;br /&gt;</w:t>
        <w:br/>
        <w:t>І хтось нечутно перейшов поріг.&lt;br /&gt;</w:t>
        <w:br/>
        <w:t>Він придивився — і здерев'янів:&lt;br /&gt;</w:t>
        <w:br/>
        <w:t>Стояв юнак, сивіший від туману,&lt;br /&gt;</w:t>
        <w:br/>
        <w:t>З обличчям сірим, як сира земля,&lt;br /&gt;</w:t>
        <w:br/>
        <w:t>А з правого плеча звисало в нього&lt;br /&gt;</w:t>
        <w:br/>
        <w:t>Замість руки&lt;br /&gt;</w:t>
        <w:br/>
        <w:t>надламане крило.&lt;br /&gt;</w:t>
        <w:br/>
        <w:t>Повільно, ніби в напівзабутті,&lt;br /&gt;</w:t>
        <w:br/>
        <w:t>Він лівою господарю простяг&lt;br /&gt;</w:t>
        <w:br/>
        <w:t>Ціпок терновий... у крові по лікоть.&lt;br /&gt;</w:t>
        <w:br/>
        <w:t>"Не я! — завив господар, наче вовк,-&lt;br /&gt;</w:t>
        <w:br/>
        <w:t>Свят-свят, не я!!!" —&lt;br /&gt;</w:t>
        <w:br/>
        <w:t>він кинувсь до дверей&lt;br /&gt;</w:t>
        <w:br/>
        <w:t>І остовпів: як завше,&lt;br /&gt;</w:t>
        <w:br/>
        <w:t>на колоду&lt;br /&gt;</w:t>
        <w:br/>
        <w:t>Вони заперті наглухо були.&lt;br /&gt;</w:t>
        <w:br/>
        <w:t>Нікого. Тихо-тихо, як у ямі...&lt;br /&gt;</w:t>
        <w:br/>
        <w:t>Щовечора усі, як є, замки&lt;br /&gt;</w:t>
        <w:br/>
        <w:t>Перевіряв руками і зубами,&lt;br /&gt;</w:t>
        <w:br/>
        <w:t>Але щоразу, саме опівночі,&lt;br /&gt;</w:t>
        <w:br/>
        <w:t>На роковім дванадцятім ударі&lt;br /&gt;</w:t>
        <w:br/>
        <w:t>Незрима сила прохиляла двері,&lt;br /&gt;</w:t>
        <w:br/>
        <w:t>І на порозі виростав юнак&lt;br /&gt;</w:t>
        <w:br/>
        <w:t>З обличчям сірим, як сира земля,&lt;br /&gt;</w:t>
        <w:br/>
        <w:t>Сивіший від туману.&lt;br /&gt;</w:t>
        <w:br/>
        <w:t>А з плеча&lt;br /&gt;</w:t>
        <w:br/>
        <w:t>Замість правиці&lt;br /&gt;</w:t>
        <w:br/>
        <w:t>важко опадало&lt;br /&gt;</w:t>
        <w:br/>
        <w:t>Крило.&lt;br /&gt;</w:t>
        <w:br/>
        <w:t>Повільно, ніби в напівсні,&lt;br /&gt;</w:t>
        <w:br/>
        <w:t>Лівицею господарю підносив&lt;br /&gt;</w:t>
        <w:br/>
        <w:t>Ціпок терновий... у крові по лікоть...&lt;br /&gt;</w:t>
        <w:br/>
        <w:t>Щоночі дядько, як у пастці вовк,&lt;br /&gt;</w:t>
        <w:br/>
        <w:t>Метався, бився об замки пудові,&lt;br /&gt;</w:t>
        <w:br/>
        <w:t>Нікого не знаходячи.&lt;br /&gt;</w:t>
        <w:br/>
        <w:t>І врешті&lt;br /&gt;</w:t>
        <w:br/>
        <w:t>Зламався, як ціпок... у лікті.</w:t>
      </w:r>
    </w:p>
    <w:p>
      <w:r>
        <w:br/>
        <w:t>V&lt;br /&gt;</w:t>
        <w:br/>
        <w:t>Одного дня, обходячи людей,&lt;br /&gt;</w:t>
        <w:br/>
        <w:t>Поза хатами він прокравсь до суду&lt;br /&gt;</w:t>
        <w:br/>
        <w:t>І, захлинаючись, шептав:&lt;br /&gt;</w:t>
        <w:br/>
        <w:t>"Це я!&lt;br /&gt;</w:t>
        <w:br/>
        <w:t>Це я... убив.&lt;br /&gt;</w:t>
        <w:br/>
        <w:t>О, знову він іде</w:t>
      </w:r>
    </w:p>
    <w:p>
      <w:r>
        <w:br/>
        <w:t>По мене, т о й...&lt;br /&gt;</w:t>
        <w:br/>
        <w:t>з крилом замість руки!&lt;br /&gt;</w:t>
        <w:br/>
        <w:t>Сховайте... А як треба — посадіть.&lt;br /&gt;</w:t>
        <w:br/>
        <w:t>Та тільки ж не навсправжки,&lt;br /&gt;</w:t>
        <w:br/>
        <w:t>а для ока.&lt;br /&gt;</w:t>
        <w:br/>
        <w:t>Мо', пересиджу, доки той... забуде!"</w:t>
      </w:r>
    </w:p>
    <w:p>
      <w:r>
        <w:br/>
        <w:t>* * *&lt;br /&gt;</w:t>
        <w:br/>
        <w:t>Старий суддя замислено дививсь&lt;br /&gt;</w:t>
        <w:br/>
        <w:t>Кудись далеко, може, аж... за Ельбу.&lt;br /&gt;</w:t>
        <w:br/>
        <w:t>У нагородній планці ордени&lt;br /&gt;</w:t>
        <w:br/>
        <w:t>На піджачку пліч-о-пліч спочивали.&lt;br /&gt;</w:t>
        <w:br/>
        <w:t>Коли зарослий, вовкуватий дядько,&lt;br /&gt;</w:t>
        <w:br/>
        <w:t>Як злодій, скрадливо переступив&lt;br /&gt;</w:t>
        <w:br/>
        <w:t>Крутий поріг суворої кімнати,-&lt;br /&gt;</w:t>
        <w:br/>
        <w:t>Криваво засвітились ордени,&lt;br /&gt;</w:t>
        <w:br/>
        <w:t>Усі як є. А їх було дванадцять.&lt;br /&gt;</w:t>
        <w:br/>
        <w:t>Суддя дививсь повз дядька. Говорив,&lt;br /&gt;</w:t>
        <w:br/>
        <w:t>Мов сам до себе: "Бач, схотів чого:&lt;br /&gt;</w:t>
        <w:br/>
        <w:t>В тюрмі сховатись. Пересидіть кару...&lt;br /&gt;</w:t>
        <w:br/>
        <w:t>Не вийде, дядьку,&lt;br /&gt;</w:t>
        <w:br/>
        <w:t>Ти таке вчинив,&lt;br /&gt;</w:t>
        <w:br/>
        <w:t>Що і статті у кодексі немає,&lt;br /&gt;</w:t>
        <w:br/>
        <w:t>За котрою судили б ми тебе.&lt;br /&gt;</w:t>
        <w:br/>
        <w:t>Ти ж найсвятіше — небо,— дядьку, вбив.&lt;br /&gt;</w:t>
        <w:br/>
        <w:t>А це вже вище від людського суду.&lt;br /&gt;</w:t>
        <w:br/>
        <w:t>Хіба що совістю тебе скарать?&lt;br /&gt;</w:t>
        <w:br/>
        <w:t>Так і її ти вже давно продав&lt;br /&gt;</w:t>
        <w:br/>
        <w:t>Втридорога... із салом на базарі.&lt;br /&gt;</w:t>
        <w:br/>
        <w:t>Ото хіба іще зостався страх.&lt;br /&gt;</w:t>
        <w:br/>
        <w:t>То хай хоч страх тебе щодня вбивав:&lt;br /&gt;</w:t>
        <w:br/>
        <w:t>Він, слава богу, не підсудний нам!"</w:t>
      </w:r>
    </w:p>
    <w:p>
      <w:r>
        <w:br/>
        <w:t>* * *&lt;br /&gt;</w:t>
        <w:br/>
        <w:t>Потяглися журавлі вдалеч плавко.&lt;br /&gt;</w:t>
        <w:br/>
        <w:t>Доганяв їх листопад за селом.&lt;br /&gt;</w:t>
        <w:br/>
        <w:t>Тільки сивий чоловік тихо плакав,&lt;br /&gt;</w:t>
        <w:br/>
        <w:t>Юний... сивий чоловік німо плакав&lt;br /&gt;</w:t>
        <w:br/>
        <w:t>З перебитим у лікті крилом.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