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Крик уночі</w:t>
      </w:r>
    </w:p>
    <w:p>
      <w:r>
        <w:br/>
        <w:t xml:space="preserve"> Слухайте, слухайте, крик із півночі!..&lt;br /&gt;</w:t>
        <w:br/>
        <w:t>Чуєте плач уночі!..&lt;br /&gt;</w:t>
        <w:br/>
        <w:t>Цитьте… Затихніть…&lt;br /&gt;</w:t>
        <w:br/>
        <w:t>Хтось скарги нам точить…&lt;br /&gt;</w:t>
        <w:br/>
        <w:t>Чи може прокльони нам шле уночі!!&lt;br /&gt;</w:t>
        <w:br/>
        <w:t>Тихше…&lt;br /&gt;</w:t>
        <w:br/>
        <w:t>Ридання несуться із прірви.&lt;br /&gt;</w:t>
        <w:br/>
        <w:t>Стогін в безодню хтось свій посила.&lt;br /&gt;</w:t>
        <w:br/>
        <w:t>Хто це регочить?.. Хто це ридає?..&lt;br /&gt;</w:t>
        <w:br/>
        <w:t>Темная ніченька землю всю вкрила…&lt;br /&gt;</w:t>
        <w:br/>
        <w:t>Темная ніченька скрізь облягла…&lt;br /&gt;</w:t>
        <w:br/>
        <w:t>Нічка осінняя…&lt;br /&gt;</w:t>
        <w:br/>
        <w:t>Тсс… Чуєш, товаришу, чуєш мій друже?..&lt;br /&gt;</w:t>
        <w:br/>
        <w:t>Хто це? Спаси!.. Заступись!..&lt;br /&gt;</w:t>
        <w:br/>
        <w:t>Бач, хтось у білім…&lt;br /&gt;</w:t>
        <w:br/>
        <w:t>Руку простяг…&lt;br /&gt;</w:t>
        <w:br/>
        <w:t>І мене обгортає…&lt;br /&gt;</w:t>
        <w:br/>
        <w:t>Тягне у прірву…&lt;br /&gt;</w:t>
        <w:br/>
        <w:t>Брате, спаси!..&lt;br /&gt;</w:t>
        <w:br/>
        <w:t>Ніченько темная, нічко осінняя,&lt;br /&gt;</w:t>
        <w:br/>
        <w:t>Ніченько, нічко, —&lt;br /&gt;</w:t>
        <w:br/>
        <w:t>Яка ж ти страшная…&lt;br /&gt;</w:t>
        <w:br/>
        <w:t>Хмарами вкрита,&lt;br /&gt;</w:t>
        <w:br/>
        <w:t>Туманом повита…&lt;br /&gt;</w:t>
        <w:br/>
        <w:t>Сам у розпуці, стою опівночі.&lt;br /&gt;</w:t>
        <w:br/>
        <w:t>Мряка січе у лице…&lt;br /&gt;</w:t>
        <w:br/>
        <w:t>Вітер з ніг валить…&lt;br /&gt;</w:t>
        <w:br/>
        <w:t>Хто ж це там плаче?..&lt;br /&gt;</w:t>
        <w:br/>
        <w:t>лихо моє…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Крик уночі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