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Кравчиня Маруся</w:t>
      </w:r>
    </w:p>
    <w:p>
      <w:r>
        <w:br/>
        <w:t xml:space="preserve"> Була хатка в долині.&lt;br /&gt;</w:t>
        <w:br/>
        <w:t>У малій тій хатині&lt;br /&gt;</w:t>
        <w:br/>
        <w:t>Жила мати старенька,&lt;br /&gt;</w:t>
        <w:br/>
        <w:t>З нею доня маленька.</w:t>
      </w:r>
    </w:p>
    <w:p>
      <w:r>
        <w:br/>
        <w:t>Каже мамі Маруся:&lt;br /&gt;</w:t>
        <w:br/>
        <w:t>— Шити, мамо, навчуся.&lt;br /&gt;</w:t>
        <w:br/>
        <w:t>Шити, ще й вишивати —&lt;br /&gt;</w:t>
        <w:br/>
        <w:t>На хлібець заробляти.</w:t>
      </w:r>
    </w:p>
    <w:p>
      <w:r>
        <w:br/>
        <w:t>Вчилась доня пильненько,&lt;br /&gt;</w:t>
        <w:br/>
        <w:t>Вміє шити гарненько.</w:t>
      </w:r>
    </w:p>
    <w:p>
      <w:r>
        <w:br/>
        <w:t>— Пустіть мене в світ, мати,&lt;br /&gt;</w:t>
        <w:br/>
        <w:t>В людей праці шукати. —</w:t>
      </w:r>
    </w:p>
    <w:p>
      <w:r>
        <w:br/>
        <w:t>Іде доня, мандрує,&lt;br /&gt;</w:t>
        <w:br/>
        <w:t>Рак напроти правцює.&lt;br /&gt;</w:t>
        <w:br/>
        <w:t>Привітавсь: — Слава Богу!&lt;br /&gt;</w:t>
        <w:br/>
        <w:t>Куди йдеш ти в дорогу? —</w:t>
      </w:r>
    </w:p>
    <w:p>
      <w:r>
        <w:br/>
        <w:t>— Іду в світ людям шити,&lt;br /&gt;</w:t>
        <w:br/>
        <w:t>Щоб на хліб заробити! —&lt;br /&gt;</w:t>
        <w:br/>
        <w:t>— А я ножички маю,&lt;br /&gt;</w:t>
        <w:br/>
        <w:t>Що захочеш, покраю. —</w:t>
      </w:r>
    </w:p>
    <w:p>
      <w:r>
        <w:br/>
        <w:t>Ідуть, праці шукають,&lt;br /&gt;</w:t>
        <w:br/>
        <w:t>Їжачка зустрічають:&lt;br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І я піду в світ з вами.&lt;br /&gt;</w:t>
        <w:br/>
        <w:t>Маю свитку з голками.</w:t>
      </w:r>
    </w:p>
    <w:p>
      <w:r>
        <w:br/>
        <w:t>Ідуть, праці шукають,&lt;br /&gt;</w:t>
        <w:br/>
        <w:t>Котика зустрічають.&lt;br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Я пряду і мотаю,&lt;br /&gt;</w:t>
        <w:br/>
        <w:t>Для вас пряжі придбаю! —</w:t>
      </w:r>
    </w:p>
    <w:p>
      <w:r>
        <w:br/>
        <w:t>Ідуть, праці шукають,&lt;br /&gt;</w:t>
        <w:br/>
        <w:t>Павучка зустрічають:&lt;br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А я буду вам ткати&lt;br /&gt;</w:t>
        <w:br/>
        <w:t>Полотенце на лати. —</w:t>
      </w:r>
    </w:p>
    <w:p>
      <w:r>
        <w:br/>
        <w:t>Ідуть, далі мандрують,&lt;br /&gt;</w:t>
        <w:br/>
        <w:t>Бором, лісом прямують.</w:t>
      </w:r>
    </w:p>
    <w:p>
      <w:r>
        <w:br/>
        <w:t>Бігли попри тернину,&lt;br /&gt;</w:t>
        <w:br/>
        <w:t>Подерли одежину.&lt;br /&gt;</w:t>
        <w:br/>
        <w:t>Ну, нічого робити,&lt;br /&gt;</w:t>
        <w:br/>
        <w:t>Нову треба пошити.</w:t>
      </w:r>
    </w:p>
    <w:p>
      <w:r>
        <w:br/>
        <w:t>На пеньки посідали,&lt;br /&gt;</w:t>
        <w:br/>
        <w:t>Тяжку працю почали.</w:t>
      </w:r>
    </w:p>
    <w:p>
      <w:r>
        <w:br/>
        <w:t>Котик пряв і мотав,&lt;br /&gt;</w:t>
        <w:br/>
        <w:t>Полотно павук ткав.&lt;br /&gt;</w:t>
        <w:br/>
        <w:t>А рак одяг кроїв,&lt;br /&gt;</w:t>
        <w:br/>
        <w:t>Ні разу не схибив.</w:t>
      </w:r>
    </w:p>
    <w:p>
      <w:r>
        <w:br/>
        <w:t>Їжак голки давав,&lt;br /&gt;</w:t>
        <w:br/>
        <w:t>Раз у раз насиляв.&lt;br /&gt;</w:t>
        <w:br/>
        <w:t>А Марусечка шила,&lt;br /&gt;</w:t>
        <w:br/>
        <w:t>Вділ голівку схилила.</w:t>
      </w:r>
    </w:p>
    <w:p>
      <w:r>
        <w:br/>
        <w:t>І так за одну днину&lt;br /&gt;</w:t>
        <w:br/>
        <w:t>Мали всі одежину.</w:t>
      </w:r>
    </w:p>
    <w:p>
      <w:r>
        <w:br/>
        <w:t>Панич рак-неборак&lt;br /&gt;</w:t>
        <w:br/>
        <w:t>Жупанець мав, як мак.&lt;br /&gt;</w:t>
        <w:br/>
        <w:t>Їжачок-сірячок&lt;br /&gt;</w:t>
        <w:br/>
        <w:t>Із тонких ниточок,&lt;br /&gt;</w:t>
        <w:br/>
        <w:t>А павук виткав сам&lt;br /&gt;</w:t>
        <w:br/>
        <w:t>Собі хрест на жупан.</w:t>
      </w:r>
    </w:p>
    <w:p>
      <w:r>
        <w:br/>
        <w:t>Котик вибрав кожушок,&lt;br /&gt;</w:t>
        <w:br/>
        <w:t>Щоб не змерз і не змок.&lt;br /&gt;</w:t>
        <w:br/>
        <w:t>На Марусечці убори&lt;br /&gt;</w:t>
        <w:br/>
        <w:t>Шиті в народні узори:</w:t>
      </w:r>
    </w:p>
    <w:p>
      <w:r>
        <w:br/>
        <w:t>Передок й рукави,&lt;br /&gt;</w:t>
        <w:br/>
        <w:t>Жупан гарний новий&lt;br /&gt;</w:t>
        <w:br/>
        <w:t>І чудова спідничка,&lt;br /&gt;</w:t>
        <w:br/>
        <w:t>Під коралями стрічка,&lt;br /&gt;</w:t>
        <w:br/>
        <w:t>На голівці вінок —&lt;br /&gt;</w:t>
        <w:br/>
        <w:t>Хоч іди у танок.</w:t>
      </w:r>
    </w:p>
    <w:p>
      <w:r>
        <w:br/>
        <w:t>Ідуть далі, мандрують,&lt;br /&gt;</w:t>
        <w:br/>
        <w:t>Аж зозульку десь чують.&lt;br /&gt;</w:t>
        <w:br/>
        <w:t>Бором — лісом літає,&lt;br /&gt;</w:t>
        <w:br/>
        <w:t>По доріжках питає:</w:t>
      </w:r>
    </w:p>
    <w:p>
      <w:r>
        <w:br/>
        <w:t>— Чи знайдеться кравчиня,&lt;br /&gt;</w:t>
        <w:br/>
        <w:t>Щоби одяг пошила,&lt;br /&gt;</w:t>
        <w:br/>
        <w:t>Гарний одяг весільний&lt;br /&gt;</w:t>
        <w:br/>
        <w:t>Для самої князівни? —</w:t>
      </w:r>
    </w:p>
    <w:p>
      <w:r>
        <w:br/>
        <w:t>Наші кравчики чують&lt;br /&gt;</w:t>
        <w:br/>
        <w:t>Та чимскорше мандрують&lt;br /&gt;</w:t>
        <w:br/>
        <w:t>Аж до Києва міста.&lt;br /&gt;</w:t>
        <w:br/>
        <w:t>Там церков є аж двіста,&lt;br /&gt;</w:t>
        <w:br/>
        <w:t>Дніпро плине в долині&lt;br /&gt;</w:t>
        <w:br/>
        <w:t>Під береги зелені.&lt;br /&gt;</w:t>
        <w:br/>
        <w:t>А на горі палата&lt;br /&gt;</w:t>
        <w:br/>
        <w:t>Князева пребагата,</w:t>
      </w:r>
    </w:p>
    <w:p>
      <w:r>
        <w:br/>
        <w:t>Споглядає в долину&lt;br /&gt;</w:t>
        <w:br/>
        <w:t>На цілу Україну.</w:t>
      </w:r>
    </w:p>
    <w:p>
      <w:r>
        <w:br/>
        <w:t>Йде Маруся під гору&lt;br /&gt;</w:t>
        <w:br/>
        <w:t>Аж до княжого двору.&lt;br /&gt;</w:t>
        <w:br/>
        <w:t>У дворі повно гуку&lt;br /&gt;</w:t>
        <w:br/>
        <w:t>І гамору, й стуку.</w:t>
      </w:r>
    </w:p>
    <w:p>
      <w:r>
        <w:br/>
        <w:t>Варять, печуть без упину&lt;br /&gt;</w:t>
        <w:br/>
        <w:t>На весільну гостину.&lt;br /&gt;</w:t>
        <w:br/>
        <w:t>Слуги ходять усюди —&lt;br /&gt;</w:t>
        <w:br/>
        <w:t>Бачать: йдуть якісь люди.</w:t>
      </w:r>
    </w:p>
    <w:p>
      <w:r>
        <w:br/>
        <w:t>Межи ними дівчина&lt;br /&gt;</w:t>
        <w:br/>
        <w:t>Гарно-пишно вдягнена.&lt;br /&gt;</w:t>
        <w:br/>
        <w:t>І князівна виходить,&lt;br /&gt;</w:t>
        <w:br/>
        <w:t>Наче сонечко сходить.&lt;br /&gt;</w:t>
        <w:br/>
        <w:t>Та й Марусі питає,&lt;br /&gt;</w:t>
        <w:br/>
        <w:t>Чого вона бажає.</w:t>
      </w:r>
    </w:p>
    <w:p>
      <w:r>
        <w:br/>
        <w:t>А Маруся їй каже:&lt;br /&gt;</w:t>
        <w:br/>
        <w:t>— На запрошення княже&lt;br /&gt;</w:t>
        <w:br/>
        <w:t>Йду пошити князівні&lt;br /&gt;</w:t>
        <w:br/>
        <w:t>Красні шати весільні.&lt;br /&gt;</w:t>
        <w:br/>
        <w:t>Тут помічники мої,&lt;br /&gt;</w:t>
        <w:br/>
        <w:t>Всі до праці готові.</w:t>
      </w:r>
    </w:p>
    <w:p>
      <w:r>
        <w:br/>
        <w:t>Князівна відповіла:&lt;br /&gt;</w:t>
        <w:br/>
        <w:t>— Ший, дівчинонько мила.&lt;br /&gt;</w:t>
        <w:br/>
        <w:t>Лиш не знаю, чи встигнеш,&lt;br /&gt;</w:t>
        <w:br/>
        <w:t>Чи до ранку пошиєш! —&lt;br /&gt;</w:t>
        <w:br/>
        <w:t>— Встигну, встигну напевно,&lt;br /&gt;</w:t>
        <w:br/>
        <w:t>Милостива князівно! —</w:t>
      </w:r>
    </w:p>
    <w:p>
      <w:r>
        <w:br/>
        <w:t>І всі повні охоти&lt;br /&gt;</w:t>
        <w:br/>
        <w:t>Узялись до роботи:&lt;br /&gt;</w:t>
        <w:br/>
        <w:t>Котик пряв і мотав,&lt;br /&gt;</w:t>
        <w:br/>
        <w:t>Павук узорами ткав,&lt;br /&gt;</w:t>
        <w:br/>
        <w:t>Їжачок у голки&lt;br /&gt;</w:t>
        <w:br/>
        <w:t>Всиляв срібні нитки,</w:t>
      </w:r>
    </w:p>
    <w:p>
      <w:r>
        <w:br/>
        <w:t>А Марусенька шила,&lt;br /&gt;</w:t>
        <w:br/>
        <w:t>Мережила, робила.&lt;br /&gt;</w:t>
        <w:br/>
        <w:t>Так шили без устанку&lt;br /&gt;</w:t>
        <w:br/>
        <w:t>Цілу нічку до ранку.&lt;br /&gt;</w:t>
        <w:br/>
        <w:t>Вийшло сонце на гору:&lt;br /&gt;</w:t>
        <w:br/>
        <w:t>Йде Маруся до двору.</w:t>
      </w:r>
    </w:p>
    <w:p>
      <w:r>
        <w:br/>
        <w:t>Помічники за нею&lt;br /&gt;</w:t>
        <w:br/>
        <w:t>Несуть пишну кирею.&lt;br /&gt;</w:t>
        <w:br/>
        <w:t>Стали перед ворота —&lt;br /&gt;</w:t>
        <w:br/>
        <w:t>Сяє сукня, як злота.&lt;br /&gt;</w:t>
        <w:br/>
        <w:t>Отворив князь віконце,&lt;br /&gt;</w:t>
        <w:br/>
        <w:t>Бачить одяг як сонце.</w:t>
      </w:r>
    </w:p>
    <w:p>
      <w:r>
        <w:br/>
        <w:t>Мережки в нім біліли,&lt;br /&gt;</w:t>
        <w:br/>
        <w:t>Вишивки мерехтіли.&lt;br /&gt;</w:t>
        <w:br/>
        <w:t>Сіяв жупан нашитий&lt;br /&gt;</w:t>
        <w:br/>
        <w:t>В перли і самоцвіти.&lt;br /&gt;</w:t>
        <w:br/>
        <w:t>А князівна зраділа,&lt;br /&gt;</w:t>
        <w:br/>
        <w:t>Зараз сукню наділа.</w:t>
      </w:r>
    </w:p>
    <w:p>
      <w:r>
        <w:br/>
        <w:t>А всі ахнули з дива:&lt;br /&gt;</w:t>
        <w:br/>
        <w:t>— Яка ж вона вродлива,&lt;br /&gt;</w:t>
        <w:br/>
        <w:t>Яка вона прекрасна,&lt;br /&gt;</w:t>
        <w:br/>
        <w:t>Наче зіронька ясна! —&lt;br /&gt;</w:t>
        <w:br/>
        <w:t>І князівна зраділа,&lt;br /&gt;</w:t>
        <w:br/>
        <w:t>Ще й жупан наділа.</w:t>
      </w:r>
    </w:p>
    <w:p>
      <w:r>
        <w:br/>
        <w:t>Плеще в ручки пещені&lt;br /&gt;</w:t>
        <w:br/>
        <w:t>І дякує дівчині.&lt;br /&gt;</w:t>
        <w:br/>
        <w:t>Дала кравчикам дари&lt;br /&gt;</w:t>
        <w:br/>
        <w:t>Червінці і таляри,&lt;br /&gt;</w:t>
        <w:br/>
        <w:t>На весілля просила,&lt;br /&gt;</w:t>
        <w:br/>
        <w:t>Пампушками гостила.</w:t>
      </w:r>
    </w:p>
    <w:p>
      <w:r>
        <w:br/>
        <w:t>Взяли кравчики плату —&lt;br /&gt;</w:t>
        <w:br/>
        <w:t>Нагороду багату.&lt;br /&gt;</w:t>
        <w:br/>
        <w:t>І вибрались потому&lt;br /&gt;</w:t>
        <w:br/>
        <w:t>У дорогу до дому.</w:t>
      </w:r>
    </w:p>
    <w:p>
      <w:r>
        <w:br/>
        <w:t>Дома плаче матуся:&lt;br /&gt;</w:t>
        <w:br/>
        <w:t>— Де то моя Маруся? —&lt;br /&gt;</w:t>
        <w:br/>
        <w:t>Ось стук-стук у віконце —&lt;br /&gt;</w:t>
        <w:br/>
        <w:t>В ньому личко як сонце.</w:t>
      </w:r>
    </w:p>
    <w:p>
      <w:r>
        <w:br/>
        <w:t>— Відчиняйте, матусю,&lt;br /&gt;</w:t>
        <w:br/>
        <w:t>Привітайте Марусю! —&lt;br /&gt;</w:t>
        <w:br/>
        <w:t>Входить доня у хату,&lt;br /&gt;</w:t>
        <w:br/>
        <w:t>Несе грошей багато.&lt;br /&gt;</w:t>
        <w:br/>
        <w:t>Несе дари в торбинці —&lt;br /&gt;</w:t>
        <w:br/>
        <w:t>Для матусі гостинці.</w:t>
      </w:r>
    </w:p>
    <w:p>
      <w:r>
        <w:br/>
        <w:t>Потім жили щасливо,&lt;br /&gt;</w:t>
        <w:br/>
        <w:t>Ґаздували на диво.&lt;br /&gt;</w:t>
        <w:br/>
        <w:t>Доня хату поклала&lt;br /&gt;</w:t>
        <w:br/>
        <w:t>І худібки придбала,&lt;br /&gt;</w:t>
        <w:br/>
        <w:t>І машину купила —&lt;br /&gt;</w:t>
        <w:br/>
        <w:t>І співала і шила...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Кравчиня 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