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Крадіжка в готелі "Гранд Метрополітен"</w:t>
      </w:r>
    </w:p>
    <w:p>
      <w:r>
        <w:br/>
        <w:t xml:space="preserve"> &lt;p&gt;— Пуаро, — звернувся я до друга, — зміна обстановки пішла б вам на користь.</w:t>
      </w:r>
    </w:p>
    <w:p>
      <w:r>
        <w:br/>
        <w:t>— Ви так думаєте, друже?</w:t>
      </w:r>
    </w:p>
    <w:p>
      <w:r>
        <w:br/>
        <w:t>— Яв цьому переконаний.</w:t>
      </w:r>
    </w:p>
    <w:p>
      <w:r>
        <w:br/>
        <w:t>— Справді? — відказав усміхаючись Пуаро. — Так ви вже все уладнали?</w:t>
      </w:r>
    </w:p>
    <w:p>
      <w:r>
        <w:br/>
        <w:t>— Поїдете?</w:t>
      </w:r>
    </w:p>
    <w:p>
      <w:r>
        <w:br/>
        <w:t>— Куди ви маєте намір мене відвезти?</w:t>
      </w:r>
    </w:p>
    <w:p>
      <w:r>
        <w:br/>
        <w:t>— У Брайтон. Справа в тому, що мій приятель з Сіті залучив мене до однієї дуже вигідної справи, і... ну, як то кажуть, у мене завелись грошенята. Я вважаю, що, зупинившись в готелі "Гранд-Метрополітен", ми чудово проведемо наш уїкенд.</w:t>
      </w:r>
    </w:p>
    <w:p>
      <w:r>
        <w:br/>
        <w:t>— Яз вдячністю приймаю вашу пропозицію. Те, що ви не забуваєте про мене, старого, свідчить про вашу добросердість. А, доброзичливе серце, врешті-решт, цінується вище за сірі мозкові клітини. Так-так, це кажу вам я, три, котрий про це часто забуває.</w:t>
      </w:r>
    </w:p>
    <w:p>
      <w:r>
        <w:br/>
        <w:t>Мені таке зіставлення було не дуже до вподоби. Я підозрюю, що Пуаро іноді схильний недооцінювати мою кмітливість. Але його доброзичливість до мене була настільки очевидна, що моя легка досада швидко розвіялась.</w:t>
      </w:r>
    </w:p>
    <w:p>
      <w:r>
        <w:br/>
        <w:t>— Отже, домовились, — підсумував я квапливо. У суботу ми вечеряли в "Гранд-Метрополітен" серед розкішно одягнено! публіки. Кого там у Брайтош тільки не було! Вбрання були чудові, а коштовності — поначеплені часом із бажання їх продемонструвати навіть усупереч доброму смаку — були просто дивовижні.</w:t>
      </w:r>
    </w:p>
    <w:p>
      <w:r>
        <w:br/>
        <w:t>— Оце так видовисько! — бурмотів Пуаро. — Зборище спекулянтів, правда ж, Гастінгсе?</w:t>
      </w:r>
    </w:p>
    <w:p>
      <w:r>
        <w:br/>
        <w:t>— Можливо, — відповів я. — Матимемо надію, що не всі вони одного поля ягоди.</w:t>
      </w:r>
    </w:p>
    <w:p>
      <w:r>
        <w:br/>
        <w:t>Пуаро з цікавістю оглядався навкруги.</w:t>
      </w:r>
    </w:p>
    <w:p>
      <w:r>
        <w:br/>
        <w:t>— Споглядаючи цю силу-силенну коштовностей, я починаю жалкувати, що спеціалізувався на викритті злочинів, а не на їх вчиненні. Яка чудова нагода для кваліфікованого злодія! Зверніть увагу, Гастінгсе, на огрядну даму, що сидить біля колони. Вона, можна твердити, вся увішана самоцвітами.</w:t>
      </w:r>
    </w:p>
    <w:p>
      <w:r>
        <w:br/>
        <w:t>Я простежив за його поглядом.</w:t>
      </w:r>
    </w:p>
    <w:p>
      <w:r>
        <w:br/>
        <w:t>— О, — вигукнув я, — це ж місіс Опалсен.</w:t>
      </w:r>
    </w:p>
    <w:p>
      <w:r>
        <w:br/>
        <w:t>— Ви з нею знайомі?</w:t>
      </w:r>
    </w:p>
    <w:p>
      <w:r>
        <w:br/>
        <w:t>— Як вам сказати, її чоловік — багатий біржовий маклер, який нажив великі гроші на недавньому нафтовому бумі.</w:t>
      </w:r>
    </w:p>
    <w:p>
      <w:r>
        <w:br/>
        <w:t>По вечері ми зустріли Опалсенів у вітальні, і я відрекомендував їм Пуаро.</w:t>
      </w:r>
    </w:p>
    <w:p>
      <w:r>
        <w:br/>
        <w:t>Кілька хвилин ми невимушене розмовляли, і все закінчилось тим, що каву ми вже пили разом. Пуаро кинув кілька схвальних слів відносно дивовижних коштовних каменів, що прикрашали пишні груди леді, і та відразу ж розцвіла від глибокого задоволення.</w:t>
      </w:r>
    </w:p>
    <w:p>
      <w:r>
        <w:br/>
        <w:t>— Це моє хобі, містере Пуаро. Я так люблю коштовні камені. Ец знає це моє уподобання, і, коли справи в нього йдуть непогано, він приносить мені що-небудь новеньке. Ви цікавитесь коштовними каменями?</w:t>
      </w:r>
    </w:p>
    <w:p>
      <w:r>
        <w:br/>
        <w:t>— Подеколи мені доводиться мати з ними справу, мадам. Моя професія змусила мене ознайомитися із найвідомішими коштовностями світу.</w:t>
      </w:r>
    </w:p>
    <w:p>
      <w:r>
        <w:br/>
        <w:t>Розсудливо замінюючи справжні імена вигаданими, він розповів історію про відомі коштовні камені одного королівського дому, а місіс Опалсен слухала його, затамувавши подих.</w:t>
      </w:r>
    </w:p>
    <w:p>
      <w:r>
        <w:br/>
        <w:t>— Ну й дива! — вигукнула вона, коли Пуаро скінчив свою розповідь. — Буває ж таке! Знаєте, я придбала перли, що мають цікаву історію. Наскільки мені відомо, моє намисто вважається одним із найгарніших у світі — так чудово підібрані одна до одної перлини і так бездоганна їх гра. Піду принесу його!</w:t>
      </w:r>
    </w:p>
    <w:p>
      <w:r>
        <w:br/>
        <w:t>— О мадам, — запротестував Пуаро, — ви надто люб'язні. Благаю вас, не турбуйтесь!</w:t>
      </w:r>
    </w:p>
    <w:p>
      <w:r>
        <w:br/>
        <w:t>— Ні, ні, я хочу показати вам намисто. І огрядна дама досить жваво попрямувала до ліфта. її чоловік, зайнятий бесідою зі мною, запитливо глянув на Пуаро.</w:t>
      </w:r>
    </w:p>
    <w:p>
      <w:r>
        <w:br/>
        <w:t>— Ваша дружина була настільки люб'язна, що вирішила показати мені свої перли, — пояснив йому Пуаро.</w:t>
      </w:r>
    </w:p>
    <w:p>
      <w:r>
        <w:br/>
        <w:t>— О, які перлини! — задоволене усміхнувся Опал-сен. — їх варто побачити. Вони влетіли мені в круглу копієчку. Але я нічого на цьому не втратив. Хоч і сьогодні я зміг би одержати за них ті самі гроші. І навіть більші. Може, так і доведеться зробити, якщо справи йтимуть і далі, як досі. У Сіті з грошима зараз дуже скрутно. Розумієте, винен цей клятий податок на надприбуток.</w:t>
      </w:r>
    </w:p>
    <w:p>
      <w:r>
        <w:br/>
        <w:t>І він став розповідати про фінансову ситуацію, пересипаючи мову спеціальними термінами, так що мені було важко його зрозуміти.</w:t>
      </w:r>
    </w:p>
    <w:p>
      <w:r>
        <w:br/>
        <w:t>Його перебив хлопчик-слуга, який підійшов і щось прошепотів йому на вухо.</w:t>
      </w:r>
    </w:p>
    <w:p>
      <w:r>
        <w:br/>
        <w:t>— Що, що? Зараз прийду. Вона не захворіла? Пробачте, джентльмени.</w:t>
      </w:r>
    </w:p>
    <w:p>
      <w:r>
        <w:br/>
        <w:t>І він побіг нагору. Пуаро відкинувся на спинку стільця і запалив свою маленьку цигарку. Тоді поставив порожні чашечки з-під кави в один ряд і радісно усміхнувся, задоволений результатом своєї праці.</w:t>
      </w:r>
    </w:p>
    <w:p>
      <w:r>
        <w:br/>
        <w:t>Минав час. Опалсени не повертались.</w:t>
      </w:r>
    </w:p>
    <w:p>
      <w:r>
        <w:br/>
        <w:t>— Дивно, — відзначив я зрештою. — Коли ж вони повернуться?</w:t>
      </w:r>
    </w:p>
    <w:p>
      <w:r>
        <w:br/>
        <w:t>Пуаро простежив за кільцями диму, що піднімалися вгору, і замислено сказав:</w:t>
      </w:r>
    </w:p>
    <w:p>
      <w:r>
        <w:br/>
        <w:t>— Вони вже не повернуться.</w:t>
      </w:r>
    </w:p>
    <w:p>
      <w:r>
        <w:br/>
        <w:t>— Чому?</w:t>
      </w:r>
    </w:p>
    <w:p>
      <w:r>
        <w:br/>
        <w:t>— Тому, мій, друже, що у них щось сталося.</w:t>
      </w:r>
    </w:p>
    <w:p>
      <w:r>
        <w:br/>
        <w:t>— Що могло статися? Звідки вам це відомо? — поцікавився я.</w:t>
      </w:r>
    </w:p>
    <w:p>
      <w:r>
        <w:br/>
        <w:t>Пуаро посміхнувся.</w:t>
      </w:r>
    </w:p>
    <w:p>
      <w:r>
        <w:br/>
        <w:t>— Кілька хвилин тому керуючий готелем спішно вийшов з кабінету і побіг угору сходами. Він був явно збуджений. Хлопчик-ліфтер поринув у жваву розмову з одним із слуг. Дзвінок виклику ліфта продзвенів вже тричі, однак він не звертає на це уваги. По-третє, навіть офіціанти збентежені, а примусити офіціанта збентежитись, це... — Пуаро похитав головою: це, мовляв, уже кінець світу. — Справа, мабуть, дуже серйозна. Ага, я так і думав! З'явилась поліція.</w:t>
      </w:r>
    </w:p>
    <w:p>
      <w:r>
        <w:br/>
        <w:t>У готель зайшли двоє чоловіків — один у поліцейській формі, другий — у цивільному. Вони звернулись до хлопчика-слуги, і той зразу ж повів їх угору.</w:t>
      </w:r>
    </w:p>
    <w:p>
      <w:r>
        <w:br/>
        <w:t>Через кілька хвилин знову з'явився той же хлопець і попрямував до нас.</w:t>
      </w:r>
    </w:p>
    <w:p>
      <w:r>
        <w:br/>
        <w:t>— Micyep Опалсен засвідчує вам свою повагу і просить завітати до нього в номер.</w:t>
      </w:r>
    </w:p>
    <w:p>
      <w:r>
        <w:br/>
        <w:t>Пуаро жваво скочив на ноги. Сторонній міг би подумати, що він з нетерпінням чекав цього запрошення. Я так само швидко пішов слідом за ним.</w:t>
      </w:r>
    </w:p>
    <w:p>
      <w:r>
        <w:br/>
        <w:t>Опалсени мешкали на другому поверсі. Хлопчик-слуга постукав і пішов, а ми, почувши відповідь "заходьте!", відчинили двері. Дивна картина постала перед нашими очима. Кімната служила місіс Опалсен спальнею. У центрі її напівлежала в кріслі господиня і несамовито ридала. Вона являла собою незвичайне видовище:</w:t>
      </w:r>
    </w:p>
    <w:p>
      <w:r>
        <w:br/>
        <w:t>потоки сліз утворили глибокі борозни на й обличчі, яке було вкрите грубим шаром пудри. Містер Опалсен великими кроками міряв кімнату з кутка в куток.</w:t>
      </w:r>
    </w:p>
    <w:p>
      <w:r>
        <w:br/>
        <w:t>Обидва працівники поліції стояли посеред кімнати, один з них тримав у руках розкритий блокнот. До смерті злякана покоївка стояла біля каміна. В другому кінці кімнати плакала і ламала собі руки француженка, очевидно, служниця місіс Опалсен. При цьому її горе могло б зрівнятися лиш з розпачем її господині.</w:t>
      </w:r>
    </w:p>
    <w:p>
      <w:r>
        <w:br/>
        <w:t>І в це— пекло ступив Пуаро, охайно вдягнений і з ввічливою усмішкою на вустах.</w:t>
      </w:r>
    </w:p>
    <w:p>
      <w:r>
        <w:br/>
        <w:t>Місіс Опалсен із швидкістю, дивовижною при її огрядності, зразу ж скочила з крісла і кинулась до нього.</w:t>
      </w:r>
    </w:p>
    <w:p>
      <w:r>
        <w:br/>
        <w:t>— Так от, Ед може казати все, що йому заманеться, але я вірю в щасливу долю.</w:t>
      </w:r>
    </w:p>
    <w:p>
      <w:r>
        <w:br/>
        <w:t>Так, так, вірю. Сама доля судила, щоб я зустрілася з вами цього вечора, і я передчуваю, що ніхто, окрім вас, не зможе повернути мені мої перли.</w:t>
      </w:r>
    </w:p>
    <w:p>
      <w:r>
        <w:br/>
        <w:t>— Заспокойтесь, прошу вас, мадам, — підбадьорливо поплескав її по руці Пуаро.</w:t>
      </w:r>
    </w:p>
    <w:p>
      <w:r>
        <w:br/>
        <w:t>— Не хвилюйтесь. Все буде гаразд. Еркюль Пуаро допоможе вам!</w:t>
      </w:r>
    </w:p>
    <w:p>
      <w:r>
        <w:br/>
        <w:t>Містер Опалсен звернувся до інспектора поліції.</w:t>
      </w:r>
    </w:p>
    <w:p>
      <w:r>
        <w:br/>
        <w:t>— Гадаю, у вас немає заперечень проти... е-е... того, що я запросив цього джентльмена?</w:t>
      </w:r>
    </w:p>
    <w:p>
      <w:r>
        <w:br/>
        <w:t>— Ніяких заперечень, сер, — ввічливо відповів інспектор, проте виявляючи повну байдужість. — Можливо тепер, коли леді почуває себе краще, вона дозволить вам ознайомитись з фактами?</w:t>
      </w:r>
    </w:p>
    <w:p>
      <w:r>
        <w:br/>
        <w:t>Місіс Опалсен безпорадно глянула на Пуаро. Він підвів її назад до крісла.</w:t>
      </w:r>
    </w:p>
    <w:p>
      <w:r>
        <w:br/>
        <w:t>— Сядьте, мадам, і спокійно розкажіть нам усе по порядку.</w:t>
      </w:r>
    </w:p>
    <w:p>
      <w:r>
        <w:br/>
        <w:t>Місіс Опалсен витерла очі й почала розповідати.</w:t>
      </w:r>
    </w:p>
    <w:p>
      <w:r>
        <w:br/>
        <w:t>-Я прийшла після вечері, щоб узяти перли й показати їх містеру Пуаро. Покоївка і Селестіна були, як звичайно, в кімнаті...</w:t>
      </w:r>
    </w:p>
    <w:p>
      <w:r>
        <w:br/>
        <w:t>— Вибачте, мадам, що ви маєте на увазі, коли кажете "як звичайно"?</w:t>
      </w:r>
    </w:p>
    <w:p>
      <w:r>
        <w:br/>
        <w:t>Пояснення дав містер Опалсен.</w:t>
      </w:r>
    </w:p>
    <w:p>
      <w:r>
        <w:br/>
        <w:t>— Я завів таке правило, що постороиній може зайти в цю кімнату тільки в присутності Селестіни, нашої служниці. Покоївка вранці прибирає кімнату тільки в присутності Селестіни і приходить після вечері стелити постелі теж у її присутності. Інакше вона в кімнату не заходить.</w:t>
      </w:r>
    </w:p>
    <w:p>
      <w:r>
        <w:br/>
        <w:t>— Так от, як я вже сказала, — провадила місіс Опалсен, — я зайшла в кімнату і витягла оцю шухляду, — вона показала на нижню праву шухляду туалетного столика з двома тумбами, — вийняла скриньку для коштовностей і відімкнула її. Все було як звичайно, однак перлів у скриньці не було.</w:t>
      </w:r>
    </w:p>
    <w:p>
      <w:r>
        <w:br/>
        <w:t>Інспектор писав у блокноті.</w:t>
      </w:r>
    </w:p>
    <w:p>
      <w:r>
        <w:br/>
        <w:t>— Коли ви їх бачили в останній раз? — запитав він.</w:t>
      </w:r>
    </w:p>
    <w:p>
      <w:r>
        <w:br/>
        <w:t>— Коли я пішла вечеряти, вони були на своєму місці.</w:t>
      </w:r>
    </w:p>
    <w:p>
      <w:r>
        <w:br/>
        <w:t>— Ви в цьому впевнені?</w:t>
      </w:r>
    </w:p>
    <w:p>
      <w:r>
        <w:br/>
        <w:t>— Цілком упевнена. Я ще вагалася, чи не надягнути мені їх до вечері, але, зрештою, зупинилась на моїх смарагдах, а перли поклала назад у скриньку.</w:t>
      </w:r>
    </w:p>
    <w:p>
      <w:r>
        <w:br/>
        <w:t>— Хто замкнув скриньку?</w:t>
      </w:r>
    </w:p>
    <w:p>
      <w:r>
        <w:br/>
        <w:t>— Замкнула її я. Ключ висить на ланцюжку у мене на шиї. — Вона витягла і показала ключ. Інспектор оглянув його і знизав плечима.</w:t>
      </w:r>
    </w:p>
    <w:p>
      <w:r>
        <w:br/>
        <w:t>— Злодій, певно, мав дублікат. Справа це неважка. Замок дуже простий. Що ви робили далі, після того, як замкнули скриньку?</w:t>
      </w:r>
    </w:p>
    <w:p>
      <w:r>
        <w:br/>
        <w:t>— Я поклала її у нижню шухляду, як це роблю завжди.</w:t>
      </w:r>
    </w:p>
    <w:p>
      <w:r>
        <w:br/>
        <w:t>— Шухляду ви не замикали на ключ?</w:t>
      </w:r>
    </w:p>
    <w:p>
      <w:r>
        <w:br/>
        <w:t>— Ні, я ніколи цього не робила. В цьому не було ніякої потреби, бо моя служниця залишається в кімнаті, аж доки я прийду.</w:t>
      </w:r>
    </w:p>
    <w:p>
      <w:r>
        <w:br/>
        <w:t>Інспектор спохмурнів.</w:t>
      </w:r>
    </w:p>
    <w:p>
      <w:r>
        <w:br/>
        <w:t>— Отож коли ви пішли вечеряти, коштовності були на своєму місці, і відтоді ваша служниця з кімнати не виходила?</w:t>
      </w:r>
    </w:p>
    <w:p>
      <w:r>
        <w:br/>
        <w:t>Раптом, наче вперше зрозумівши весь жах свого становища, Селестіна пронизливо зойкнула і кинулась до Пуаро, вивертаючи безладний потік французьких слів.</w:t>
      </w:r>
    </w:p>
    <w:p>
      <w:r>
        <w:br/>
        <w:t>— Яке жахливе звинувачення! Це її підозрюють в пограбуванні мадам! Добре відомо, що в поліції сидять заплішені дурні! Але, мсьє, ви ж француз...</w:t>
      </w:r>
    </w:p>
    <w:p>
      <w:r>
        <w:br/>
        <w:t>— Бельгієць, — вставив Пуаро, але Селестіна не звернула на його застереження ніякої уваги.</w:t>
      </w:r>
    </w:p>
    <w:p>
      <w:r>
        <w:br/>
        <w:t>— Мсьє не може стояти осторонь і спокійно спостерігати, як проти неї висувають неправдиві обвинувачення у той час, як ця безсовісна покоївка залишиться непокараною. Вона завжди почувала до неї недовіру — подивіться на її писок: це ж природжена злодійка! Вона зразу ж сказала, що це людина нечесна" І не спускала з неї очей, коли вона прибирала в кімнаті мадам! Нехай ці дурні поліцаї обшукають її, і я буду дуже здивована, якщо вони не знайдуть у неї перлів мадам!</w:t>
      </w:r>
    </w:p>
    <w:p>
      <w:r>
        <w:br/>
        <w:t>Хоча все це говорилося швидко і то по-французькому, /Селестіна супроводжувала свою мову такими виразними жестами, що покоївка під кінець уловила її зміст.</w:t>
      </w:r>
    </w:p>
    <w:p>
      <w:r>
        <w:br/>
        <w:t>Вона почервоніла від злості.</w:t>
      </w:r>
    </w:p>
    <w:p>
      <w:r>
        <w:br/>
        <w:t>— Якщо ця іноземка твердить, що я взяла перли, то вона бреше? — гнівно заявила вона. — Я їх навіть жодного разу не бачила.</w:t>
      </w:r>
    </w:p>
    <w:p>
      <w:r>
        <w:br/>
        <w:t>— .Обшукайте її! — лементувала служниця. — Ви знайдете все, що пропало.</w:t>
      </w:r>
    </w:p>
    <w:p>
      <w:r>
        <w:br/>
        <w:t>— Ти брехуха, розумієш? — кричала покоївка, наступаючи на неї. — Сама все украла, а тепер хочеш звалити вину на мене. Я була в кімнаті усього яких-небудь три хвилини до приходу леді, а до цього ти весь час сиділа тут, як завжди, наче кішка, що підстерігає мишу.</w:t>
      </w:r>
    </w:p>
    <w:p>
      <w:r>
        <w:br/>
        <w:t>Інспектор запитливо глянув на Селестіну.</w:t>
      </w:r>
    </w:p>
    <w:p>
      <w:r>
        <w:br/>
        <w:t>— Це правда? Ви не виходили з кімнати?</w:t>
      </w:r>
    </w:p>
    <w:p>
      <w:r>
        <w:br/>
        <w:t>— Я дійсно не залишала її тут одну, — неохоче визнала Селестіна, — але я двічі виходила в свою кімнату — раз за клубком шерстяних ниток і вдруге за ножицями.</w:t>
      </w:r>
    </w:p>
    <w:p>
      <w:r>
        <w:br/>
        <w:t>Мабуть саме цим вона й скористалась.</w:t>
      </w:r>
    </w:p>
    <w:p>
      <w:r>
        <w:br/>
        <w:t>— Ти виходила не більш як на хвилину, — сердито відрізала покоївка. — Вискочила і зразу ж назад. Я була б рада, якби 'поліція обшукала мене. Мені нема чого боятися.</w:t>
      </w:r>
    </w:p>
    <w:p>
      <w:r>
        <w:br/>
        <w:t>У— двері постукали. Інспектор відчинив, і обличчя його прояснилось.</w:t>
      </w:r>
    </w:p>
    <w:p>
      <w:r>
        <w:br/>
        <w:t>— Ну от! — сповістив він. — Все складається якнайкраще. Я посилав за нашою співробітницею, що проводить обшуки, і ось вона з'явилась. Сподіваюсь, ви не відмовитесь пройти в сусідню кімнату?</w:t>
      </w:r>
    </w:p>
    <w:p>
      <w:r>
        <w:br/>
        <w:t>Він . кинув погляд на покоївку, і та переступила поріг суміжної кімнати з високо піднятою головою. Слідом за нею вийшла жінка-інспектор.</w:t>
      </w:r>
    </w:p>
    <w:p>
      <w:r>
        <w:br/>
        <w:t>Француженка, схлипуючи, сіла на стілець. Пуаро оглядав кімнату, план якої зобразив на малюнку.</w:t>
      </w:r>
    </w:p>
    <w:p>
      <w:r>
        <w:br/>
        <w:t>— Куди ведуть ці двері? — спитав він, кивнувши на двері біля вікна.</w:t>
      </w:r>
    </w:p>
    <w:p>
      <w:r>
        <w:br/>
        <w:t>— Гадаю, у сусідній номер, — припустив інспектор. — У кожному разі, вони замкнені на засувки з цього боку.</w:t>
      </w:r>
    </w:p>
    <w:p>
      <w:r>
        <w:br/>
        <w:t>Пуаро підійшов до дверей, посмикав їх, відсунув засувку і знову посмикав.</w:t>
      </w:r>
    </w:p>
    <w:p>
      <w:r>
        <w:br/>
        <w:t>— Вони замкнені і з того боку, — зауважив він. — Здається, цей варіант можна виключити.</w:t>
      </w:r>
    </w:p>
    <w:p>
      <w:r>
        <w:br/>
        <w:t>Він оглянув усі вікна, визираючи з кожного по черзі.</w:t>
      </w:r>
    </w:p>
    <w:p>
      <w:r>
        <w:br/>
        <w:t>— І тут глухо. Немає навіть балкона.</w:t>
      </w:r>
    </w:p>
    <w:p>
      <w:r>
        <w:br/>
        <w:t>— Якби там навіть були балкони, — роздратовано зауважив інспектор, — не розумію, що б це змінило. Адже служниця не виходила з кімнати.</w:t>
      </w:r>
    </w:p>
    <w:p>
      <w:r>
        <w:br/>
        <w:t>— Evidemment, — анітрохи не збентежившись, сказав Пуаро. — Якщо, як нас запевнила мадемуазель, вона не виходила з кімнати...</w:t>
      </w:r>
    </w:p>
    <w:p>
      <w:r>
        <w:br/>
        <w:t>Він урвав мову, бо в кімнату повернулася покоївка в супроводі жінки-інсцектора.</w:t>
      </w:r>
    </w:p>
    <w:p>
      <w:r>
        <w:br/>
        <w:t>— Нічого, — лаконічно доповіла інспектор.</w:t>
      </w:r>
    </w:p>
    <w:p>
      <w:r>
        <w:br/>
        <w:t>— Цього слід було сподіватися, — чеснотливо озвалася покоївка. — А оцій французькій шльондрі мало б бути соромно, що вона хотіла зганьбити чесну дівчину!</w:t>
      </w:r>
    </w:p>
    <w:p>
      <w:r>
        <w:br/>
        <w:t>— Годі вже, годі, заспокойся, — обірвав її інспектор, відчиняючи перед нею двері. — Ніхто тебе не підозрює. Йди працюй!</w:t>
      </w:r>
    </w:p>
    <w:p>
      <w:r>
        <w:br/>
        <w:t>Покоївка з явною неохотою попрямувала до дверей.</w:t>
      </w:r>
    </w:p>
    <w:p>
      <w:r>
        <w:br/>
        <w:t>— К теж обшукаєте? — запитала вона, вказуючи на Селесгіну.</w:t>
      </w:r>
    </w:p>
    <w:p>
      <w:r>
        <w:br/>
        <w:t>— Так, так! — Він зачинив за нею двері і замкнув їх ключем.</w:t>
      </w:r>
    </w:p>
    <w:p>
      <w:r>
        <w:br/>
        <w:t>Селесгіаа теж пішла в сусідню кімнату у супроводі жінки-інспектора. Через кілька хвилин вона повернулась: у неї теж нічого не знайшли.</w:t>
      </w:r>
    </w:p>
    <w:p>
      <w:r>
        <w:br/>
        <w:t>Інспектор спохмурнів.</w:t>
      </w:r>
    </w:p>
    <w:p>
      <w:r>
        <w:br/>
        <w:t>— Боюся, що мені усе ж таки доведеться попросити вас пройти зі мною.</w:t>
      </w:r>
    </w:p>
    <w:p>
      <w:r>
        <w:br/>
        <w:t>І вій звернувся до місіс Опалсен.</w:t>
      </w:r>
    </w:p>
    <w:p>
      <w:r>
        <w:br/>
        <w:t>-На жаль, мадам, усе свідчить про те, що розшуки слід вести саме в ньому напрямі. Хоч перли в неї не були знайдені, але,— можливо, вони заховані десь у її кімнаті.</w:t>
      </w:r>
    </w:p>
    <w:p>
      <w:r>
        <w:br/>
        <w:t>Селестіна пронизливо зойкнула і припала до плеча Пуаро. Той нахилився і прошепотів щось дівчині на вухо. Вона глянула на нього, вагаючись.</w:t>
      </w:r>
    </w:p>
    <w:p>
      <w:r>
        <w:br/>
        <w:t>— Так, саме так, mon enfant, запевняю вас, що краще не чинити опору.</w:t>
      </w:r>
    </w:p>
    <w:p>
      <w:r>
        <w:br/>
        <w:t>Потім він звернувся до інспектора.</w:t>
      </w:r>
    </w:p>
    <w:p>
      <w:r>
        <w:br/>
        <w:t>— Ви дозволите, мсьє? Маленький експеримент — виключно, щоб задовольнити мою цікавість.</w:t>
      </w:r>
    </w:p>
    <w:p>
      <w:r>
        <w:br/>
        <w:t>— Це залежить від того, що він являє собою, ваш експеримент, — сказав поліцейський. Пуаро знову звернувся до Селестіни.</w:t>
      </w:r>
    </w:p>
    <w:p>
      <w:r>
        <w:br/>
        <w:t>— Ви казали, що виходили у свою кімнату, щоб узяти клубок шерсті. Де був той клубок?</w:t>
      </w:r>
    </w:p>
    <w:p>
      <w:r>
        <w:br/>
        <w:t>— На комоді, мсьє.</w:t>
      </w:r>
    </w:p>
    <w:p>
      <w:r>
        <w:br/>
        <w:t>— А ножиці?</w:t>
      </w:r>
    </w:p>
    <w:p>
      <w:r>
        <w:br/>
        <w:t>— Теж там.</w:t>
      </w:r>
    </w:p>
    <w:p>
      <w:r>
        <w:br/>
        <w:t>— Вас не утруднить, мадемуазель, якщо я попрошу, щоб ви повторили свої дії? Ви казали, що сиділи ось тут із своїм плетивом.</w:t>
      </w:r>
    </w:p>
    <w:p>
      <w:r>
        <w:br/>
        <w:t>Селестіна сіла, а потім за сигналом Луаро встала, перейшла у сусідню кімнату, взяла з комоду клубок шерсті і знову повернулась.</w:t>
      </w:r>
    </w:p>
    <w:p>
      <w:r>
        <w:br/>
        <w:t>Пуаро пильно стежив за її діями, одночасно поглядаючи на великий старовинний кишеньковий годинник, який тримав на розкритій долоні.</w:t>
      </w:r>
    </w:p>
    <w:p>
      <w:r>
        <w:br/>
        <w:t>— Будь ласка, ще раз, мадемуазель. Після повторного експерименту він зробив позначку в блокноті. і поклав годинник назад у кишеню.</w:t>
      </w:r>
    </w:p>
    <w:p>
      <w:r>
        <w:br/>
        <w:t>— Дякую, мадемуазель. І вам дякую, мсьє, — він уклонився інспекторові, — за вашу люб'язність.</w:t>
      </w:r>
    </w:p>
    <w:p>
      <w:r>
        <w:br/>
        <w:t>Така надзвичайна чемність здалася інспекторові потішною. Проливаючи потоки сліз, Селестіна вийшла з кімнати у супроводі жінки-інспектора і чиновника поліції в цивільному одязі.</w:t>
      </w:r>
    </w:p>
    <w:p>
      <w:r>
        <w:br/>
        <w:t>Інспектор, коротко вибачившися перед місіс Опалсен, почав обшук кімнати. Він витягував шухляди, відчиняв стінні шафи, перерив усе ліжко і простукав паркетну підлогу. Містер Опалсен скептично стежив за його діями.</w:t>
      </w:r>
    </w:p>
    <w:p>
      <w:r>
        <w:br/>
        <w:t>— Ви справді думаєте, що вам удасться їх тут знайти?</w:t>
      </w:r>
    </w:p>
    <w:p>
      <w:r>
        <w:br/>
        <w:t>— Так, сер. Певна річ. Вона б не встигла їх винести. Те, що ваша дружина виявила пропажу так швидко, порушило всі її плани. Ні, вони, певно, сховані десь тут. Сховала їх одна з цих двох, і навряд щоб це зробила покоївка.</w:t>
      </w:r>
    </w:p>
    <w:p>
      <w:r>
        <w:br/>
        <w:t>— Не тільки навряд — це— просто неможливо! — спокійно підтвердив Пуаро.</w:t>
      </w:r>
    </w:p>
    <w:p>
      <w:r>
        <w:br/>
        <w:t>— Як це? — спитав, здивовано глянувши на нього, інспектор.</w:t>
      </w:r>
    </w:p>
    <w:p>
      <w:r>
        <w:br/>
        <w:t>Пуаро скромно всміхнувся.</w:t>
      </w:r>
    </w:p>
    <w:p>
      <w:r>
        <w:br/>
        <w:t>— Я вам це продемонструю. Гастінгсе, друже мій, тримайте мій годинник. Тільки обережно — це родинна реліквія! Я тільки-но зафіксував час переміщень мадемуазель — уперше вона була відсутня двадцять секунд, удруге — п'ятнадцять.</w:t>
      </w:r>
    </w:p>
    <w:p>
      <w:r>
        <w:br/>
        <w:t>Тепер спостерігайте за моїми діями. Ласкаво прошу мадам передати мені ключик від скриньки з коштовностями. Дякую. Гастінгсе, друже мій, зробіть таку ласку, скажіть слово "почали!" — Почали! — сказав я.</w:t>
      </w:r>
    </w:p>
    <w:p>
      <w:r>
        <w:br/>
        <w:t>Майже з блискавичною швидкістю Луаро висунув шухляду туалетного столика витягнув скриньку і вставив ключик у замкову шпару, відчинив скриньку, взяв одну з коштовних. прикрас, зачинив і замкнув скриньку, поставив її на місце і засунув шухляду. Робив він це дуже прудко.</w:t>
      </w:r>
    </w:p>
    <w:p>
      <w:r>
        <w:br/>
        <w:t>— Ну як, друже мій? — звернувся він до мене, переводячи дух.</w:t>
      </w:r>
    </w:p>
    <w:p>
      <w:r>
        <w:br/>
        <w:t>— Сорок шість секунд, — відповів я.</w:t>
      </w:r>
    </w:p>
    <w:p>
      <w:r>
        <w:br/>
        <w:t>— Бачите? — оглянув нас Пуаро. — У покоївки не було навіть часу, щоб дістати намисто,, не кажучи вже про те, щоб його сховати.</w:t>
      </w:r>
    </w:p>
    <w:p>
      <w:r>
        <w:br/>
        <w:t>— Отож залишається служниця, — зробив висновок інспектор і пішов у спальню служниці, щоб провадити трус.</w:t>
      </w:r>
    </w:p>
    <w:p>
      <w:r>
        <w:br/>
        <w:t>Пуаро замислено насупив брови. Раптом він звернувся до містера Опалсена.</w:t>
      </w:r>
    </w:p>
    <w:p>
      <w:r>
        <w:br/>
        <w:t>— Це намисто, певно, було застраховане? Містер Опалсен, здавалося, трохи збентежився.</w:t>
      </w:r>
    </w:p>
    <w:p>
      <w:r>
        <w:br/>
        <w:t>— Так, — відповів він нерішуче, — воно застраховане.</w:t>
      </w:r>
    </w:p>
    <w:p>
      <w:r>
        <w:br/>
        <w:t>— А яке це має значення? — запитала місіс Опал-сен голосом, повним сліз. —</w:t>
      </w:r>
    </w:p>
    <w:p>
      <w:r>
        <w:br/>
        <w:t>Мені потрібно намисто, а не гроші. Воно унікальне. Гроші його ве замінять.</w:t>
      </w:r>
    </w:p>
    <w:p>
      <w:r>
        <w:br/>
        <w:t>— Розумію, мадам, — заспокоював її Пуаро. — Я все чудово розумію. Для жінки головне — це п уподобання, правда ж? Але чоловік, якого природа обіднила чутливістю до прекрасного, може втішитися цим фактором.</w:t>
      </w:r>
    </w:p>
    <w:p>
      <w:r>
        <w:br/>
        <w:t>— Безперечно, безперечно, — трохи невпевнено підтвердив містер Опалсен. — Але все ж...</w:t>
      </w:r>
    </w:p>
    <w:p>
      <w:r>
        <w:br/>
        <w:t>Його урвав переможний вигук. Вигукнув інспектор, заходячи до кімнати. В руці він тримав низку перлів.</w:t>
      </w:r>
    </w:p>
    <w:p>
      <w:r>
        <w:br/>
        <w:t>Місіс Опалсен зойкнула і кинулась до нього. Розпач її змінився радістю.</w:t>
      </w:r>
    </w:p>
    <w:p>
      <w:r>
        <w:br/>
        <w:t>— О-о, моє намисто!</w:t>
      </w:r>
    </w:p>
    <w:p>
      <w:r>
        <w:br/>
        <w:t>Обома руками вона пригасла перли до грудей. Ми всі оточили її.</w:t>
      </w:r>
    </w:p>
    <w:p>
      <w:r>
        <w:br/>
        <w:t>— Де ви їх знайшли? — запитав Опалсен.</w:t>
      </w:r>
    </w:p>
    <w:p>
      <w:r>
        <w:br/>
        <w:t>— У ліжку служниці. Серед матрацних пружин. Мабуть, вона вкрала його і сховала ще до появи покоївки.</w:t>
      </w:r>
    </w:p>
    <w:p>
      <w:r>
        <w:br/>
        <w:t>— Дозвольте, мадам? — стиха попросив Пуаро. Він узяв з її рук намисто і ' ретельно його оглянув. Потім з уклоном його повернув.</w:t>
      </w:r>
    </w:p>
    <w:p>
      <w:r>
        <w:br/>
        <w:t>— Вважаю, пані, що нам доведеться забрати у вас це намисто на деякий час, — заявив інспектор. — Воно нам —знадобиться, щоб оформити обвинувачення. Ми повернемо його при першій же можливості.</w:t>
      </w:r>
    </w:p>
    <w:p>
      <w:r>
        <w:br/>
        <w:t>Містер Опалсен спохмурнів.</w:t>
      </w:r>
    </w:p>
    <w:p>
      <w:r>
        <w:br/>
        <w:t>— Чи це необхідно?</w:t>
      </w:r>
    </w:p>
    <w:p>
      <w:r>
        <w:br/>
        <w:t>— Боюся, що так. Для додержання всіх формальностей.</w:t>
      </w:r>
    </w:p>
    <w:p>
      <w:r>
        <w:br/>
        <w:t>— О, нехай забирають, Еде! — вигукнула дружина. — Мені здається, .що так воно буде в більшій безпеці. Я весь час буду думати, що його захоче ще хто-небудь привласнити, і не зможу заснути. Яке підле дівчиська! Не слід було ій так довіряти.</w:t>
      </w:r>
    </w:p>
    <w:p>
      <w:r>
        <w:br/>
        <w:t>— Ну-ну, люба, не бери все так близько до серця. Я відчув, як хтось легенько стискає мені руку. Це був Пуаро.</w:t>
      </w:r>
    </w:p>
    <w:p>
      <w:r>
        <w:br/>
        <w:t>— Вийдемо, друже! Думаю, що в .наших послугах тут уже потреби немає.</w:t>
      </w:r>
    </w:p>
    <w:p>
      <w:r>
        <w:br/>
        <w:t>Однак, як тільки ми вийшли з номера, він завагався, а потім, на мій великий подив, заявив:</w:t>
      </w:r>
    </w:p>
    <w:p>
      <w:r>
        <w:br/>
        <w:t>— Мені, все ж таки, хотілося б оглянути сусідній номер.</w:t>
      </w:r>
    </w:p>
    <w:p>
      <w:r>
        <w:br/>
        <w:t>Виявилося, що двері номера були не замкнені, і ми зайшли. Номер на двох був незаселений. На меблях лежв шар пилюки, і мій охайний приятель скривився, обвівши пальцем прямокутну пляму на столику біля вікна.</w:t>
      </w:r>
    </w:p>
    <w:p>
      <w:r>
        <w:br/>
        <w:t>-Робота персоналу готелю бажає бути кращою, — сухо констатував вій.</w:t>
      </w:r>
    </w:p>
    <w:p>
      <w:r>
        <w:br/>
        <w:t>Потім він надовго втупився у вікно, і мені здалося, поринув у сумні роздуми.</w:t>
      </w:r>
    </w:p>
    <w:p>
      <w:r>
        <w:br/>
        <w:t>— Так що? — запитав я нетерпляче. — Чого ми сюди завітали?</w:t>
      </w:r>
    </w:p>
    <w:p>
      <w:r>
        <w:br/>
        <w:t>Пуаро уважно глянув на мене.</w:t>
      </w:r>
    </w:p>
    <w:p>
      <w:r>
        <w:br/>
        <w:t>— Je voos demandc pardon, mon ami, я хотів переконатися, що двері з цього боку теж зачинені на засувку.</w:t>
      </w:r>
    </w:p>
    <w:p>
      <w:r>
        <w:br/>
        <w:t>Пуаро кивнув. . Вигляд у нього був все ще тадчужений.</w:t>
      </w:r>
    </w:p>
    <w:p>
      <w:r>
        <w:br/>
        <w:t>— А все ж, — провадив я, — яке це може мати значення? Справа вирішена.</w:t>
      </w:r>
    </w:p>
    <w:p>
      <w:r>
        <w:br/>
        <w:t>Звичайно, мені хотілося б, щоб вам видався ліпшим шанс проявити свої здібності. Однак, ця справа була з тих, в яких навіть такий тупак, як інспектор, не зміг вибрати хибний шлях розслідування.</w:t>
      </w:r>
    </w:p>
    <w:p>
      <w:r>
        <w:br/>
        <w:t>Пуаро похитав головою.</w:t>
      </w:r>
    </w:p>
    <w:p>
      <w:r>
        <w:br/>
        <w:t>— Справа ще не завершена, друже мій. Вона буде завершена тільки тоді, коли ми знайдемо того, хто вкрав перли.</w:t>
      </w:r>
    </w:p>
    <w:p>
      <w:r>
        <w:br/>
        <w:t>— Це ж справа рук служниці!</w:t>
      </w:r>
    </w:p>
    <w:p>
      <w:r>
        <w:br/>
        <w:t>— Чому це ви зробили такий висновок?</w:t>
      </w:r>
    </w:p>
    <w:p>
      <w:r>
        <w:br/>
        <w:t>— Ну, — затинаючись, промовив я, — вони ж були знайдені... в u матраці.</w:t>
      </w:r>
    </w:p>
    <w:p>
      <w:r>
        <w:br/>
        <w:t>— Та, та, та! — нетерпляче вигукнув Пуаро. — Це були не ті перли.</w:t>
      </w:r>
    </w:p>
    <w:p>
      <w:r>
        <w:br/>
        <w:t>— Як?</w:t>
      </w:r>
    </w:p>
    <w:p>
      <w:r>
        <w:br/>
        <w:t>— Підробка, друже мій.</w:t>
      </w:r>
    </w:p>
    <w:p>
      <w:r>
        <w:br/>
        <w:t>Мені перехопило дух. Пуаро безтурботно посміхався.</w:t>
      </w:r>
    </w:p>
    <w:p>
      <w:r>
        <w:br/>
        <w:t>— Мабуть, наш друг-інспектор зовсім не розуміється на коштовностях. Але скоро з цього приводу буде великий ґвалт!</w:t>
      </w:r>
    </w:p>
    <w:p>
      <w:r>
        <w:br/>
        <w:t>— Ходімо! — закричав я, хапаючи його за руку.</w:t>
      </w:r>
    </w:p>
    <w:p>
      <w:r>
        <w:br/>
        <w:t>— Куди?</w:t>
      </w:r>
    </w:p>
    <w:p>
      <w:r>
        <w:br/>
        <w:t>— Треба зараз же сповістити про цс Опалсенів!</w:t>
      </w:r>
    </w:p>
    <w:p>
      <w:r>
        <w:br/>
        <w:t>— Я вважаю, що цього робити не слід.</w:t>
      </w:r>
    </w:p>
    <w:p>
      <w:r>
        <w:br/>
        <w:t>— Але ж ця нещасна жінка...</w:t>
      </w:r>
    </w:p>
    <w:p>
      <w:r>
        <w:br/>
        <w:t>— Послухайте, ця нещасна жінка, як ви її називаєте, спатиме цієї ночі набагато спокійніше, коли буде вірити, що її коштовності в надійних руках.</w:t>
      </w:r>
    </w:p>
    <w:p>
      <w:r>
        <w:br/>
        <w:t>— Але ж злодій може тим часом утекти з ними!</w:t>
      </w:r>
    </w:p>
    <w:p>
      <w:r>
        <w:br/>
        <w:t>— Ви, друже, як завжди, говорите, не поміркувавши. Звідки ви знаєте, що перли, які місіс Опалсен так дбайливо замкнула ще вчора, вже не були фальшивими, і що крадіжка не була вчинена значно раніше?</w:t>
      </w:r>
    </w:p>
    <w:p>
      <w:r>
        <w:br/>
        <w:t>— Та невже! — вигукнув я.</w:t>
      </w:r>
    </w:p>
    <w:p>
      <w:r>
        <w:br/>
        <w:t>— Саме так, — сказав Пуаро, сяючи сонцесяйною усмішкою. — Ми починаємо все з самого початку.</w:t>
      </w:r>
    </w:p>
    <w:p>
      <w:r>
        <w:br/>
        <w:t>Він вийшов з номера, затримався на якусь мить, мовби розмірковуючи, а потім рішуче попрямував у кінець коридора. Тут він зупинився біля маленької комірчини, яка була штаб-квартирою покоївок і лакеїв суміжних поверхів.</w:t>
      </w:r>
    </w:p>
    <w:p>
      <w:r>
        <w:br/>
        <w:t>Виявилось, що вже знайома вам покоївка зібрала невеликий натовп і розповідає вдячній аудиторії свою пригоду. Вона обірвала оповідь на середині— фрази.</w:t>
      </w:r>
    </w:p>
    <w:p>
      <w:r>
        <w:br/>
        <w:t>Пуаро вклонився зі своєю звичайною ввічливістю.</w:t>
      </w:r>
    </w:p>
    <w:p>
      <w:r>
        <w:br/>
        <w:t>— Вибачте, що турбую вас. Я був би вам дуже вдячний, якби ви відімкнули двері номера, де мешкає містер Опалсен.</w:t>
      </w:r>
    </w:p>
    <w:p>
      <w:r>
        <w:br/>
        <w:t>Дівчина охоче підвелася зі стільця, і ми пішли слідом за нею. Кімната містера Опалсена була по той бік коридора, проти номера, що його займала дружина.</w:t>
      </w:r>
    </w:p>
    <w:p>
      <w:r>
        <w:br/>
        <w:t>Покоївка відімкнула двері своїм ключем, і ми зайшли в номер. Вона зібралась піти, але Пуаро спинив її.</w:t>
      </w:r>
    </w:p>
    <w:p>
      <w:r>
        <w:br/>
        <w:t>— Одну хвилину, чи не бачили ви серед речей містера Опалсена картку, схожу на цю?</w:t>
      </w:r>
    </w:p>
    <w:p>
      <w:r>
        <w:br/>
        <w:t>Він витяг чисту білу картку незвичного вигляду, дуже блискучу. Дівчина взяла в нього з рук картку і пильно її оглянула.</w:t>
      </w:r>
    </w:p>
    <w:p>
      <w:r>
        <w:br/>
        <w:t>— Ні, сер, нічого подібного я не бачила. Зверніться до лакея: в номерах, де мешкають джентльмени, він буває частіше за мене.</w:t>
      </w:r>
    </w:p>
    <w:p>
      <w:r>
        <w:br/>
        <w:t>— Зрозумів, дякую.</w:t>
      </w:r>
    </w:p>
    <w:p>
      <w:r>
        <w:br/>
        <w:t>Пуаро забрав картку у покоївки. Дівчина пішла. Пуаро, очевидно, щось обмірковував. Потім він рішуче кивнув головою.</w:t>
      </w:r>
    </w:p>
    <w:p>
      <w:r>
        <w:br/>
        <w:t>— Будь ласка, Гастінгсе, натисніть кнопку дзвінка.</w:t>
      </w:r>
    </w:p>
    <w:p>
      <w:r>
        <w:br/>
        <w:t>Тричі — так викликають лакея. Я виконав прохання. Мене мучила цікавість. Тим часом Пуаро висипав на підлогу вміст кошика для паперів і почав швидко його переглядати.</w:t>
      </w:r>
    </w:p>
    <w:p>
      <w:r>
        <w:br/>
        <w:t>За хвилину на дзвінок з'явився лакей. Пуаро поставив йому те ж запитання, що й покоївці, і передав йому для огляду картку. Однак лакей дав аналогічну відповідь. Він ніколи не бачив серед речей містера Опалсена подібної картки.</w:t>
      </w:r>
    </w:p>
    <w:p>
      <w:r>
        <w:br/>
        <w:t>Пуаро подякував, і лакей неохоче aims" геть, кинувши допитливий погляд на перекинутий кошик і розкиданий на підлозі папір. Він навряд, чи міг почути фразу, —що її замислено вимовив Пуаро, складаючи назад у кошик уривки паперів.</w:t>
      </w:r>
    </w:p>
    <w:p>
      <w:r>
        <w:br/>
        <w:t>— А намисто застраховане на чималу суму...</w:t>
      </w:r>
    </w:p>
    <w:p>
      <w:r>
        <w:br/>
        <w:t>— Пуаро, — вигукнув я. — я починаю розуміти...</w:t>
      </w:r>
    </w:p>
    <w:p>
      <w:r>
        <w:br/>
        <w:t>— Нічого ви не розумієте, друже, — одрізав він, — як завжди, зовсім нічого! Це важко збагнути, але це саме так. Ходімо додому.</w:t>
      </w:r>
    </w:p>
    <w:p>
      <w:r>
        <w:br/>
        <w:t>Ми повертались у повному мовчанні. На мій превеликий подив Пуаро, як тільки прийшов до нашого помешкання, зразу ж переодягнувся.</w:t>
      </w:r>
    </w:p>
    <w:p>
      <w:r>
        <w:br/>
        <w:t>— Я вирушаю до Лондона, — пояснив він. — Це кояче необхідно.</w:t>
      </w:r>
    </w:p>
    <w:p>
      <w:r>
        <w:br/>
        <w:t>— Що вас до цього спонукає?</w:t>
      </w:r>
    </w:p>
    <w:p>
      <w:r>
        <w:br/>
        <w:t>— Абсолютно все. Справжня робота, робота мозкових клітин (ах, ці прекрасні маленькі сірі клітинки) довершена. Я іду за доказами. І я їх знайду! Ввести Еркюля Пуаро в оману неможливо!</w:t>
      </w:r>
    </w:p>
    <w:p>
      <w:r>
        <w:br/>
        <w:t>— Одного чудового дня ви зазнаєте нищівної поразки, — сказав я, обурений його марнославством. . — Будь ласка, не сердьтесь. Я дуже розраховую на вас. Ви повинні зробити мені одну послугу — на знак нашої з вами дружби.</w:t>
      </w:r>
    </w:p>
    <w:p>
      <w:r>
        <w:br/>
        <w:t>— Певна річ, — стрепенувся я, шкодуючи, що говорив таким різким тоном. — У чому вона полягатиме?</w:t>
      </w:r>
    </w:p>
    <w:p>
      <w:r>
        <w:br/>
        <w:t>. — Я мав на увазі рукав мого піджака, який я тільки-но зняв. Чи не вичистите ви мені його? Бачите, на ньому осіло трохи білого порошку. Не маю сумніву, ви звернули увагу, як я обвів пальцем довкола шухляди туалетного столика?</w:t>
      </w:r>
    </w:p>
    <w:p>
      <w:r>
        <w:br/>
        <w:t>— Не помітив.</w:t>
      </w:r>
    </w:p>
    <w:p>
      <w:r>
        <w:br/>
        <w:t>— Ви повинні стежити за моїми діями, друже. Я замазав порошкам палець, а потім, трохи захопившись, обтер палець об рукав; несвідома дія, яку я вважаю вартою осуду і суперечною всім моїм принципам.</w:t>
      </w:r>
    </w:p>
    <w:p>
      <w:r>
        <w:br/>
        <w:t>— А що це був за порошок?</w:t>
      </w:r>
    </w:p>
    <w:p>
      <w:r>
        <w:br/>
        <w:t>— Це не була отрута князя Борджіа, — відповів Пуаро, примруживши око. — Я бачу, ваша уява не спить. Це була звичайна кравецька крейда.</w:t>
      </w:r>
    </w:p>
    <w:p>
      <w:r>
        <w:br/>
        <w:t>— Крейда?</w:t>
      </w:r>
    </w:p>
    <w:p>
      <w:r>
        <w:br/>
        <w:t>— Так, крейда. Столяри-червонодеревці використовують її для того, щоб шухляди легко висувалися. Я засміявся.</w:t>
      </w:r>
    </w:p>
    <w:p>
      <w:r>
        <w:br/>
        <w:t>— Ви старий шахрай! Я думав, що ви розробляєте якусь версію.</w:t>
      </w:r>
    </w:p>
    <w:p>
      <w:r>
        <w:br/>
        <w:t>— An гетоіг, друже! Я побіг.</w:t>
      </w:r>
    </w:p>
    <w:p>
      <w:r>
        <w:br/>
        <w:t>Двері за ник зачинились. Усміхнувшись іронічно і водночас зворушено, я зняв з вішалки піджак і простягнув руху за одежною щіткою.</w:t>
      </w:r>
    </w:p>
    <w:p>
      <w:r>
        <w:br/>
        <w:t>Наступного ранку, не маючи ніякої звістки від Пуаро, я пішов ва прогулянку, зустрів друзів і поснідав з ними в їхньому готелі. В другій половині дня ми поїхали за місто на автомобілі. Нам не пощастило — стався прокол шини, і в "Гранд-Метрополітен" я повернувся тільки о дев'ятій годині вечора.</w:t>
      </w:r>
    </w:p>
    <w:p>
      <w:r>
        <w:br/>
        <w:t>Першим, кого я побачив, був, звісно, Пуаро, котрий здавався ще мініатюрнішим, сидячи за вечерею міх Опалсснами. Задоволений і безтурботний, ми випромінював світосяйні усмішки.</w:t>
      </w:r>
    </w:p>
    <w:p>
      <w:r>
        <w:br/>
        <w:t>— Мій друже Гасгінгее! — скрикнув він, підхопившись з місця мені назустріч, — Обійміть мене, друже, все йде якнайкраще!</w:t>
      </w:r>
    </w:p>
    <w:p>
      <w:r>
        <w:br/>
        <w:t>На щастя, обійми мались на увазі тільки фігурально — що не завжди буває, коли маєш справу з Пуаро.</w:t>
      </w:r>
    </w:p>
    <w:p>
      <w:r>
        <w:br/>
        <w:t>— Ви хочете сказати, що... — почав був я.</w:t>
      </w:r>
    </w:p>
    <w:p>
      <w:r>
        <w:br/>
        <w:t>— Все скінчилося чудово, не боюся цього слова! — проголосила місіс Опалсен, і по н повнощокому обличчю розтлилася усмішка. — Хіба я не сказала тобі, Еде, якщо він не поверне мені мсі перли, то цього не зробить більше ніхто?</w:t>
      </w:r>
    </w:p>
    <w:p>
      <w:r>
        <w:br/>
        <w:t>— Казала, серденько, казала. І ти мала рацію. Я розгублено дивився на Пуаро, і він прийшов мені на допомогу.</w:t>
      </w:r>
    </w:p>
    <w:p>
      <w:r>
        <w:br/>
        <w:t>— Мій друг Гастінгс, як то кажуть, збився з пантелику. Сідайте, і я відкрию вам таємницю цієї справи, що так щасливо завершилася.</w:t>
      </w:r>
    </w:p>
    <w:p>
      <w:r>
        <w:br/>
        <w:t>— Покоївка і лакей, рагbleu! Ви не підозрювали? Навіть після того, як я вам натякнув перед від'їздом на кравецьку крейду?</w:t>
      </w:r>
    </w:p>
    <w:p>
      <w:r>
        <w:br/>
        <w:t>— Ви казали, що нею користуються столяри-червонодеревці.</w:t>
      </w:r>
    </w:p>
    <w:p>
      <w:r>
        <w:br/>
        <w:t>— Природно, користуються — щоб легко ковзали по полозах шухляди. Хтось дуже хотів, щоб шухляда беззвучно висовувалась і засовувалась. Хто б це міг бути?</w:t>
      </w:r>
    </w:p>
    <w:p>
      <w:r>
        <w:br/>
        <w:t>Очевидно, тільки покоївка. План їхніх дій був настільки оригінальний, що зразу не впадав у вічі — навіть у вічі Еркюля Пуаро! Послухайте, як вони все це упорали. Лакей чекав у сусідньому порожньому номері. Служниця-француженка виходить з кімнати. Покоївка блискавично висовує шухляду, виймає скриньку з коштовностями і, відчинивши засувку, передає скриньку через двері. Лакея, не поспішаючи, дублікатом ключа, яким він завчасно запасся, відмикає скриньку, виймає намисто і чекає сигналу. Селесгіна знову виходить з кімнати і — шасть!</w:t>
      </w:r>
    </w:p>
    <w:p>
      <w:r>
        <w:br/>
        <w:t>— в одну мить скринька передається назад і ставиться в шухляду.</w:t>
      </w:r>
    </w:p>
    <w:p>
      <w:r>
        <w:br/>
        <w:t>З'являється мадам, крадіжку' виявлено. Обурена . підозрою покоївка вимагає, щоб її обшукали, і залишає кімнату з незаплямоваиою репутацією. Копію намиста, яким вони завчасно запаслись, покоївка вранці ховає в постелі француженки — спритний хід!</w:t>
      </w:r>
    </w:p>
    <w:p>
      <w:r>
        <w:br/>
        <w:t>— Так навіщо вам знадобилося їхати в Лондон?</w:t>
      </w:r>
    </w:p>
    <w:p>
      <w:r>
        <w:br/>
        <w:t>— Ви пам'ятаєте картку?</w:t>
      </w:r>
    </w:p>
    <w:p>
      <w:r>
        <w:br/>
        <w:t>— Авжеж. Вона збила мене з пантелику. Та й зараз я не все розумію. Я вважав...</w:t>
      </w:r>
    </w:p>
    <w:p>
      <w:r>
        <w:br/>
        <w:t>Я з делікатності замовк, дивлячись на містера Опал-сена.</w:t>
      </w:r>
    </w:p>
    <w:p>
      <w:r>
        <w:br/>
        <w:t>Пуаро— від усієї душі, розреготався.</w:t>
      </w:r>
    </w:p>
    <w:p>
      <w:r>
        <w:br/>
        <w:t>— Une blague. Для лакея. Це була картка з особливим покриттям — для відбитків пальців. Я попрямував зразу ж у Скотленд-Ярд, розшукав нашого давнього приятеля інспектора Джеппа і виклав йому всі відомі мені факти. Як я і підозрював, відбитки пальців належали двом добре відомим злодіям, які спеціалізувалися на крадіжках коштовних каменів і яких уже давненько розшукує поліція. Дуепп приїхав сюди разом зі мною, злодіїв заарештовано, а намисто знайшли в квартирі лакея. Не дурна парочка, але вони помилились у виборі методу. Чи' не казав я вам, Гастінгсе, принаймні тридцять шість разів, що без методу...</w:t>
      </w:r>
    </w:p>
    <w:p>
      <w:r>
        <w:br/>
        <w:t>— Принаймні тридцять шість тисяч разів! — перебив його я. — Однак, поясніть, у чому було вразливе місце їхнього методу?</w:t>
      </w:r>
    </w:p>
    <w:p>
      <w:r>
        <w:br/>
        <w:t>— Друже мій, улаштуватись на роботу покоївкою або лакеєм — непоганий задум, але при цьому ні в якому разі не слід ухилятися від своїх прямих обов'язків.</w:t>
      </w:r>
    </w:p>
    <w:p>
      <w:r>
        <w:br/>
        <w:t>Вони залишили незайнятий номер неприбраним і тому, коли лакей поставив скриньку з коштовностями на маленький столик біля дверей, на ньому залишився прямокутний слід...</w:t>
      </w:r>
    </w:p>
    <w:p>
      <w:r>
        <w:br/>
        <w:t>-Пам'ятаю, — вигукнув я.</w:t>
      </w:r>
    </w:p>
    <w:p>
      <w:r>
        <w:br/>
        <w:t>— Спочатку я вагався. Потім — остаточно упевнився!</w:t>
      </w:r>
    </w:p>
    <w:p>
      <w:r>
        <w:br/>
        <w:t>На якусь мить запанувала тиша.</w:t>
      </w:r>
    </w:p>
    <w:p>
      <w:r>
        <w:br/>
        <w:t>— І от я одержала мої перли, — підсумувала місіс Опалсен, наче хор у давньогрецькій трагедії.</w:t>
      </w:r>
    </w:p>
    <w:p>
      <w:r>
        <w:br/>
        <w:t>— Ну що ж, — сказав я, — тепер непогано було б і повечеряти.</w:t>
      </w:r>
    </w:p>
    <w:p>
      <w:r>
        <w:br/>
        <w:t>Пуаро вирішив скласти мені компанію.</w:t>
      </w:r>
    </w:p>
    <w:p>
      <w:r>
        <w:br/>
        <w:t>— Ця справа принесе вам славу, — зауважив я.</w:t>
      </w:r>
    </w:p>
    <w:p>
      <w:r>
        <w:br/>
        <w:t>— Pas du tout, — спокійно відповів Пуаро. — Славу поділили між собою Джепп— і місцевий інспектор поліції. Ну, а я, — він поплескав себе по кишені, — я сховав сюди чек, одержаний від містера Опалсена. Що ви на це скажете, друже?</w:t>
      </w:r>
    </w:p>
    <w:p>
      <w:r>
        <w:br/>
        <w:t>Цей уїкенд не справдив наші сподівання. Як ви дивитесь на ,те, щоб повернутися сюди на наступний уїкенд? За мій рахунок цього разу!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Крадіжка в готелі "Гранд Метрополітен"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