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Крадені яблука</w:t>
      </w:r>
    </w:p>
    <w:p>
      <w:r>
        <w:br/>
        <w:t xml:space="preserve"> &lt;p&gt;А що хлопці відмовчувались або віднікувались, то вирішив Ілько сам обтрусити дідову яблуню-папіровку. Будуть просити потім. А дулю з маком отримають.</w:t>
      </w:r>
    </w:p>
    <w:p>
      <w:r>
        <w:br/>
        <w:t>— Ото нехай ще постоять пару днів, достигнуть добре...</w:t>
      </w:r>
    </w:p>
    <w:p>
      <w:r>
        <w:br/>
        <w:t>— Але ж дід Мефодій цілими днями крутиться в садку!</w:t>
      </w:r>
    </w:p>
    <w:p>
      <w:r>
        <w:br/>
        <w:t>— Нічого,— нахвалявся Ілько,— підберу момент. Але щоб потім не просили! — підвищив голос, сподіваючись, що хтось із хлопців пристане до нього. Оскільки ж ніхто не підтримав його й тепер, то запалився Ілько доказати, хто він, завтра ж. Хай недоспить трохи, але яблуками поласує.</w:t>
      </w:r>
    </w:p>
    <w:p>
      <w:r>
        <w:br/>
        <w:t>Прокинувся Ілько до схід сонця, мати якраз пішла на роботу в поле. Вискочив надвір. Подвір'я стояло в калюжах: вночі йшов дощ, отже, було вітряно, а може, навіть грозовіло. То добре, подумав Ілько, це вже точно яблук натрусилось.</w:t>
      </w:r>
    </w:p>
    <w:p>
      <w:r>
        <w:br/>
        <w:t>Нашвидкуруч одягнув штанці, сорочку й подався городами до діда Мефодія. Підкравшись до саду, Ілько зупинився й відчув, що до тіла прилипає його мокрий одяг. І тільки ступив кілька кроків, намірившись шмигнути в садок, як у хліві відчинились двері й звідтіль показалась корова, а за нею виходив дід Мефодій.</w:t>
      </w:r>
    </w:p>
    <w:p>
      <w:r>
        <w:br/>
        <w:t>Ілько миттю впав у кущі й завмер.</w:t>
      </w:r>
    </w:p>
    <w:p>
      <w:r>
        <w:br/>
        <w:t>Його руки й ноги пройняв якийсь пекучий щем, від чого мало не закричав. Пересилюючи біль і страх, він зрозумів, що лежить у кущі кропиви.</w:t>
      </w:r>
    </w:p>
    <w:p>
      <w:r>
        <w:br/>
        <w:t>Вичекавши дві-три хвилини, Ілько тихенько став на коліна й несміливо визирнув із куща. Дід Мефодій гнав корову по дорозі на пасовисько. Пора!</w:t>
      </w:r>
    </w:p>
    <w:p>
      <w:r>
        <w:br/>
        <w:t>Ілько кинувся згинці в садок і раптом забув про все, так перехопило його дух: під деревами світилось повно яблук, холоднуватих, жовтавих, пахнющих...</w:t>
      </w:r>
    </w:p>
    <w:p>
      <w:r>
        <w:br/>
        <w:t>Він повзав на колінах по траві й похапцем кидав яблука за пазуху, прислухаючись до кожного шереху, раз по раз озираючись на дідове подвір'я.</w:t>
      </w:r>
    </w:p>
    <w:p>
      <w:r>
        <w:br/>
        <w:t>Набивши повну пазуху, Ілько навтікача наддав із саду. Він підтримував пазуху руками, щоб сорочка не висмикнулась із штанців, і без оглядки чимчикував через городи додому.</w:t>
      </w:r>
    </w:p>
    <w:p>
      <w:r>
        <w:br/>
        <w:t>Вдома Ілько висипав яблука на ліжко, скинув штанці, сорочку, повісив їх надворі сушити, а сам шугнув під перину відігріватись. Руки й ноги паленіли ще дужче, але, відчуваючи в ногах купу яблук, почував себе героєм. І незчувся, як заснув.</w:t>
      </w:r>
    </w:p>
    <w:p>
      <w:r>
        <w:br/>
        <w:t>Відіспавшись, Ілько розплющив очі, смачно потягнувся. Хата була залита сонцем, пахло яблуками, і йому стало весело.</w:t>
      </w:r>
    </w:p>
    <w:p>
      <w:r>
        <w:br/>
        <w:t>Він приніс із подвір'я вже сухі штанці й сорочку, одягнувся, випив склянку молока й поклав за пазуху з десяток яблук.</w:t>
      </w:r>
    </w:p>
    <w:p>
      <w:r>
        <w:br/>
        <w:t>"Ох, і просити будуть! — задоволено посміхався Ілько. — Може, хіба Ромкові дам кілька штук. А більше нікому. Що, я даремно так попік руки й ноги?! Ні, хай поковтають слинку".</w:t>
      </w:r>
    </w:p>
    <w:p>
      <w:r>
        <w:br/>
        <w:t>Ілько вийшов на вулицю й попрямував до Ромка. Хлопці напевно ж уже збираються йти купатись до ставу. Йому нетерпеливилось, він мало не пустився бігти, однак стримав себе, щоб бути поважним і гордим. І раптом закляк на місці.</w:t>
      </w:r>
    </w:p>
    <w:p>
      <w:r>
        <w:br/>
        <w:t>На вулиці, навпроти Ромкової хати, в оточенні хлопчаків стояв дід Мефодій з великим кошиком у руці.</w:t>
      </w:r>
    </w:p>
    <w:p>
      <w:r>
        <w:br/>
        <w:t>Ілько виразно побачив, як дід бере з кошика яблука — ті ж самі жовтаві, пахнющі яблука — і роздає їх дітям.</w:t>
      </w:r>
    </w:p>
    <w:p>
      <w:r>
        <w:br/>
        <w:t>"Та що ж це таке?! — Ілько аж рота роззявив. — Що ж це таке робиться? Дід Мефодій вгощає хлопчаків яблуками. Отими самими..."</w:t>
      </w:r>
    </w:p>
    <w:p>
      <w:r>
        <w:br/>
        <w:t>Хтось із хлопців запримітив Ілька й гукнув:</w:t>
      </w:r>
    </w:p>
    <w:p>
      <w:r>
        <w:br/>
        <w:t>— Ільку, скоріше сюди! Дід Мефодій нам яблук повний кошик приніс. Давай сюди!</w:t>
      </w:r>
    </w:p>
    <w:p>
      <w:r>
        <w:br/>
        <w:t>Ілько, мов укопаний, стояв на місці й від розпачу мало не плакав.</w:t>
      </w:r>
    </w:p>
    <w:p>
      <w:r>
        <w:br/>
        <w:t>А тоді крутнувся й з усієї сили кинувся додому.</w:t>
      </w:r>
    </w:p>
    <w:p>
      <w:r>
        <w:br/>
        <w:t>Перед порогом хати Ілько висмикнув сорочку з штанців, яблука посипались по землі, а сам забіг у кімнату й упав на ліжко. Його душив плач, біль, розпач, і ноги й руки ще дужче щеміли, ще е дужче пекли.</w:t>
      </w:r>
    </w:p>
    <w:p>
      <w:r>
        <w:br/>
        <w:t>А кімнату заповнював аромат яблук — жовтавих, сяючих чисто і ясно, як сонця.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Крадені яблука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