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Козак і король</w:t>
      </w:r>
    </w:p>
    <w:p>
      <w:r>
        <w:br/>
        <w:t xml:space="preserve"> Став багатий колись пан&lt;br /&gt;</w:t>
        <w:br/>
        <w:t>Короля благати,&lt;br /&gt;</w:t>
        <w:br/>
        <w:t>Щоб король йому зволив (1)&lt;br /&gt;</w:t>
        <w:br/>
        <w:t>Воєводство дати.&lt;br /&gt;</w:t>
        <w:br/>
        <w:t>А король йому й сказав:&lt;br /&gt;</w:t>
        <w:br/>
        <w:t>"Відгадай три штуки,&lt;br /&gt;</w:t>
        <w:br/>
        <w:t>Відгадаєш — тоді на!&lt;br /&gt;</w:t>
        <w:br/>
        <w:t>А як ні — на муки!&lt;br /&gt;</w:t>
        <w:br/>
        <w:t>Перша штука: скільки зір&lt;br /&gt;</w:t>
        <w:br/>
        <w:t>В небі серед літа?&lt;br /&gt;</w:t>
        <w:br/>
        <w:t>Друга штука: покажи&lt;br /&gt;</w:t>
        <w:br/>
        <w:t>Середину світа!&lt;br /&gt;</w:t>
        <w:br/>
        <w:t>Третя штука: угадай.&lt;br /&gt;</w:t>
        <w:br/>
        <w:t>Що думати буду?&lt;br /&gt;</w:t>
        <w:br/>
        <w:t>І от тобі цілий рік&lt;br /&gt;</w:t>
        <w:br/>
        <w:t>Для того розсуду!"&lt;br /&gt;</w:t>
        <w:br/>
        <w:t>Відійшов багач назад&lt;br /&gt;</w:t>
        <w:br/>
        <w:t>Та так йому нудно!&lt;br /&gt;</w:t>
        <w:br/>
        <w:t>Не вгадати — так біда,&lt;br /&gt;</w:t>
        <w:br/>
        <w:t>А вгадати — трудно!&lt;br /&gt;</w:t>
        <w:br/>
        <w:t>Сидить, плаче неборак,&lt;br /&gt;</w:t>
        <w:br/>
        <w:t>Козак проїжджає...&lt;br /&gt;</w:t>
        <w:br/>
        <w:t>"Чого плачете ви так?"&lt;br /&gt;</w:t>
        <w:br/>
        <w:t>— Багача питає.&lt;br /&gt;</w:t>
        <w:br/>
        <w:t>Той і каже, так і так!..&lt;br /&gt;</w:t>
        <w:br/>
        <w:t>"Не журіться, діду!&lt;br /&gt;</w:t>
        <w:br/>
        <w:t>Коли так, то я за вас&lt;br /&gt;</w:t>
        <w:br/>
        <w:t>На відвіт (2) поїду!"&lt;br /&gt;</w:t>
        <w:br/>
        <w:t>І палицю в руки взяв,&lt;br /&gt;</w:t>
        <w:br/>
        <w:t>В кожух одягнувся,&lt;br /&gt;</w:t>
        <w:br/>
        <w:t>Чорні вуса підбілив,&lt;br /&gt;</w:t>
        <w:br/>
        <w:t>В чоботи узувся.&lt;br /&gt;</w:t>
        <w:br/>
        <w:t>І чимдуж до короля.&lt;br /&gt;</w:t>
        <w:br/>
        <w:t>Король поглядає.&lt;br /&gt;</w:t>
        <w:br/>
        <w:t>"А що, пане, скілько зір?" —&lt;br /&gt;</w:t>
        <w:br/>
        <w:t>З міною (3) питає.&lt;br /&gt;</w:t>
        <w:br/>
        <w:t>А той поли ті підняв.&lt;br /&gt;</w:t>
        <w:br/>
        <w:t>Чи як довелося.&lt;br /&gt;</w:t>
        <w:br/>
        <w:t>"Стілько, — каже, — в небі зір,&lt;br /&gt;</w:t>
        <w:br/>
        <w:t>Скілько тут волосся".&lt;br /&gt;</w:t>
        <w:br/>
        <w:t>Задумався сам король&lt;br /&gt;</w:t>
        <w:br/>
        <w:t>Від сего відвіту.&lt;br /&gt;</w:t>
        <w:br/>
        <w:t>"Ану, — каже, — покажи&lt;br /&gt;</w:t>
        <w:br/>
        <w:t>Середину світу!"&lt;br /&gt;</w:t>
        <w:br/>
        <w:t>А той палицю підняв.&lt;br /&gt;</w:t>
        <w:br/>
        <w:t>Може, з піваршина,&lt;br /&gt;</w:t>
        <w:br/>
        <w:t>Та в підлогу нею гуп:&lt;br /&gt;</w:t>
        <w:br/>
        <w:t>"Отут середина!"&lt;br /&gt;</w:t>
        <w:br/>
        <w:t>Почухався наш король,&lt;br /&gt;</w:t>
        <w:br/>
        <w:t>Ще раз поглядає.&lt;br /&gt;</w:t>
        <w:br/>
        <w:t>"Що ж я думаю тепер?"&lt;br /&gt;</w:t>
        <w:br/>
        <w:t>— Козака питає,&lt;br /&gt;</w:t>
        <w:br/>
        <w:t>"Думаєте, що я пан!"&lt;br /&gt;</w:t>
        <w:br/>
        <w:t>"Або що за річі?"&lt;br /&gt;</w:t>
        <w:br/>
        <w:t>"То ті річі, що не пан,&lt;br /&gt;</w:t>
        <w:br/>
        <w:t>А козак із Січі!"&lt;br /&gt;</w:t>
        <w:br/>
        <w:t>Здивувався наш король,&lt;br /&gt;</w:t>
        <w:br/>
        <w:t>Подарував тому,&lt;br /&gt;</w:t>
        <w:br/>
        <w:t>А козака відіслав</w:t>
      </w:r>
    </w:p>
    <w:p>
      <w:r>
        <w:br/>
        <w:t>(1) Зволити — дозволити.&lt;br /&gt;</w:t>
        <w:br/>
        <w:t>(2) Відвіт — відповідь&lt;br /&gt;</w:t>
        <w:br/>
        <w:t>(3) Міна — специфічний вираз обличчя.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Козак і король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