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Козак, гайдамак, чумак</w:t>
      </w:r>
    </w:p>
    <w:p>
      <w:r>
        <w:br/>
        <w:t xml:space="preserve"> На воронім коню їхав козак&lt;br /&gt;</w:t>
        <w:br/>
        <w:t>Горою, долиною,&lt;br /&gt;</w:t>
        <w:br/>
        <w:t>Проміж калиною;&lt;br /&gt;</w:t>
        <w:br/>
        <w:t>Він розмовляв з милою дівчиною.</w:t>
      </w:r>
    </w:p>
    <w:p>
      <w:r>
        <w:br/>
        <w:t>На своїх двох лісом йшов гайдамак;&lt;br /&gt;</w:t>
        <w:br/>
        <w:t>Поміж ліщиною&lt;br /&gt;</w:t>
        <w:br/>
        <w:t>Йшов він з дубиною.&lt;br /&gt;</w:t>
        <w:br/>
        <w:t>З лісом гукав — з своєю родиною!</w:t>
      </w:r>
    </w:p>
    <w:p>
      <w:r>
        <w:br/>
        <w:t>Чвалав за возом чумак-неборак&lt;br /&gt;</w:t>
        <w:br/>
        <w:t>Низом, травиною,&lt;br /&gt;</w:t>
        <w:br/>
        <w:t>З своєю скотиною&lt;br /&gt;</w:t>
        <w:br/>
        <w:t>Та й балакав з лихою годиною!..</w:t>
      </w:r>
    </w:p>
    <w:p>
      <w:r>
        <w:br/>
        <w:t>— Дівчино, прощай!&lt;br /&gt;</w:t>
        <w:br/>
        <w:t>Гей, не гайся! На ворогів, коню!&lt;br /&gt;</w:t>
        <w:br/>
        <w:t>— Ох, прощай, козаче! Та обороняй&lt;br /&gt;</w:t>
        <w:br/>
        <w:t>Мати Україну й мене, її доню!</w:t>
      </w:r>
    </w:p>
    <w:p>
      <w:r>
        <w:br/>
        <w:t>— Дубино, махай!&lt;br /&gt;</w:t>
        <w:br/>
        <w:t>Шукай, добувай мені долю!&lt;br /&gt;</w:t>
        <w:br/>
        <w:t>Кого хоч, моя дубино, зачіпай:&lt;br /&gt;</w:t>
        <w:br/>
        <w:t>В лісі, в пущах маємо ми свою волю!</w:t>
      </w:r>
    </w:p>
    <w:p>
      <w:r>
        <w:br/>
        <w:t>— Синку, поганяй!&lt;br /&gt;</w:t>
        <w:br/>
        <w:t>З нікчемного краю та до моря...&lt;br /&gt;</w:t>
        <w:br/>
        <w:t>Почвалаємо ми на чужий лиш край:&lt;br /&gt;</w:t>
        <w:br/>
        <w:t>Може, в морі втонем — там не стільки горя.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Козак, гайдамак, чумак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