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 Гаїза</w:t>
      </w:r>
    </w:p>
    <w:p>
      <w:r>
        <w:br/>
        <w:t xml:space="preserve"> &lt;p&gt;Була вся біла з чорними вушками — тому і звали її пастирі Чорновушкою, хоч правдиве її ймення було Гаїза.</w:t>
      </w:r>
    </w:p>
    <w:p>
      <w:r>
        <w:br/>
        <w:t>Лежала на Вифлеємському полі в стаді кіз і овець, але не спала. Цієї ночі ніяк не брався її сон. Бо ж і чудна якась була це ніч! Небо без зір, без місяця, а ясно, мов удень. Тільки якась велика зоря з довгою косою світить на сході. Такої зорі Гаїза ніколи ще не бачила, ні найстарші кози про неї не розказували.</w:t>
      </w:r>
    </w:p>
    <w:p>
      <w:r>
        <w:br/>
        <w:t>Та ось пастирі, що спали при погаслому вогнищі, зірвалися на рівні ноги. Гаїза нашорошила вуха. Згори сходили якісь ясні крилаті постаті і повели пастирів із собою. Гаїза не могла вийти з дива. Пастирі навіть не оглянулися на отару, а пішли кудись за провідниками. Що воно все те значить?</w:t>
      </w:r>
    </w:p>
    <w:p>
      <w:r>
        <w:br/>
        <w:t>Вона хвилинку переждала, а потім і собі подалася за пастирями. Дорогу показувала ясна зоря, що саме в ту сторону посувалася. Тихо було довкола, але якась чудна видавалась ця тиша. Поміж сухими травами сунуло гаддя, мурашки копошилися в своїх кіпчиках, птахи тріпоталися в гніздах, вода в потоці якось нечутно переливалася, пальми кивали гіллям, навіть степовий вовк пересунувся нишком попри стадо кіз і овець, а сторожкі собаки не забрехали.</w:t>
      </w:r>
    </w:p>
    <w:p>
      <w:r>
        <w:br/>
        <w:t>Косата зоря спинилася над вертепом, що стояв при дорозі до Вифлеєму. Гаїза знала цей вертеп, бо часто заскакувала туди, щоб скубнути сінця з ясел і подратувати осла, що мав там своє стійло. Тепер не могла зрозуміти, що це таке є в тому вертепі, де спинилася косата зоря і крилаті постаті і пастирі.</w:t>
      </w:r>
    </w:p>
    <w:p>
      <w:r>
        <w:br/>
        <w:t>Вона сміливо пересунулася вперед. Ніхто її не займав, усі з пошаною віддавали комусь поклін. Гаїза і собі заглянула туди і з дива мало не замекала. У яслах на сіні лежало мале Дитятко, а при ньому по один бік стояла молода жінка, а по другий — старець із довгою бородою.</w:t>
      </w:r>
    </w:p>
    <w:p>
      <w:r>
        <w:br/>
        <w:t>"Це певно Мама і дідусь Малого", — міркувала Гаїза. — "Яке гарне оце Мале людське! Але чому Воно таке сумне? Так далеко дивиться кудись перед себе! Невже ж Воно хворе, а може і вмерло? Ану, побачу!"</w:t>
      </w:r>
    </w:p>
    <w:p>
      <w:r>
        <w:br/>
        <w:t>І, присунувшись ближче до Дитятка, почала своєю м’якою борідкою пестити Його ніжки й рученята. Малий розплющив широко очі, глянув на рогату тварину і всміхнувся — і раз, і другий, і третій. А за ним всміхнулась і Мати, і бородатий дідусь, і пастирі, навіть сумний осел весело крутнув головою.</w:t>
      </w:r>
    </w:p>
    <w:p>
      <w:r>
        <w:br/>
        <w:t>— Ось як треба діток забавляти! — сказала Гаїза. — Малі мусять сміятися, радіти. Побачите, як Воно ще засміється!</w:t>
      </w:r>
    </w:p>
    <w:p>
      <w:r>
        <w:br/>
        <w:t>І, відштовхнувши осла і вола набік, щоб зробити собі місце, почала Гаїза виводити перед Дитятком найкращі свої козячі танки і штуки. А вона була в цьому мистець. Ходила вихилясом, притупцювала ніжками, вертіла головою, немов хотіла взяти когось на ріжки. А Малий у яслах дивився на чудну танцюристку, а потім сплеснув радісно в рученята і зайшовся перлистим сміхом.</w:t>
      </w:r>
    </w:p>
    <w:p>
      <w:r>
        <w:br/>
        <w:t>А за тим сміхом уся природа загомоніла і собі. Заревів віл і осел, заворкотіли дикі голуби, забриніли лісні бджоли, засичало гаддя в травах, запищали степові ховрашки, пальми поскидали найкращі свої плоди, вода в потоках зашуміла повним річищем. А вбогі пастирі, припавши на коліна, заспівали Дитяткові:</w:t>
      </w:r>
    </w:p>
    <w:p>
      <w:r>
        <w:br/>
        <w:t>...Бог Предвічний народився,</w:t>
      </w:r>
    </w:p>
    <w:p>
      <w:r>
        <w:br/>
        <w:t>...Прийшов днесь із небес,</w:t>
      </w:r>
    </w:p>
    <w:p>
      <w:r>
        <w:br/>
        <w:t>...Щоб спасти люд Свій весь</w:t>
      </w:r>
    </w:p>
    <w:p>
      <w:r>
        <w:br/>
        <w:t>...І утішився...</w:t>
      </w:r>
    </w:p>
    <w:p>
      <w:r>
        <w:br/>
        <w:t>"Утішився, як я Йому затанцювала", — думала Гаїза, повертаючи з пастирями на поле. — "Чудна ця сьогоднішня ніч і чудне це Мале людське в яслах!".</w:t>
      </w:r>
    </w:p>
    <w:p>
      <w:r>
        <w:br/>
        <w:t>І все чудним видалося Гаїзі, не менш і те, що господар Яків не потягнув її бучком, що ось так самовільно відійшла від отари. Але, мабуть, усе що сталося цієї ночі там, у вертепі, було найважніше.</w:t>
      </w:r>
    </w:p>
    <w:p>
      <w:r>
        <w:br/>
        <w:t>"Бог народився! Я так і знала, що це не звичайна людська дитина", — говорила до себе Гаїза, вкладаючись на ніч у своєму стадку. — "Та що з Нею станеться в майбутньому? А я таки забіжу ранком у вертеп, щоб знову порадувати Дитятко моїм танком".</w:t>
      </w:r>
    </w:p>
    <w:p>
      <w:r>
        <w:br/>
        <w:t>І мала Чорновушка заснула сном безжурних козенят.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 Гаїза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