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Котилися вози з гори...</w:t>
      </w:r>
    </w:p>
    <w:p>
      <w:r>
        <w:br/>
        <w:t xml:space="preserve"> Котилися вози з гори, та в долині стали,&lt;br /&gt;</w:t>
        <w:br/>
        <w:t>Любилися, кохалися, та вже перестали.&lt;br /&gt;</w:t>
        <w:br/>
        <w:t>Любилися, кохалися, щоб мати не знала,&lt;br /&gt;</w:t>
        <w:br/>
        <w:t>Не дай Боже розійтися, як та чорна хмара.</w:t>
      </w:r>
    </w:p>
    <w:p>
      <w:r>
        <w:br/>
        <w:t>Чорна хмара розійдеться, і дощу не буде,&lt;br /&gt;</w:t>
        <w:br/>
        <w:t>Ми з тобою розійдемось — любощів не буде.&lt;br /&gt;</w:t>
        <w:br/>
        <w:t>Ой у полі конопелька, верхи зелененькі.&lt;br /&gt;</w:t>
        <w:br/>
        <w:t>Покидає милий милу — вороги раденькі.</w:t>
      </w:r>
    </w:p>
    <w:p>
      <w:r>
        <w:br/>
        <w:t>Не тіштеся, воріженьки, не тіштеся з того,&lt;br /&gt;</w:t>
        <w:br/>
        <w:t>Коли буде Божа воля, то буду я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Котилися вози з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