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Космо-Натка</w:t>
      </w:r>
    </w:p>
    <w:p>
      <w:r>
        <w:br/>
        <w:t xml:space="preserve"> &lt;p&gt;Натка любила маму, тата, вчительку Глафіру Павлівну і вареники з вишнями. І Натка терпіти не могла рицини, риб’ячого жиру й свого сусіду Котьку Швачка. Та якщо риб’ячого жиру й рицини можна було все ж якось уникнути, то Котьки уникнути було неможливо. Бо вони з Котькою не тільки жили в одній квартирі, а ще й училися в одному класі — четвертому "Г".</w:t>
      </w:r>
    </w:p>
    <w:p>
      <w:r>
        <w:br/>
        <w:t>Котька був недоброю, лихою людиною. Котька-шмотька…</w:t>
      </w:r>
    </w:p>
    <w:p>
      <w:r>
        <w:br/>
        <w:t>Дарма, що всі хлопці його любили і вважали за свого отамана. Це нічого не значить. Бо не самі хлопці живуть на світі і треба мати совість. І взагалі… Чому, скажіть, будь ласка, Натка повинна бути гіршою за Котьку? Адже був колись час… Тоді вони були зовсім маленькі і звалися просто діти. І в усьому були рівні. Іграшки мали спільні. Хворіли на однакові хвороби — кір, свинку, скарлатину. Однаково боялися Бармалея і Сірого Вовка і однаково жаліли нещасного козлика, від якого лишилися тільки ріжки та ніжки. Ох, оті ріжки та ніжки! Скільки сліз пролили через них Котька та Натка — дружних колективних сліз. Натка й Котька тоді дружили, міцно дружили. Як то кажуть — не розлий вода.</w:t>
      </w:r>
    </w:p>
    <w:p>
      <w:r>
        <w:br/>
        <w:t>А потім раптом Котька зробився хлопцем і сказав Натці: "Ти — баба!"</w:t>
      </w:r>
    </w:p>
    <w:p>
      <w:r>
        <w:br/>
        <w:t>Натка образилась і сказала: "А ти — дурень!"</w:t>
      </w:r>
    </w:p>
    <w:p>
      <w:r>
        <w:br/>
        <w:t>І Котька гупнув Натку кулаком по спині. А Натка тріснула Котьку портфелем по голові. Так вони перестали бути просто дітьми, а стали хлопчиськом і дівчиськом.</w:t>
      </w:r>
    </w:p>
    <w:p>
      <w:r>
        <w:br/>
        <w:t>Натка плакала в убиральні, щоб ніхто не бачив. І весь час смикала за ланцюжок, спускаючи воду, щоб діхто не чув.</w:t>
      </w:r>
    </w:p>
    <w:p>
      <w:r>
        <w:br/>
        <w:t>"Яка свиня цей шмотька, — думала вона. — Ось я йому покажу, що нітрішечки не гірша від нього. Він у мене побачить, шмотя-баработя!"</w:t>
      </w:r>
    </w:p>
    <w:p>
      <w:r>
        <w:br/>
        <w:t>Але це було дуже-дуже важко. Тому що Котька нічого не хотів бачити і знати.</w:t>
      </w:r>
    </w:p>
    <w:p>
      <w:r>
        <w:br/>
        <w:t>Не звертаючи на Натку аніякісінької уваги, він грав з хлопцями у футбол і був воротарем. Натка шморгнула носом і теж захотіла бути воротарем — ось побачите: не гірше отого шмотьки! Але їй ввічливо сказали: "Геть звідси! Дівчиська не бувають воротарями, тим паче такі плюгаві та зашморгані".</w:t>
      </w:r>
    </w:p>
    <w:p>
      <w:r>
        <w:br/>
        <w:t>Натка негайно відповіла: "А ви всі бельбаси і нікчеми. І футбол ваш — тьху!"</w:t>
      </w:r>
    </w:p>
    <w:p>
      <w:r>
        <w:br/>
        <w:t>А Котьці сказала окремо: "А ти найостанніша мокриця. Я пам’ятаю, як ти рюмсав, коли тобі укол робили. Нехай усі знають!"</w:t>
      </w:r>
    </w:p>
    <w:p>
      <w:r>
        <w:br/>
        <w:t>Проте на Котьку це аніякісінького враження не справило. Він тільки глузливо засміявся їй просто в обличчя. І через тиждень раптом навчився плавати.</w:t>
      </w:r>
    </w:p>
    <w:p>
      <w:r>
        <w:br/>
        <w:t>Натка зціпила зуби і, не задумуючись, полізла у воду, просто на глибоке. Коли через кілька хвилин її витягли, вона вже вміла пірнати. Правда, виринати і триматися на воді ще не навчилася. На це довелося витратити два тижні і випити ціле відро каламутної річкової води. Але Натка не відступила і плавати навчилася. Що, з’їв, задавака противний?!</w:t>
      </w:r>
    </w:p>
    <w:p>
      <w:r>
        <w:br/>
        <w:t>Складніше було з велосипедом. У Натки не було власного велосипеда. Доводилось…</w:t>
      </w:r>
    </w:p>
    <w:p>
      <w:r>
        <w:br/>
        <w:t>— Милочко, дай покататися трошки.</w:t>
      </w:r>
    </w:p>
    <w:p>
      <w:r>
        <w:br/>
        <w:t>— Та ну тебе! Ти й так мені вчора чотири спиці вибила і руль скрутила.</w:t>
      </w:r>
    </w:p>
    <w:p>
      <w:r>
        <w:br/>
        <w:t>— Я більше не буду. Я уже майже вмію. Дай, Милочко. Я тобі цукеркові обгортки подарую. Гарні! В тебе таких немає.</w:t>
      </w:r>
    </w:p>
    <w:p>
      <w:r>
        <w:br/>
        <w:t>— Гаразд уже… Тоді й перебивну картинку з квіточкою…</w:t>
      </w:r>
    </w:p>
    <w:p>
      <w:r>
        <w:br/>
        <w:t>— Добре, — зітхає Натка, не в змозі приховати, як їй шкода перебивної картинки.</w:t>
      </w:r>
    </w:p>
    <w:p>
      <w:r>
        <w:br/>
        <w:t>Зате глянули б ви на Котьчине обличчя, коли Натка, нарешті, промчала повз нього на велосипеді, зовсім не тримаючись за руль. Жертви були недаремні.</w:t>
      </w:r>
    </w:p>
    <w:p>
      <w:r>
        <w:br/>
        <w:t>Та недовго тріумфувала Натка.</w:t>
      </w:r>
    </w:p>
    <w:p>
      <w:r>
        <w:br/>
        <w:t>…Це був час, коли людина помчала до зірок. Чудова доба перших космічних польотів Юрія Гагаріна та Германа Титова. Всі люди навколо раділи й пишалися, що піонери космосу — наші радянські космонавти.</w:t>
      </w:r>
    </w:p>
    <w:p>
      <w:r>
        <w:br/>
        <w:t>Натка теж раділа і пишалася.</w:t>
      </w:r>
    </w:p>
    <w:p>
      <w:r>
        <w:br/>
        <w:t>Якось вона проходила повз бетономішалку, що лишилася після будівництва сусіднього будинку, і почула тиху розмову. В бетономішалці сиділи Котька і його цибатий витрішкуватий друг Борис.</w:t>
      </w:r>
    </w:p>
    <w:p>
      <w:r>
        <w:br/>
        <w:t>— Коли ми виростемо, міжпланетні польоти будуть все одно, що зараз тролейбус, це факт, — переконливо говорив Котька.</w:t>
      </w:r>
    </w:p>
    <w:p>
      <w:r>
        <w:br/>
        <w:t>— І ти гадаєш, усіх братимуть, — пхикнув Борис. — Дзуськи! Все-таки це тобі не тролейбус. Ти ж бачив, як тренувався Титов, як його випробовували на різних штуковинах, перевіряли все на світі.</w:t>
      </w:r>
    </w:p>
    <w:p>
      <w:r>
        <w:br/>
        <w:t>— Авжеж. Здоров’я повинно бути стопроцентне. І підготовка теж будь здоров… Це факт.</w:t>
      </w:r>
    </w:p>
    <w:p>
      <w:r>
        <w:br/>
        <w:t>Певне, хлопці щойно дивилися документальний фільм про Германа Титова "Знову до зірок" і ділилися враженнями. Натка якраз учора теж його дивилася.</w:t>
      </w:r>
    </w:p>
    <w:p>
      <w:r>
        <w:br/>
        <w:t>"Мабуть, вони вже уявляють, що бетономішалка — це ракета", — з презирством подумала Натка.</w:t>
      </w:r>
    </w:p>
    <w:p>
      <w:r>
        <w:br/>
        <w:t>— Знаєш що, — тихо і якось непевно промовив Котька. — А що як уже тепер почати готуватися?..</w:t>
      </w:r>
    </w:p>
    <w:p>
      <w:r>
        <w:br/>
        <w:t>На мить запала тиша.</w:t>
      </w:r>
    </w:p>
    <w:p>
      <w:r>
        <w:br/>
        <w:t>— А що? Через які-небудь десять років ти знаєш, які б ми були! — захоплено вигукнув Борис.</w:t>
      </w:r>
    </w:p>
    <w:p>
      <w:r>
        <w:br/>
        <w:t>— Всі комісії роти пороззявляють.</w:t>
      </w:r>
    </w:p>
    <w:p>
      <w:r>
        <w:br/>
        <w:t>— Авжеж, ніхто ж не подумає, що люди з дитинства готувалися.</w:t>
      </w:r>
    </w:p>
    <w:p>
      <w:r>
        <w:br/>
        <w:t>— От було б здорово! Тоді всі шанси — за нас…</w:t>
      </w:r>
    </w:p>
    <w:p>
      <w:r>
        <w:br/>
        <w:t>— Правда, складнюща це справа — підготовка. От скажи — у нас хоча б тренажер є — той, що одночасно в різні боки крутиться?</w:t>
      </w:r>
    </w:p>
    <w:p>
      <w:r>
        <w:br/>
        <w:t>— Дідько лисий у нас є, а не тренажер.</w:t>
      </w:r>
    </w:p>
    <w:p>
      <w:r>
        <w:br/>
        <w:t>— Або випробування тишею — камера спеціальна. Або — невагомість. Це, мабуть, найголовніше.</w:t>
      </w:r>
    </w:p>
    <w:p>
      <w:r>
        <w:br/>
        <w:t>— І все-таки треба спробувати. Це ж попередня підготовка. І можна самим організувати і невагомість, і тишу, і… це саме… в різні боки.</w:t>
      </w:r>
    </w:p>
    <w:p>
      <w:r>
        <w:br/>
        <w:t>І тут Натка несподівано й дуже голосно чхнула, бо їй у ніс потрапив цемент.</w:t>
      </w:r>
    </w:p>
    <w:p>
      <w:r>
        <w:br/>
        <w:t>І миттю, немов чортики на пружинках, з бетономішалки показалися дві голови.</w:t>
      </w:r>
    </w:p>
    <w:p>
      <w:r>
        <w:br/>
        <w:t>Шиї витягнуті, очі витріщені — ну точнісінько пташенята з гнізда. Кілька секунд вони мовчали, потім розтулили свої дзьоби і… Натці довелося заткнути вуха й довести, що бігає вона справді не гірше за хлопців.</w:t>
      </w:r>
    </w:p>
    <w:p>
      <w:r>
        <w:br/>
        <w:t>Цілий день Натка не знаходила собі місця. Оце так да! Оце новина! Котька з Борькою готуються в космонавти!</w:t>
      </w:r>
    </w:p>
    <w:p>
      <w:r>
        <w:br/>
        <w:t>Натка чухала потилицю… Борька впертий, Котька ще впертіший. Це всім відомо. Вони оглухнуть від тиші, вони луснуть від невагомості, але підготуються. Підготуються і полетять у космос. І побувають на далеких невідомих планетах. І повернуться на землю героями. І їх зустрічатимуть, — як Гагаріна й Титова. І надрукують поштові марки й листівки з їхніми фотографіями. А Натка буде звичайнісінькою нудною бухгалтершею, як Ніна Абрамівна з вісімнадцятої квартири. О-о-о! Цього не можна стерпіти! Ну чому на світі така несправедливість? Чому в космос літають тільки самі мужчини, тобто колишні хлопчаки? Чому? Чому?</w:t>
      </w:r>
    </w:p>
    <w:p>
      <w:r>
        <w:br/>
        <w:t>Натка намагається сама себе заспокоїти: "А Лайка? А Білка і Стрілка? А Чорнушка кінець кінцем? Вони були… В усякому разі вони були не чол… не чоловічого роду".</w:t>
      </w:r>
    </w:p>
    <w:p>
      <w:r>
        <w:br/>
        <w:t>Та це виходить якось не дуже вже переконливо.</w:t>
      </w:r>
    </w:p>
    <w:p>
      <w:r>
        <w:br/>
        <w:t>Минають дні…</w:t>
      </w:r>
    </w:p>
    <w:p>
      <w:r>
        <w:br/>
        <w:t>Еге ж, Котька з Борисом таки справді вперті люди. Натка скоцюрбилась за бочкою біля сарая і дивиться в шпарку. Там, у сараї, на дровах спинами один до одного вже четверту годину, заткнувши вуха пальцями, сидять у темряві Котька і Борис.</w:t>
      </w:r>
    </w:p>
    <w:p>
      <w:r>
        <w:br/>
        <w:t>Натка встигла приготувати уроки, встигла пообідати, встигла покататися на Милоччиному велосипеді, а вони все сидять.</w:t>
      </w:r>
    </w:p>
    <w:p>
      <w:r>
        <w:br/>
        <w:t>Це зветься випробування тишею.</w:t>
      </w:r>
    </w:p>
    <w:p>
      <w:r>
        <w:br/>
        <w:t>Адже там, у небі, абсолютне космічне безгоміння, і до цього космонавтам треба себе привчити. Там не деренчить трамвай, не цвірінькають горобці, не лається вусатий двірник дядя Стьопа, якому начхати на тишу, бо він пияк і його все одно не візьмуть у космос.</w:t>
      </w:r>
    </w:p>
    <w:p>
      <w:r>
        <w:br/>
        <w:t>Натці вже набридло, око болить дивитися в шпарку, а вони все сидять.</w:t>
      </w:r>
    </w:p>
    <w:p>
      <w:r>
        <w:br/>
        <w:t>І раптом чується гуркіт — розсипаються поліна, і Котька кричить противним голосом.</w:t>
      </w:r>
    </w:p>
    <w:p>
      <w:r>
        <w:br/>
        <w:t>Виявляється, космонавт Борька заснув і звалився з дров.</w:t>
      </w:r>
    </w:p>
    <w:p>
      <w:r>
        <w:br/>
        <w:t>Двері сарая відчиняються, і, чухаючи забитий бік, виходить заспаний Борис, а за ним, похитуючись, змучений тишею Котька.</w:t>
      </w:r>
    </w:p>
    <w:p>
      <w:r>
        <w:br/>
        <w:t>В обох вигляд нещасний і жалюгідний. Здавалося б, Натці тільки й радіти й хихикати за раз, та в неї це не виходить. Їй чомусь жаль Котьку і хочеться разом з ним лаяти негідника Борьку, що так підступно заснув під час випробувань.</w:t>
      </w:r>
    </w:p>
    <w:p>
      <w:r>
        <w:br/>
        <w:t>Наступного дня Натка сиділа в шафі серед одягу і, обв’язавши голову маминою спідницею, дихала нафталіном. У сарай іти вона побоялась — там водилися пацюки. А в космосі пацюки не водяться й звикати до них не обов’язково. Випробування тишею їй навіть сподобалось: нудно, але не страшно нітрішечки — терпіти можна. Тьху, слабак Борька не витримав!</w:t>
      </w:r>
    </w:p>
    <w:p>
      <w:r>
        <w:br/>
        <w:t>Тим часом Котька з Борисом тренувалися далі за програмою. Цілісінький день вони гойдалися на вірьовці, прив’язаній до дерева.</w:t>
      </w:r>
    </w:p>
    <w:p>
      <w:r>
        <w:br/>
        <w:t>Наприкінці невгамовний Котька сказав:</w:t>
      </w:r>
    </w:p>
    <w:p>
      <w:r>
        <w:br/>
        <w:t>— Треба катапультуватися. Обов’язково треба катапультуватися.</w:t>
      </w:r>
    </w:p>
    <w:p>
      <w:r>
        <w:br/>
        <w:t>— А як це ка… ка… ну… оце саме?</w:t>
      </w:r>
    </w:p>
    <w:p>
      <w:r>
        <w:br/>
        <w:t>— Ти що, не пам’ятаєш, як Титов на тренуваннях разом з сидінням вилітав з кабіни, щоб потім на парашуті спуститися? Це й значить — катапультувався.</w:t>
      </w:r>
    </w:p>
    <w:p>
      <w:r>
        <w:br/>
        <w:t>— Та пам’ятаю, пам’ятаю… — промимрив Борис, хоч видно було, що він не пам’ятає.</w:t>
      </w:r>
    </w:p>
    <w:p>
      <w:r>
        <w:br/>
        <w:t>Катапультуватися хлопцям у той день не довелось.</w:t>
      </w:r>
    </w:p>
    <w:p>
      <w:r>
        <w:br/>
        <w:t>Котька натер собі руки так, що навіть не зміг робити письмових уроків.</w:t>
      </w:r>
    </w:p>
    <w:p>
      <w:r>
        <w:br/>
        <w:t>Вірьовка теж зовсім перетерлась, бо, коли Натка увечері й собі почала гойдатися, вірьовка несподівано тріснула, і Натка, відлетівши метрів на п’ять, гепнулася в огидну брудну калюжу.</w:t>
      </w:r>
    </w:p>
    <w:p>
      <w:r>
        <w:br/>
        <w:t>— Здається, я катапультувалася, — прошепотіла Натка, виколупуючи з вуха грязюку. — Добре, що ніхто не бачив.</w:t>
      </w:r>
    </w:p>
    <w:p>
      <w:r>
        <w:br/>
        <w:t>Три дні тренувань не було — у Котьки гоїлись руки.</w:t>
      </w:r>
    </w:p>
    <w:p>
      <w:r>
        <w:br/>
        <w:t>А на четвертий день була чудова сонячна погода. Блакитне небо сяяло ласкаво і привітно, навіть не віридось, що десь там, у глибині, жахливий безконечний космос.</w:t>
      </w:r>
    </w:p>
    <w:p>
      <w:r>
        <w:br/>
        <w:t>На горищі пахло котами, іржавим залізом і тим особливим запахом, який буває тільки на горищі.</w:t>
      </w:r>
    </w:p>
    <w:p>
      <w:r>
        <w:br/>
        <w:t>Крізь слухове вікно, біля якого причаїлася Натка, видно край даху і глуху стіну сусіднього будинку.</w:t>
      </w:r>
    </w:p>
    <w:p>
      <w:r>
        <w:br/>
        <w:t>Між будинками — щілина завширшки приблизно з півметра. Там темно, як в ущелині. Внизу— бита цегла, скалки скла і різний мотлох. На даху над щілиною стоять Котька з Борисом. У кожного до пояса прив’язана вірьовка, другий кінець якої протягнуто на горище й закріплено там до крокви морським вузлом.</w:t>
      </w:r>
    </w:p>
    <w:p>
      <w:r>
        <w:br/>
        <w:t>— Слухай, а ти певен, що буде ця сама… невагомість? — нерішуче питає Борис, з острахом зазираючи в щілину.</w:t>
      </w:r>
    </w:p>
    <w:p>
      <w:r>
        <w:br/>
        <w:t>— Аякже. Невагомість — це ж і є, коли людина висить у повітрі, ні за що не тримаючись ні руками, ні ногами. Ну, давай!.</w:t>
      </w:r>
    </w:p>
    <w:p>
      <w:r>
        <w:br/>
        <w:t>У Натки чомусь сильно калатає серце, терпнуть ноги.</w:t>
      </w:r>
    </w:p>
    <w:p>
      <w:r>
        <w:br/>
        <w:t>Хлопці водночас лягають животами на дах, звішують ноги в щілину і потроху починають сповзати. При цьому вони голосно сопуть.</w:t>
      </w:r>
    </w:p>
    <w:p>
      <w:r>
        <w:br/>
        <w:t>Ось над дахом видно тільки їхні голови. Ось уже й голови зникли, лише руки держаться за ринву. Раз! — нема вже й рук. Вірьовки натяглися й тремтять, як струни. У Натки щось обірвалося всередині…</w:t>
      </w:r>
    </w:p>
    <w:p>
      <w:r>
        <w:br/>
        <w:t>Кілька секунд було тихо. Потім почувся приглушений Котьчин голос:</w:t>
      </w:r>
    </w:p>
    <w:p>
      <w:r>
        <w:br/>
        <w:t>— Борько, ну як? Відчуваєш невагомість?</w:t>
      </w:r>
    </w:p>
    <w:p>
      <w:r>
        <w:br/>
        <w:t>— Відчуваю… Тільки пояс холерський сильно давить. Прямо живіт перерізає…</w:t>
      </w:r>
    </w:p>
    <w:p>
      <w:r>
        <w:br/>
        <w:t>Знову запанувала тиша. Потім раптом почувся натужний голос Борисів:</w:t>
      </w:r>
    </w:p>
    <w:p>
      <w:r>
        <w:br/>
        <w:t>— Слухай, я більше не можу! Якась незручна невагомість. Дуже вже ріже… Н-не можу. Чуєш?</w:t>
      </w:r>
    </w:p>
    <w:p>
      <w:r>
        <w:br/>
        <w:t>Вірьовки нервово засіпалися, і Котьчин голос прохрипів:</w:t>
      </w:r>
    </w:p>
    <w:p>
      <w:r>
        <w:br/>
        <w:t>— Гаразд… Вилазь і мені допоможеш. А то я до даху не дістаю…</w:t>
      </w:r>
    </w:p>
    <w:p>
      <w:r>
        <w:br/>
        <w:t>Одна з вірьовок засіпалась ще дужче. Потім почувся тремтячий голос Бориса:</w:t>
      </w:r>
    </w:p>
    <w:p>
      <w:r>
        <w:br/>
        <w:t>— Котько! Я не можу вилізти.</w:t>
      </w:r>
    </w:p>
    <w:p>
      <w:r>
        <w:br/>
        <w:t>— Та ти що? Облиш жарти!</w:t>
      </w:r>
    </w:p>
    <w:p>
      <w:r>
        <w:br/>
        <w:t>— Ні, серйозно! Не можу! Серйозно!</w:t>
      </w:r>
    </w:p>
    <w:p>
      <w:r>
        <w:br/>
        <w:t>Вірьовки одчайдушно скрипуче попискували.</w:t>
      </w:r>
    </w:p>
    <w:p>
      <w:r>
        <w:br/>
        <w:t>— Котько! Давай кричати на поміч! Я не можу, Котько. Ми зараз розіб’ємось!</w:t>
      </w:r>
    </w:p>
    <w:p>
      <w:r>
        <w:br/>
        <w:t>— Стривай! Не треба ще! Може…</w:t>
      </w:r>
    </w:p>
    <w:p>
      <w:r>
        <w:br/>
        <w:t>— Нічого не може…</w:t>
      </w:r>
    </w:p>
    <w:p>
      <w:r>
        <w:br/>
        <w:t>І тут Натка зрозуміла, що "невагомих" космонавтів треба рятувати. Ще мить — вони зірвуться і… не треба тоді космосу — на землі теж можна прекрасно розбитися.</w:t>
      </w:r>
    </w:p>
    <w:p>
      <w:r>
        <w:br/>
        <w:t>Натка зітхнула і крізь слухове вікно вилізла на дах. Дах був противно слизький і похилий. Натка на животі підповзла до краю і зазирнула в щілину.</w:t>
      </w:r>
    </w:p>
    <w:p>
      <w:r>
        <w:br/>
        <w:t>Котька і Борис теліпалися на вірьовках, як два черв’яки. У Бориса пояс під’їхав майже під пахви, і ноги метлялися, мов у лялькового Петрушки. У Котьки, навпаки, пояс з’їхав нижче пупа — він висів униз головою і, як немовля, дригав ногами, боячись зовсім випасти з пояса.</w:t>
      </w:r>
    </w:p>
    <w:p>
      <w:r>
        <w:br/>
        <w:t>Обидва жалібно кректали і стогнали.</w:t>
      </w:r>
    </w:p>
    <w:p>
      <w:r>
        <w:br/>
        <w:t>— Ой, хлопчики, я зараз! — заголосила Натка. — Повисіть ще трошки! Повисіть, хлопчики, не падайте! Я зараз!</w:t>
      </w:r>
    </w:p>
    <w:p>
      <w:r>
        <w:br/>
        <w:t>І вона швидко подалася у слухбве вікно.</w:t>
      </w:r>
    </w:p>
    <w:p>
      <w:r>
        <w:br/>
        <w:t>Натка в розпачі бігала по горишу, весь час промовляючи:</w:t>
      </w:r>
    </w:p>
    <w:p>
      <w:r>
        <w:br/>
        <w:t>— Повисіть, хлопчики, я зараз! Повисіть, хлопчики, я зараз!</w:t>
      </w:r>
    </w:p>
    <w:p>
      <w:r>
        <w:br/>
        <w:t>Хоча звідси вони, звичайно, не могли її чути.</w:t>
      </w:r>
    </w:p>
    <w:p>
      <w:r>
        <w:br/>
        <w:t>"Як же допомогти? Як допомогти?" — стрибало в голові.</w:t>
      </w:r>
    </w:p>
    <w:p>
      <w:r>
        <w:br/>
        <w:t>Враз Натка побачила довгу дерев’яну жердину з залізним гачком-трійником на кінці. Цією штуковиною двірник дядя Стьопа завжди виколупував сміття в каналізаційних колодязях, щоб не забивало труби.</w:t>
      </w:r>
    </w:p>
    <w:p>
      <w:r>
        <w:br/>
        <w:t>Не задумуючись, Натка схопила жердину і. потягла на дах.</w:t>
      </w:r>
    </w:p>
    <w:p>
      <w:r>
        <w:br/>
        <w:t>Вона обережно опустила жердину і спробувала зачепити Котьку за ногу. Але гачок зіскакував і не брав. Тоді вона зачепила Бориса за штани. Взяло.</w:t>
      </w:r>
    </w:p>
    <w:p>
      <w:r>
        <w:br/>
        <w:t>Натка щосили потягла вгору. Від напруження потемніло в очах. Все-таки Натка була дівчинка! Ні, не витягти їй Бориса — сил не вистачає. Раптом щось затріщало, штани розпанахались, і гачок зірвався.</w:t>
      </w:r>
    </w:p>
    <w:p>
      <w:r>
        <w:br/>
        <w:t>Натка розгублено міркувала, що робити. Нарешті збагнула. Опустила жердину другим кінцем і гачком зачепила за ринву.</w:t>
      </w:r>
    </w:p>
    <w:p>
      <w:r>
        <w:br/>
        <w:t>— Хапайся, Борько! Лізь!</w:t>
      </w:r>
    </w:p>
    <w:p>
      <w:r>
        <w:br/>
        <w:t>Борька пихкав, як паровоз.</w:t>
      </w:r>
    </w:p>
    <w:p>
      <w:r>
        <w:br/>
        <w:t>Натка схопила його за комір і тягла до болю у пальцях. І — о радість! — нарешті Борис на даху.</w:t>
      </w:r>
    </w:p>
    <w:p>
      <w:r>
        <w:br/>
        <w:t>Уже вдвох, спільними зусиллями, за допомогою тієї ж таки жердини вони виловили Котьку.</w:t>
      </w:r>
    </w:p>
    <w:p>
      <w:r>
        <w:br/>
        <w:t>І ось Котька і Борис стоять перед Наткою. Борька білий, як молоко, Котька червоний, як помідор (від приливу крові; спробували б ви повисіти догори ногами!). В обох тремтять губи і очі великі-великі, зовсім не хлоп’ячі, а просто дитячі, перелякані.</w:t>
      </w:r>
    </w:p>
    <w:p>
      <w:r>
        <w:br/>
        <w:t>І тут Натка не витримала — вона все ж таки була дівчинка…</w:t>
      </w:r>
    </w:p>
    <w:p>
      <w:r>
        <w:br/>
        <w:t>— Чого плачеш? — тихо і розгублено спитав Котька.</w:t>
      </w:r>
    </w:p>
    <w:p>
      <w:r>
        <w:br/>
        <w:t>Вона не відповіла.</w:t>
      </w:r>
    </w:p>
    <w:p>
      <w:r>
        <w:br/>
        <w:t>Котька перезирнувся з Борисом і сказав ще тихіше:</w:t>
      </w:r>
    </w:p>
    <w:p>
      <w:r>
        <w:br/>
        <w:t>— Та ти ж просто молодець, Натко! Ти ж просто нас врятувала. Без тебе ми б просто, я вже навіть не знаю…</w:t>
      </w:r>
    </w:p>
    <w:p>
      <w:r>
        <w:br/>
        <w:t>Натка все ще плакала.</w:t>
      </w:r>
    </w:p>
    <w:p>
      <w:r>
        <w:br/>
        <w:t>Тоді, переборюючи хвилювання, Котька мовив:</w:t>
      </w:r>
    </w:p>
    <w:p>
      <w:r>
        <w:br/>
        <w:t>— Слухай, знаєш, а ти теж готуйся з нами, добре? Я думаю, згодом жінок теж братимуть космос. Правда, Борько?</w:t>
      </w:r>
    </w:p>
    <w:p>
      <w:r>
        <w:br/>
        <w:t>— Ага, — сказав Борис, гладячи рукою розпанахані штани.</w:t>
      </w:r>
    </w:p>
    <w:p>
      <w:r>
        <w:br/>
        <w:t>— І можливо, ти будеш першою в світі космонавткою. Хочеш? Космо-Наткою! — і Котька, засміявшись з власного дотепу, додав: — Я серйозно, зовсім не глузую…</w:t>
      </w:r>
    </w:p>
    <w:p>
      <w:r>
        <w:br/>
        <w:t>Натка посміхнулася крізь сльози. Їй чомусь згадався раптом казковий козлик, якого так щиро вони оплакували колись удвох із Котькою.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Космо-Натка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