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Космічна казка</w:t>
      </w:r>
    </w:p>
    <w:p>
      <w:r>
        <w:br/>
        <w:t xml:space="preserve"> &lt;p&gt;Я завжди був з нею, а Вона зі мною. Відколи пам’ятаю себе, мене супроводжали її очі, її ніжні руки, її теплий, животворний подих.</w:t>
      </w:r>
    </w:p>
    <w:p>
      <w:r>
        <w:br/>
        <w:t>Я сам був її породженням, її вередливим дитям. Але Вона була дуже лагідною, терпеливою і покірно зносила мою жорстокість.</w:t>
      </w:r>
    </w:p>
    <w:p>
      <w:r>
        <w:br/>
        <w:t>Минав час. Я зростав у затишній домівці, не знаючи навколишнього світу, не знаючи небезпек, перешкод, труднощів. Я часто запитував її:</w:t>
      </w:r>
    </w:p>
    <w:p>
      <w:r>
        <w:br/>
        <w:t>— Що там за стінами будівлі, де ми живемо?</w:t>
      </w:r>
    </w:p>
    <w:p>
      <w:r>
        <w:br/>
        <w:t>— Зачекай, — тихо говорила Вона, — виростеш, прийде час...</w:t>
      </w:r>
    </w:p>
    <w:p>
      <w:r>
        <w:br/>
        <w:t>— Але я хочу знати!</w:t>
      </w:r>
    </w:p>
    <w:p>
      <w:r>
        <w:br/>
        <w:t>— Май терпіння. Я поведу тебе по всьому світу. Я покажу тобі найкращі плоди свого Саду.</w:t>
      </w:r>
    </w:p>
    <w:p>
      <w:r>
        <w:br/>
        <w:t>— Я хочу сам.</w:t>
      </w:r>
    </w:p>
    <w:p>
      <w:r>
        <w:br/>
        <w:t>Відчувши в себе могутні сили, я повстав супроти її ласкавої турботи. Вона не образилась, але тихо, сумно запитала:</w:t>
      </w:r>
    </w:p>
    <w:p>
      <w:r>
        <w:br/>
        <w:t>— Ти бажаєш залишитись на самоті, синку? Мені краще піти?</w:t>
      </w:r>
    </w:p>
    <w:p>
      <w:r>
        <w:br/>
        <w:t>— Іди! — з викликом сказав я. — Я хочу бути сам. Я вже давно не дитина. Мені образливе твоє невпинне піклування!</w:t>
      </w:r>
    </w:p>
    <w:p>
      <w:r>
        <w:br/>
        <w:t>І Вона пішла, кинувши на прощання довгий і болісний погляд, сповнений великою любов’ю.</w:t>
      </w:r>
    </w:p>
    <w:p>
      <w:r>
        <w:br/>
        <w:t>Я залишився сам.</w:t>
      </w:r>
    </w:p>
    <w:p>
      <w:r>
        <w:br/>
        <w:t>— Вільний! — закричав я, гасаючи по своєму притулку.</w:t>
      </w:r>
    </w:p>
    <w:p>
      <w:r>
        <w:br/>
        <w:t>— Вільний! Робитиму, що захочу! І вийду в неосяжний світ!</w:t>
      </w:r>
    </w:p>
    <w:p>
      <w:r>
        <w:br/>
        <w:t>А він давно манив мене — той чарівний, дивний, таємничий світ, що ввижався за вікном. Я стрімголов кинувся туди, зупинився на порозі, засліплений Безмежністю.</w:t>
      </w:r>
    </w:p>
    <w:p>
      <w:r>
        <w:br/>
        <w:t>Серце моє стислося жахом. В душі прокотився страх. Я згадав її, згадав затишний куточок, де виростав під її пестливим поглядом. Я повернувся назад, щоб заховатись у свій чарівний притулок, але він зник.</w:t>
      </w:r>
    </w:p>
    <w:p>
      <w:r>
        <w:br/>
        <w:t>Мене оточувала Безмежність.</w:t>
      </w:r>
    </w:p>
    <w:p>
      <w:r>
        <w:br/>
        <w:t>— Де ти? — закричав я у відчаї. — Де ти, повернися! Я буду слухатись тебе, я не порушу твого бажання...</w:t>
      </w:r>
    </w:p>
    <w:p>
      <w:r>
        <w:br/>
        <w:t>Відповіді не було.</w:t>
      </w:r>
    </w:p>
    <w:p>
      <w:r>
        <w:br/>
        <w:t>Тільки пуста луна котилася в просторі. А десь далеко на обрії маячила якась постать. То Вона! Треба догнати її.</w:t>
      </w:r>
    </w:p>
    <w:p>
      <w:r>
        <w:br/>
        <w:t>Я стрімголов кинувся туди. Наступила ніч. Я втомився. Постать загубилася в пітьмі. Повіяв холодний вітер. Насувалася гроза. Заблищали блискавиці. Гримнули громи.</w:t>
      </w:r>
    </w:p>
    <w:p>
      <w:r>
        <w:br/>
        <w:t>Я впав навколішки, прохаючи пощади. Ніхто не відповідав. Лише громи глузливо-грізно гримотіли в Безмежжі.</w:t>
      </w:r>
    </w:p>
    <w:p>
      <w:r>
        <w:br/>
        <w:t>Недалеко горів ліс. Звідти несло теплом. Насмілившись, я вихопив з вогню палаючу галузку, розвів багаття. Відблиски його вихопили з пітьми знайомий силует.</w:t>
      </w:r>
    </w:p>
    <w:p>
      <w:r>
        <w:br/>
        <w:t>Радісно скрикнувши, я кинувся туди і розчаровано зупинився. То був якийсь грубий кам’яний ідол... Настав світанок. Я вирушив знову на розшуки. Ноги мої були побиті камінням. Я спіймав дикого гоо, що щипав травку на галявині, і верхи на ньому поїхав далі.</w:t>
      </w:r>
    </w:p>
    <w:p>
      <w:r>
        <w:br/>
        <w:t>Минали дні. Часто мені ввижалася рідна постать на обрії. Я доганяв її, але то була не Вона. То була її облудна подоба.</w:t>
      </w:r>
    </w:p>
    <w:p>
      <w:r>
        <w:br/>
        <w:t>Минуло багато часу. Я знемагав у пошуках. І ось одного разу гоо домчав мене до великого міста. Там я побачив вогняного дракона, що котився по металевій дорозі. Я пересів на нього. І захоплено їхав на ньому довго-довго. Куди мене віз вогняний дракон — я не знаю. Мені подобалась швидка їзда, миготіння дерев мимо путі.</w:t>
      </w:r>
    </w:p>
    <w:p>
      <w:r>
        <w:br/>
        <w:t>Та ось одного разу я згадав про свої пошуки... і з подивом відчув, що я забув, яке в Неї обличчя...</w:t>
      </w:r>
    </w:p>
    <w:p>
      <w:r>
        <w:br/>
        <w:t>"Потім знайду, — подумав я. — Тут такі чудеса, а Вона нікуди не втече!"</w:t>
      </w:r>
    </w:p>
    <w:p>
      <w:r>
        <w:br/>
        <w:t>З вогняного дракона пересів я на безшумну машину. З неї на металевого птаха. Він підняв мене над світом, і незміряна гордість опанувала мою свідомість.</w:t>
      </w:r>
    </w:p>
    <w:p>
      <w:r>
        <w:br/>
        <w:t>Я володар! Я лечу, куди захочу! Мені підкоряються стихії! Саме сонце стане служити мені! Ця думка з’явилася в мені, розрослася, стала невмолимим бажанням.</w:t>
      </w:r>
    </w:p>
    <w:p>
      <w:r>
        <w:br/>
        <w:t>Я пересів на космічний корабель. Я помчав у зоряний простір. Побував на тисячах планет. Я змужнів, помудрішав, знайшов біля далеких зірок ближніх своїх.</w:t>
      </w:r>
    </w:p>
    <w:p>
      <w:r>
        <w:br/>
        <w:t>І все ж таки чогось не вистачало мені. Вечорами, відпочиваючи в далеких світах, в казкових світах, я намагався згадати щось. Що саме? Що?</w:t>
      </w:r>
    </w:p>
    <w:p>
      <w:r>
        <w:br/>
        <w:t>Пливло дитяче марево, солодко стискалося серце... і все зникало.</w:t>
      </w:r>
    </w:p>
    <w:p>
      <w:r>
        <w:br/>
        <w:t>Минали великі віки. Я розкраяв Безмежність. Пізнав матерію до найглибших глибин. І, сівши на краю Безмежності, я заплакав:</w:t>
      </w:r>
    </w:p>
    <w:p>
      <w:r>
        <w:br/>
        <w:t>— Де ти, Істино?</w:t>
      </w:r>
    </w:p>
    <w:p>
      <w:r>
        <w:br/>
        <w:t>Я помацав обличчя своє. Воно було старечим, шорстким. Поглянув на руки — вони скидались на землю. В безодні свідомості майнув далекий спогад. Я — дитина, і наді мною чарівні, рідні очі...</w:t>
      </w:r>
    </w:p>
    <w:p>
      <w:r>
        <w:br/>
        <w:t>— Згадав! — закричав я на весь Космос. — Згадав!</w:t>
      </w:r>
    </w:p>
    <w:p>
      <w:r>
        <w:br/>
        <w:t>Я покинув Безмежність і помчав назад. Серце ожило. Забилося схвильовано і юно. Я не там шукав! Я тепер маю безмежні сили. Я пролечу Всесвіт. Я знайду Тебе! Чуєш? Я хочу бути дитиною, хочу очистити кору гордині і самозвеличення!</w:t>
      </w:r>
    </w:p>
    <w:p>
      <w:r>
        <w:br/>
        <w:t>Я кличу Тебе, жду, відкриваю змучене серце! Воно втомилося від невпинних шукань, воно бажає єдиного щастя! І те щастя — 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Космічна казка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