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Коржик</w:t>
      </w:r>
    </w:p>
    <w:p>
      <w:r>
        <w:br/>
        <w:t xml:space="preserve"> &lt;p&gt;Був собі дід та баба. От одного дня дід і каже:</w:t>
      </w:r>
    </w:p>
    <w:p>
      <w:r>
        <w:br/>
        <w:t>— Спечи мені, старенька, хлібця!</w:t>
      </w:r>
    </w:p>
    <w:p>
      <w:r>
        <w:br/>
        <w:t>А баба каже:</w:t>
      </w:r>
    </w:p>
    <w:p>
      <w:r>
        <w:br/>
        <w:t>— Не спечу, бо нема борошна!</w:t>
      </w:r>
    </w:p>
    <w:p>
      <w:r>
        <w:br/>
        <w:t>— Та,— каже дід,— піди в комору, повигрібай у засіках, повимітай з бодні[1], то й знайдеться трохи!</w:t>
      </w:r>
    </w:p>
    <w:p>
      <w:r>
        <w:br/>
        <w:t>Пішла баба з віником, повигрібала, повимітала, і справді! Знайшлося трохи борошенця. Щоб розчинити хліб — мало, а спекти коржика — можна.</w:t>
      </w:r>
    </w:p>
    <w:p>
      <w:r>
        <w:br/>
        <w:t>Взяла баба влила в те борошенце трішки води, вбила з пару яєчок, замісила, виробила коржика, запалила в печі й спекла.</w:t>
      </w:r>
    </w:p>
    <w:p>
      <w:r>
        <w:br/>
        <w:t>Вийняла з печі, так не можна їсти — дуже гарячий коржик. Положила баба на вікно, щоб прохолов.</w:t>
      </w:r>
    </w:p>
    <w:p>
      <w:r>
        <w:br/>
        <w:t>Дід уже так дожидає!</w:t>
      </w:r>
    </w:p>
    <w:p>
      <w:r>
        <w:br/>
        <w:t>— Оце,— каже,— розломимо по половинці. Одна буде мені, а друга тобі — та й з'їмо.</w:t>
      </w:r>
    </w:p>
    <w:p>
      <w:r>
        <w:br/>
        <w:t>А коржик слухає та й дума:</w:t>
      </w:r>
    </w:p>
    <w:p>
      <w:r>
        <w:br/>
        <w:t>"Еге! Так ось на що вони мене спекли! Треба втікати!"</w:t>
      </w:r>
    </w:p>
    <w:p>
      <w:r>
        <w:br/>
        <w:t>Та стриб з віконця на призьбу, а звідти на землю — і покотивсь, покотивсь далі, далі від дідової хатки.</w:t>
      </w:r>
    </w:p>
    <w:p>
      <w:r>
        <w:br/>
        <w:t>Котиться коржик дорогою під ліском, коли зустріча його зайчик та й каже:</w:t>
      </w:r>
    </w:p>
    <w:p>
      <w:r>
        <w:br/>
        <w:t>— Коржику, коржику! Я тебе з'їм.</w:t>
      </w:r>
    </w:p>
    <w:p>
      <w:r>
        <w:br/>
        <w:t>А коржик каже:</w:t>
      </w:r>
    </w:p>
    <w:p>
      <w:r>
        <w:br/>
        <w:t>— Та не їж мене, зайчику-лапанчику! Я тобі пісеньку заспіваю!</w:t>
      </w:r>
    </w:p>
    <w:p>
      <w:r>
        <w:br/>
        <w:t>— Ну, співай! — каже зайчик.</w:t>
      </w:r>
    </w:p>
    <w:p>
      <w:r>
        <w:br/>
        <w:t>Коржик і завів:</w:t>
      </w:r>
    </w:p>
    <w:p>
      <w:r>
        <w:br/>
        <w:t>— Я по засіку метений,</w:t>
      </w:r>
    </w:p>
    <w:p>
      <w:r>
        <w:br/>
        <w:t>Я на яйцях печений,</w:t>
      </w:r>
    </w:p>
    <w:p>
      <w:r>
        <w:br/>
        <w:t>Я від баби втік,</w:t>
      </w:r>
    </w:p>
    <w:p>
      <w:r>
        <w:br/>
        <w:t>Я від діда втік,</w:t>
      </w:r>
    </w:p>
    <w:p>
      <w:r>
        <w:br/>
        <w:t>То й від тебе втечу.</w:t>
      </w:r>
    </w:p>
    <w:p>
      <w:r>
        <w:br/>
        <w:t>Та й утік, поки зайчик слухав, розвісивши вушка.</w:t>
      </w:r>
    </w:p>
    <w:p>
      <w:r>
        <w:br/>
        <w:t>Котиться, котиться коржик дорогою, коли зустріча його вовк та й гука:</w:t>
      </w:r>
    </w:p>
    <w:p>
      <w:r>
        <w:br/>
        <w:t>— Коржику, я тебе з'їм!</w:t>
      </w:r>
    </w:p>
    <w:p>
      <w:r>
        <w:br/>
        <w:t>А коржик каже:</w:t>
      </w:r>
    </w:p>
    <w:p>
      <w:r>
        <w:br/>
        <w:t>— Ти не їж мене, вовчику-братику, бо як з'їси, то не почуєш моєї пісеньки, а я вмію добре співати.</w:t>
      </w:r>
    </w:p>
    <w:p>
      <w:r>
        <w:br/>
        <w:t>— Ну, співай,— каже вовк.</w:t>
      </w:r>
    </w:p>
    <w:p>
      <w:r>
        <w:br/>
        <w:t>— Я по засіку метений,</w:t>
      </w:r>
    </w:p>
    <w:p>
      <w:r>
        <w:br/>
        <w:t>Я на яйцях печений,</w:t>
      </w:r>
    </w:p>
    <w:p>
      <w:r>
        <w:br/>
        <w:t>Я від баби втік,</w:t>
      </w:r>
    </w:p>
    <w:p>
      <w:r>
        <w:br/>
        <w:t>Я від діда втік,</w:t>
      </w:r>
    </w:p>
    <w:p>
      <w:r>
        <w:br/>
        <w:t>То й від тебе втечу!</w:t>
      </w:r>
    </w:p>
    <w:p>
      <w:r>
        <w:br/>
        <w:t>Та й покотивсь... Вовчик тільки зубами клацнув, бо він думав, що й пісеньку послухає,й коржика з'їсть, а не встиг, бо поки він лежав та слухав, то коржик швиденько втік.</w:t>
      </w:r>
    </w:p>
    <w:p>
      <w:r>
        <w:br/>
        <w:t>Котиться собі та й котиться, коли зустрічає його ведмідь, такий здоровий! Та й каже:</w:t>
      </w:r>
    </w:p>
    <w:p>
      <w:r>
        <w:br/>
        <w:t>— Стій, коржику, я тебе хочу з'їсти!</w:t>
      </w:r>
    </w:p>
    <w:p>
      <w:r>
        <w:br/>
        <w:t>А коржик каже:</w:t>
      </w:r>
    </w:p>
    <w:p>
      <w:r>
        <w:br/>
        <w:t>— Та ні, ведмедоньку-паночку, не їж мене, ось я тобі пісеньку заспіваю.</w:t>
      </w:r>
    </w:p>
    <w:p>
      <w:r>
        <w:br/>
        <w:t>Та й почав:</w:t>
      </w:r>
    </w:p>
    <w:p>
      <w:r>
        <w:br/>
        <w:t>— Я по засіку метений,</w:t>
      </w:r>
    </w:p>
    <w:p>
      <w:r>
        <w:br/>
        <w:t>Я на яйцях печений,</w:t>
      </w:r>
    </w:p>
    <w:p>
      <w:r>
        <w:br/>
        <w:t>Я від баби втік,</w:t>
      </w:r>
    </w:p>
    <w:p>
      <w:r>
        <w:br/>
        <w:t>Я від діда втік,</w:t>
      </w:r>
    </w:p>
    <w:p>
      <w:r>
        <w:br/>
        <w:t>То й від тебе втечу!</w:t>
      </w:r>
    </w:p>
    <w:p>
      <w:r>
        <w:br/>
        <w:t>Та швиденько й покотивсь.</w:t>
      </w:r>
    </w:p>
    <w:p>
      <w:r>
        <w:br/>
        <w:t>Біжить, біжить, коли зустрічає його лисичка та й каже:</w:t>
      </w:r>
    </w:p>
    <w:p>
      <w:r>
        <w:br/>
        <w:t>— А, який хороший коржик! Треба його з'їсти! А коржик каже:</w:t>
      </w:r>
    </w:p>
    <w:p>
      <w:r>
        <w:br/>
        <w:t>— Та не їж мене, лисичко-сестричко, я тобі пісеньки заспіваю:</w:t>
      </w:r>
    </w:p>
    <w:p>
      <w:r>
        <w:br/>
        <w:t>— Ну, співай. Послухаю.</w:t>
      </w:r>
    </w:p>
    <w:p>
      <w:r>
        <w:br/>
        <w:t>Слуха лисичка, а сама вже й рота роззявила. А коржик співа:</w:t>
      </w:r>
    </w:p>
    <w:p>
      <w:r>
        <w:br/>
        <w:t>— Я по засіку метений,</w:t>
      </w:r>
    </w:p>
    <w:p>
      <w:r>
        <w:br/>
        <w:t>Я на яйцях печений,</w:t>
      </w:r>
    </w:p>
    <w:p>
      <w:r>
        <w:br/>
        <w:t>Я від діда втік,</w:t>
      </w:r>
    </w:p>
    <w:p>
      <w:r>
        <w:br/>
        <w:t>Я від баби втік...</w:t>
      </w:r>
    </w:p>
    <w:p>
      <w:r>
        <w:br/>
        <w:t>Співа, а сам уже так насторочився[2], щоб швиденько покотитися, втекти.</w:t>
      </w:r>
    </w:p>
    <w:p>
      <w:r>
        <w:br/>
        <w:t>Лисичка бачить, що тоді не дожене, та й каже:</w:t>
      </w:r>
    </w:p>
    <w:p>
      <w:r>
        <w:br/>
        <w:t>— От хороша пісенька! Я ще й зроду такої гарної не чула! Тільки знаєш, коржику, я трішки недочуваю, то йди мені ближче заспівай, ось на язику в мене.</w:t>
      </w:r>
    </w:p>
    <w:p>
      <w:r>
        <w:br/>
        <w:t>Та вистромила язика, а коржик скочив на кінчик і співа:</w:t>
      </w:r>
    </w:p>
    <w:p>
      <w:r>
        <w:br/>
        <w:t>— Я по засіку метений,</w:t>
      </w:r>
    </w:p>
    <w:p>
      <w:r>
        <w:br/>
        <w:t>Я на яйцях печений,</w:t>
      </w:r>
    </w:p>
    <w:p>
      <w:r>
        <w:br/>
        <w:t>Я від баби втік,</w:t>
      </w:r>
    </w:p>
    <w:p>
      <w:r>
        <w:br/>
        <w:t>Я від діда втік І від тебе...</w:t>
      </w:r>
    </w:p>
    <w:p>
      <w:r>
        <w:br/>
        <w:t>Тільки що хотів співати "втечу", а тут лисичка — хап! І схопила його зубами.</w:t>
      </w:r>
    </w:p>
    <w:p>
      <w:r>
        <w:br/>
        <w:t>Коли це — трісь! Лисичка зломила собі два зуби! Бо коржик був твердий та сухий: баба таки його крутенько замісила, та й у печі по щирості витопила, то він і засох. От у лисички зуби й поламались. Не встигла вона й всього коржика з'їсти, тільки трохи вищербила. Та як заболіло їй, вона й випустила коржика.</w:t>
      </w:r>
    </w:p>
    <w:p>
      <w:r>
        <w:br/>
        <w:t>А вищерблений коржик побіг та й побіг знов. Як одбіг від лисички, то й каже сам собі:</w:t>
      </w:r>
    </w:p>
    <w:p>
      <w:r>
        <w:br/>
        <w:t>— Ану я побіжу, подивлюсь, що там дід та баба роблять, чи дуже вони за мною журяться?</w:t>
      </w:r>
    </w:p>
    <w:p>
      <w:r>
        <w:br/>
        <w:t>Прибіг, скочив на призьбу та й слухає.</w:t>
      </w:r>
    </w:p>
    <w:p>
      <w:r>
        <w:br/>
        <w:t>А дід і баба сидять кінець столу та й плачуть:</w:t>
      </w:r>
    </w:p>
    <w:p>
      <w:r>
        <w:br/>
        <w:t>— Ось який у нас був хороший коржик, одним один, та й утік, а більше вже нема борошенця, вже останнє повимітали!..</w:t>
      </w:r>
    </w:p>
    <w:p>
      <w:r>
        <w:br/>
        <w:t>А коржик скочив на віконце та й каже:</w:t>
      </w:r>
    </w:p>
    <w:p>
      <w:r>
        <w:br/>
        <w:t>— Та не журіться ви! Ось бачите, що зробилося: лисичка хотіла мене з'їсти та й зуби поламала, тільки вищербила мене. А ви ж би собі останні зуби поламали, такий я твердий!</w:t>
      </w:r>
    </w:p>
    <w:p>
      <w:r>
        <w:br/>
        <w:t>— Е,— каже баба,— то й добре, що так сталося! А то в мене мало зубів зосталось, та й тих би не було!</w:t>
      </w:r>
    </w:p>
    <w:p>
      <w:r>
        <w:br/>
        <w:t>— Еге! — озвався до баби дід,— то в тебе хоч трохи зубів є, а в мене один, то що ж би це було, якби я останнього зуба зломив? Цур йому, тому коржикові! Піди краще, старенька, мені картопельки вкопай та звари — буде й добреньке й м'якеньке!</w:t>
      </w:r>
    </w:p>
    <w:p>
      <w:r>
        <w:br/>
        <w:t>— Отак і краще! — гукнув коржик,— а я ще по світу погуляю! Нехай лиш мене хто мудрий зловить!</w:t>
      </w:r>
    </w:p>
    <w:p>
      <w:r>
        <w:br/>
        <w:t>Та й покотивсь, покотивсь, таки співаючи пісні:</w:t>
      </w:r>
    </w:p>
    <w:p>
      <w:r>
        <w:br/>
        <w:t>— Я по засіку метений,</w:t>
      </w:r>
    </w:p>
    <w:p>
      <w:r>
        <w:br/>
        <w:t>Я на яйцях печений!</w:t>
      </w:r>
    </w:p>
    <w:p>
      <w:r>
        <w:br/>
        <w:t>[1] Бодня — бочка.</w:t>
      </w:r>
    </w:p>
    <w:p>
      <w:r>
        <w:br/>
        <w:t>[2] Насторочуватися — насторожуватися, спрямуватися.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Коржик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