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Корсет</w:t>
      </w:r>
    </w:p>
    <w:p>
      <w:r>
        <w:br/>
        <w:t xml:space="preserve"> &lt;p&gt;1</w:t>
      </w:r>
    </w:p>
    <w:p>
      <w:r>
        <w:br/>
        <w:t>У травні минулого року зі мною трапилася неймовірна річ. У своїй поштовій скриньці я знайшла оголошення, вирізане з газети. Там було написано:</w:t>
      </w:r>
    </w:p>
    <w:p>
      <w:r>
        <w:br/>
        <w:t>"ПОТРІБНА ЧОРНЯВА НАВЧИТЕЛЬКА МУЗИКИ (ГІТАРА). ВИМОГИ: ЗРІСТ БІЛЯ 170, ОБ'ЄМ ГРУДЕЙ І СТЕГОН ПРИБЛИЗНО ОДНАКОВИЙ."</w:t>
      </w:r>
    </w:p>
    <w:p>
      <w:r>
        <w:br/>
        <w:t>Під дивним оголошенням була адреса, за якою слід звернутися.</w:t>
      </w:r>
    </w:p>
    <w:p>
      <w:r>
        <w:br/>
        <w:t>– Gare Montparnasse, – прочитала я.</w:t>
      </w:r>
    </w:p>
    <w:p>
      <w:r>
        <w:br/>
        <w:t>Той, хто дав оголошення, жив у шостій окрузі. Тоді я ще нічого не підозрювала. Але то був рік, коли я любила лише найсолодше: чоловічі парфуми "Van Cleef", восени – липкий виноград, а навесні – черешні, наддзьобані птахами. Вже від січня мені вдавалося ловити на льоту випущені з рук речі, перш ніж вони впадуть, і я була щаслива, що врешті виросла і що вже можу єбатися.</w:t>
      </w:r>
    </w:p>
    <w:p>
      <w:r>
        <w:br/>
        <w:t>Я машинально поклала папірець у кишеню, як завжди, взяла гітару і зійшла сходами вниз. Щось мені докучало. Я чорнява, відповідного зросту, та й усе інше підходило до того, що було в оголошенні. Перед оголошеннями я не можу встояти, і за ними мене завжди чекає якийсь метелик, котрий викличе землетрус. Та моя мишоловка завжди була швидшою за мене. Ось і тепер вона вже знала. Як завжди, знала все раніше, ніж я.</w:t>
      </w:r>
    </w:p>
    <w:p>
      <w:r>
        <w:br/>
        <w:t>Був ранок. Коли я відчинила браму, з імли виринув 96-й автобус. Він повільно наближався до своєї зупинки перед моїм домом на Rue des Filles du Calvaire. На боці в нього на усю довжину були написані назви зупинок:</w:t>
      </w:r>
    </w:p>
    <w:p>
      <w:r>
        <w:br/>
        <w:t>PORTE DES LILAS – PYRENEES – REPUBLIQUE – FILLES DU CALVAIRES – TURENNE – HOTEL DE VILLE – ST.MICHEL – GARE MONTPARNASSE.</w:t>
      </w:r>
    </w:p>
    <w:p>
      <w:r>
        <w:br/>
        <w:t>Автобус зупинився переді мною, і двері тихо відчинилися. Він ніби заманював мене. Спокуса була непереборною. Я сіла й поїхала на Montparnasse, просто за адресою з газети. На дверях не було жодної таблички з іменем, але ж і в оголошенні не було імені – лише адреса й телефон.</w:t>
      </w:r>
    </w:p>
    <w:p>
      <w:r>
        <w:br/>
        <w:t>Двері мені відчинив хлопець приблизно мого зросту. Я ледве його впізнала. Блідість на його обличчі була такою, наче передавалася принаймні чотири-п'ять поколінь. І в тій блідості вгадувалося щось схоже на пруг. Але я відразу зрозуміла, що це він, мій коханець. Той, з котрим я познайомилась у Греції. Через стільки років він знову підписався на мені тією своєю посмішкою, що може обпалити. Тимотей із золотистою бородою, наче зірваною з куща винограду. Я хотіла було відразу піти звідти, та, на диво, він ні на мить нічим не виказав, що ми вже знайомі. Поводився так, ніби й не вчив мене ворожити на спогляданні прутня. У деякі моменти він поводився і виглядав наче хтось інший. Навіть дуже ввічливо поцікавився, як мене звати, і згодом тримався так, ніби ніколи раніше не чув того імені. Це було настільки переконливо, що я залишилася.</w:t>
      </w:r>
    </w:p>
    <w:p>
      <w:r>
        <w:br/>
        <w:t>– Ви – вчителька? – спитав він, впускаючи мене до помешкання. Від нього війнуло якимось незнайомим, приємним запахом парфумів, як на мене, дещо солодкавим, густим, мов олія. То було не "Azzaro" – Eau de Toilette, яким він колись користувався. Він мене вивів на середину просторої кімнати і зміряв поглядом з голови до п'ят, ніби бачив уперше.</w:t>
      </w:r>
    </w:p>
    <w:p>
      <w:r>
        <w:br/>
        <w:t>– Гадаю, ви підходите, – замислено процідив він, – у вас природній колір волосся?</w:t>
      </w:r>
    </w:p>
    <w:p>
      <w:r>
        <w:br/>
        <w:t>– Чого бракує моєму волоссю? Натуральне чорне волосся. Бельгійська чорна барва... Хіба ви не ставили таку вимогу у своєму нечемному оголошенні? – я підхопила його гру, вдаючи що ми раніше й не кохалися, щойно впаде дощ.</w:t>
      </w:r>
    </w:p>
    <w:p>
      <w:r>
        <w:br/>
        <w:t>Та волосся в мене кучерявиться, коли я відсторонена або закохана, а коли пісяю на кропиву – випрямляється. Я глянула мимохідь у найближче дзеркало й побачила, що на голові в мене "афро". Я була на злеті. Сказавши, скільки беру за урок, попередила, що після п'ятого заняття, якщо не буде результатів, навчання припиняється. Потім посадила його біля себе на канапу, взяла акорд і почала:</w:t>
      </w:r>
    </w:p>
    <w:p>
      <w:r>
        <w:br/>
        <w:t>– Перш ніж розпочнемо урок, я вам розкажу, що треба знати про пальці, коли ви граєте. Великий палець на правій руці – це ви, а на лівій – ваше кохання. Решта пальців – то люди довкола вас. Два середні пальці означають: правий – вашого друга, лівий – ворога; безіменний на правій руці означає вашого батька, на лівій – матір; мізинці – дітей, хлопчика й дівчинку, а вказівні – предків... Думайте про це, коли будете грати.</w:t>
      </w:r>
    </w:p>
    <w:p>
      <w:r>
        <w:br/>
        <w:t>– Якщо це так, – мовив він, – музику з гітарних струн добуває моя ліва рука, а це значить, коли вірити вашій баєчці, що на них грають моя кохана, моя мати, мій ворог, моя бабуся й моя майбутня донька, якщо я її заслужу. Словом, це жіноча гра, особливо якщо моїм головним ворогом теж виявиться жінка. А ви, – на мить він став моїм учителем, – коли пораните палець, майте на увазі те, про що говорили мені. Не думайте, що та ранка стосується лише вас. Рани на пальцях попереджають про хвороби й небезпеку для близьких вам людей або тих інших, які вас ненавидять...</w:t>
      </w:r>
    </w:p>
    <w:p>
      <w:r>
        <w:br/>
        <w:t>Після такого його випаду я трохи знітилась і швиденько перейшла до уроку, звертаючись до нього й далі на "Ви", як і він до мене. Я йому показала, як ставити пальці для початкового акорду, і він це легко засвоїв. Але правою рукою навіть не торкнув струн. Ні на першому, ні на наступних уроках. Він знав напам'ять позиції пальців лівої руки і вже почав дуже точно і вправно виконувати ними першу мелодію, котру я йому задала, проте й далі, незважаючи на мої вимоги, не грав правою рукою. То були добре оплачувані німі уроки музики. Тоді я відчула, що мій parfum spray "Molineux" якось губиться в присутності того не знайомого мені запаху туалетної води, якою він тепер користувався. В один з наступних днів я побризкалась туалетною водою "Paco Rabanne" – La Nuit, Eau de Parfum.</w:t>
      </w:r>
    </w:p>
    <w:p>
      <w:r>
        <w:br/>
        <w:t>– Чому б нам не підключити й праву руку? – спитала я його. – Мушу вам нагадати, що завтра п'ятий урок, і я більше не прийду, якщо ви й далі гратимете без звуку.</w:t>
      </w:r>
    </w:p>
    <w:p>
      <w:r>
        <w:br/>
        <w:t>– О Боже, як ви одягнені! – перебив він мене незадоволено й підвівся. – Я не можу вчитися, коли бачу вас у такому одязі...</w:t>
      </w:r>
    </w:p>
    <w:p>
      <w:r>
        <w:br/>
        <w:t>Я страшенно здивувалась. Він узяв мене за руку, наче маленьку дівчинку, ми спустилися на вулицю і зайшли у два-три бутіки. З неймовірною спритністю й безпомилковим смаком він купив мені чудову спідницю, картаті панчохи і шотландську шапочку з помпоном, потім плащ на два боки і сорочку з емальованими ґудзиками. Просто тут, в магазині він примусив мене все це вдягнути. Продавщицям звелів скласти в пакет той одяг, який я щойно зняла, і викинути геть. Усе моє обурення кудись поділося, досить було одного погляду в дзеркало.</w:t>
      </w:r>
    </w:p>
    <w:p>
      <w:r>
        <w:br/>
        <w:t>– Ну от, тепер можна продовжити урок, – мовив він задоволено, і ми повернулися в його квартиру.</w:t>
      </w:r>
    </w:p>
    <w:p>
      <w:r>
        <w:br/>
        <w:t>На цьому місці я мушу сказати, що мене вже почало лякати те, що він вперто робить вигляд, ніби ми ніколи раніше не бачились. Я сіла з гітарою, щоб продовжити заняття, але він не взяв, як зазвичай, свій інструмент. Несподівано він підійшов до мене ззаду, обняв мене і, коли я хотіла звільнитися з його обіймів, взяв перший акорд на моїй гітарі, не випускаючи мене. Акорд був кришталево чистим, права рука робила свою справу безпомилково, і він тихо, хриплуватим голосом заспівав старовинну пісню, якої я його навчила на третьому німому уроці. Через кожні два слова він цілував мене в шию, а я глибоко вдихала запах отих його незвичайних парфумів, яких я ні в кого перед тим не зустрічала. Тільки от слова були не французькі, а з якоїсь дивної, не знайомої мені мови:</w:t>
      </w:r>
    </w:p>
    <w:p>
      <w:r>
        <w:br/>
        <w:t>У сорочці тихій завтрашніх порухів</w:t>
      </w:r>
    </w:p>
    <w:p>
      <w:r>
        <w:br/>
        <w:t>Нерухомо</w:t>
      </w:r>
    </w:p>
    <w:p>
      <w:r>
        <w:br/>
        <w:t>Прикипів очима до грудей твоїх –</w:t>
      </w:r>
    </w:p>
    <w:p>
      <w:r>
        <w:br/>
        <w:t>Хай серце нагодують...</w:t>
      </w:r>
    </w:p>
    <w:p>
      <w:r>
        <w:br/>
        <w:t>– Це сербські слова? – спитала я.</w:t>
      </w:r>
    </w:p>
    <w:p>
      <w:r>
        <w:br/>
        <w:t>– Ні, – відповів він, – чому це ви так подумали?</w:t>
      </w:r>
    </w:p>
    <w:p>
      <w:r>
        <w:br/>
        <w:t>Посеред пісні він перестав грати і повільно почав мене роздягати. Спершу зняв шапочку й туфлі, далі перстені та пояс із перламутровою застібкою. Потім через сорочку розстебнув на мені станик. Тоді я взялася роздягати його. Тремтячими пальцями зняла з нього сорочку і все інше, а коли ми нарешті залишилися голі, він кинув мене на ліжко, сів поруч, високо задер свої ноги й натягнув на себе, одна за одною, мої шовкові картаті панчохи. Я із жахом побачила, що мої щойно стягнені панчохи пасують йому набагато краще, ніж мені, а за мить переконалася, що те ж саме стосується і моєї нової спідниці, й сорочки, котрі він теж одягнув на себе. Ось такий, повністю вбраний в одяг, який мені щойно купив, він опускає руки вздовж стегон, взуває мої туфлі, розчісується моїм гребінцем, на ходу вдягає мою шапочку з помпоном, малює губи моєю помадою і, притьмом спустившись по сходах, біжить кудись у місто.</w:t>
      </w:r>
    </w:p>
    <w:p>
      <w:r>
        <w:br/>
        <w:t>Я сиділа без слів і без одягу сама у квартирі, і мусила обирати одне з двох: або піти звідти в його чоловічому одязі, або чекати на нього. І тут мені дещо спало на думку. В скрині я знайшла чудову старовинну жіночу сорочку, розшиту срібною ниткою. З монограмою "А" на комірі. І спідницю зі шнурівкою. На підшивці спідниці було вишито "Roma". Той старий одяг привезли з Італії. Все це цілу вічність ніхто не носив, ну то й що, подумала я. Воно мені личило, я вдяглась і вийшла на вулицю. Він сидів у ресторані неподалік від дому і пив "Сотерн", заїдаючи його гусячим паштетом. Щойно він мене помітив, очі в нього заблищали, він підвівся й поцілував мене куди пристрасніше, ніж годилося б цілуватися двом високим дівчатам увечері на вулиці. В тому поцілункові моя губна помада дивно запахла на його губах, і ми поспіхом повернулися в його квартиру.</w:t>
      </w:r>
    </w:p>
    <w:p>
      <w:r>
        <w:br/>
        <w:t>– Як тобі шалено личить одяг моєї тітки, – прошепотів він і ще на сходах почав розстібувати на мені ґудзики. Ми навіть не замкнули двері, він був на мені, прямий, наче стрибун у воду, з'єднавши долоні в мене над головою і випроставши складені докупи ступні. Прямий, мов спис, чий політ переживе його. Далі я нічого не пам'ятаю...</w:t>
      </w:r>
    </w:p>
    <w:p>
      <w:r>
        <w:br/>
        <w:t>Найкращі хвилини свого життя людина забуває найшвидше. За миттю найвищої самореалізації, оргазму або чарівного сну настає забуття, амнезія, стираються спогади. Бо під час найкращих снів, під час найвищого творчого акту – зачаття дитини – людська істота на мить підіймається по драбині життя на кілька щаблів над собою, та не може там довго втриматись і, падаючи назад, у реальність, мусить якнайшвидше забути ті хвилини просвітлення. За життя ми не раз буваємо в раю, та пам'ятаємо лише вигнання...</w:t>
      </w:r>
    </w:p>
    <w:p>
      <w:r>
        <w:br/>
        <w:t>***</w:t>
      </w:r>
    </w:p>
    <w:p>
      <w:r>
        <w:br/>
        <w:t>Наші уроки музики перетворилися на дещо інше. Він був наче зачарований мною. Одного ранку сказав, що хотів би показати мені свою матір і тітку.</w:t>
      </w:r>
    </w:p>
    <w:p>
      <w:r>
        <w:br/>
        <w:t>– Але, – додав він, – для того, щоб ти їх побачила, нам треба поїхати в Котор, у наш родинний дім, який я нещодавно успадкував. Це в Чорногорії. Війна там уже скінчилась, і можна туди їхати.</w:t>
      </w:r>
    </w:p>
    <w:p>
      <w:r>
        <w:br/>
        <w:t>Тут він показав мені старовинний позолочений ключ із голівкою у вигляді персня. Якщо одягнути ключ на палець, здавалося, що на руці – перстень із гарним коштовним сардоніксом. Він мені його надягнув, і це було схоже на заручини. Тієї ж миті зі мною сталося щось дивне. Подумки я побачила не сам будинок, а те, що всередині, і там, як підказувала вага ключа, цілком ясно було видно якісь сходи, що розходилися на два боки. Та я не відповіла, чи хочу...</w:t>
      </w:r>
    </w:p>
    <w:p>
      <w:r>
        <w:br/>
        <w:t>2</w:t>
      </w:r>
    </w:p>
    <w:p>
      <w:r>
        <w:br/>
        <w:t>Коли ми приїхали, в Которі панував штиль. Човни витали в повітрі над своїми перевернутими відображеннями, наче моря взагалі не було. По білих схилах гір ковзали чорні тіні хмар, схожі на прудкі рухомі озера.</w:t>
      </w:r>
    </w:p>
    <w:p>
      <w:r>
        <w:br/>
        <w:t>– Тут надвечір простягнеш руку – і ніч падає тобі просто на долоню, – мовив він.</w:t>
      </w:r>
    </w:p>
    <w:p>
      <w:r>
        <w:br/>
        <w:t>– Не показуй мені, де ваш дім, – сказала я, надягнувши голівку ключа на палець, – думаю, я сама зможу знайти до нього дорогу, тобто ключ приведе мене просто до свого замка.</w:t>
      </w:r>
    </w:p>
    <w:p>
      <w:r>
        <w:br/>
        <w:t>Так і сталося. Я йшла, тримаючи ключа перед собою, і опинилася на невеличкій площі. То була, як виявилося, Салатна площа, і перед нами постав дім його предків – которський палац Врачен. Він мав номер 299.</w:t>
      </w:r>
    </w:p>
    <w:p>
      <w:r>
        <w:br/>
        <w:t>– Що значить Врачен? – спитала я його.</w:t>
      </w:r>
    </w:p>
    <w:p>
      <w:r>
        <w:br/>
        <w:t>– Не знаю.</w:t>
      </w:r>
    </w:p>
    <w:p>
      <w:r>
        <w:br/>
        <w:t>– Як то не знаєш?</w:t>
      </w:r>
    </w:p>
    <w:p>
      <w:r>
        <w:br/>
        <w:t>– Не знаю.</w:t>
      </w:r>
    </w:p>
    <w:p>
      <w:r>
        <w:br/>
        <w:t>– Жартуєш, – сказала я.</w:t>
      </w:r>
    </w:p>
    <w:p>
      <w:r>
        <w:br/>
        <w:t>Якусь хвильку ми стояли під родинним гербом. Два кам'яні ангелочки над нашими головами тримали ворону на золотій перекладині.</w:t>
      </w:r>
    </w:p>
    <w:p>
      <w:r>
        <w:br/>
        <w:t>– Справжня старизна, – сказав він, – у ній є звуки, котрим щонайменше чотири століття. За комуністів, після Другої світової, палац був націоналізований. Недавно тутешні власті повернули його нашій родині. Ми знаємо, що в XIV столітті він був власністю вдови Міха Врачена, пані Катени. Катеною звали й мою матір...</w:t>
      </w:r>
    </w:p>
    <w:p>
      <w:r>
        <w:br/>
        <w:t>Тепер стіни будинку були вкриті червоним шпаровинням із подрібненої цегли. Та мене це не цікавило. Мені страшенно кортіло побачити, що там всередині. Я відімкнула браму. У дворі був кам'яний колодязь. Величезний, старіший за будинок, наповнений звуками з XIII сторіччя. Щойно ми увійшли, на мене повіяло запахами, котрі пережили не одне століття, і я подумала, що ворожий запах якого-небудь дому може прогнати жінку ще з порога, не дозволивши їй увійти. Тут переді мною показалися сходи, що розходились на два боки. Я їх одразу впізнала. Їх прикрашав настінний живопис із підписом якогось італійського маляра на ім'я Napoleon D'Este. Та це було найменш важливим. На другому поверсі кожне відгалуження сходів закінчувалось прекрасним жіночим портретом.</w:t>
      </w:r>
    </w:p>
    <w:p>
      <w:r>
        <w:br/>
        <w:t>– Їх я й хотів тобі показати, – сказав він, – оця справа, чорнява, то моя тітка, а та друга – мати.</w:t>
      </w:r>
    </w:p>
    <w:p>
      <w:r>
        <w:br/>
        <w:t>Я побачила в золотих рамах двох красунь, одна з яких була зображена із чудовими зеленими сережками на фоні чорного, наче воронове крило, волосся, а друга була іще вродливіша, тільки зовсім сива, хоча молода й висока, як і перша. На руці в неї був перстень із коштовним каменем сардоніксом, в якому я впізнала голівку того самого ключа, котрий був зараз на моєму пальці. На обох портретах стояв підпис одного й того ж художника – Маріо Маскареллі.</w:t>
      </w:r>
    </w:p>
    <w:p>
      <w:r>
        <w:br/>
        <w:t>Однак нас ніхто не зустрів. Марно я чекала, що вийде його мати, пані Катена, або тітка. Ніхто так і не з'явився. Мозаїка з кості та дерева на підлозі й інкрустовані двері привели нас до кімнат на другому поверсі й маленької домашньої каплички, яка знаходилась над аркою вуличного переходу. Там у напівтемряві молилася, вклякнувши на колінах, якась старенька. Я було подумала, що то його мати чи тітка, та коли сказала йому про це, він мило розсміявся.</w:t>
      </w:r>
    </w:p>
    <w:p>
      <w:r>
        <w:br/>
        <w:t>– Ну що ти, це ж Селена, наша стара служниця.</w:t>
      </w:r>
    </w:p>
    <w:p>
      <w:r>
        <w:br/>
        <w:t>У третій кімнаті були поясні портрети тих же ж двох красунь, дуже подібних одна до одної. На тітчиному портреті була намальована гітара, на материному виднілася вдалині якась которська церква. Тоді він мені й сказав, що тітка подарувала свої коштовні сережки його майбутній дівчині.</w:t>
      </w:r>
    </w:p>
    <w:p>
      <w:r>
        <w:br/>
        <w:t>– За однієї умови, – додав він. – Моя дівчина має вміти грати на гітарі. Судячи з усього, сережки призначені для тебе.</w:t>
      </w:r>
    </w:p>
    <w:p>
      <w:r>
        <w:br/>
        <w:t>Тоді я спитала:</w:t>
      </w:r>
    </w:p>
    <w:p>
      <w:r>
        <w:br/>
        <w:t>– Де вони?</w:t>
      </w:r>
    </w:p>
    <w:p>
      <w:r>
        <w:br/>
        <w:t>Він відповів, що обидві вже давно мертві.</w:t>
      </w:r>
    </w:p>
    <w:p>
      <w:r>
        <w:br/>
        <w:t>– Хіба сережки можуть померти? – здивувалась я, на що він знову розміявся і вийняв із кишені пару чудових італійських сережок, наче дві зелені сльози. То були ті самі сережки, які я бачила на портреті його тітки, котрий висів над сходами.</w:t>
      </w:r>
    </w:p>
    <w:p>
      <w:r>
        <w:br/>
        <w:t>– Мама й тітка давно померли, – сказав він, – маму я майже не пам'ятаю, а тітка була мені замість матері. Ти бачила, які вони були вродливі...</w:t>
      </w:r>
    </w:p>
    <w:p>
      <w:r>
        <w:br/>
        <w:t>Я вибачилась, він ушморгнув мені сережки у вуха, поцілував, і ми пішли далі оглядати дім. Все було неймовірно старим і зношеним. В одній кімнаті я побачила два ліжка, чоловіче й жіноче. Чоловіче було обернуте на північ, а жіноче – на південь. Чоловіче ліжко було вузеньким і, схоже, його принесли з якогось корабля. Жіноче було величезним, зробленим з кованого заліза, мало шість ніжок і було прикрашене латунними яблуками. Таке високе, що на ньому можна було накривати вечерю, наче на столі.</w:t>
      </w:r>
    </w:p>
    <w:p>
      <w:r>
        <w:br/>
        <w:t>Зелені сережки в моїх вухах раптом запахли. Їхній аромат трохи нагадував той його солодкавий німий акорд.</w:t>
      </w:r>
    </w:p>
    <w:p>
      <w:r>
        <w:br/>
        <w:t>– Що це за ліжко? – спитала я, показуючи на те, що було зроблене з кованого заліза.</w:t>
      </w:r>
    </w:p>
    <w:p>
      <w:r>
        <w:br/>
        <w:t>– Це ліжко на три особи. Третя особа з нього завжди зникає.</w:t>
      </w:r>
    </w:p>
    <w:p>
      <w:r>
        <w:br/>
        <w:t>– Як це?</w:t>
      </w:r>
    </w:p>
    <w:p>
      <w:r>
        <w:br/>
        <w:t>– Дуже просто. Коли жінка завагітніє, з ліжка зникає її чоловік. Коли дитина виросте, вона покидає мамину постіль. І тоді там зазвичай з'являється коханець. Або коханка. І так далі...</w:t>
      </w:r>
    </w:p>
    <w:p>
      <w:r>
        <w:br/>
        <w:t>Ми з'їли легеньку вечерю, не сідаючи до столу. З неймовірною спритністю пальців і швидкістю рухів, яка не впадала у вічі, він подав мені "мицву" – єврейський сир у вигляді олівця, загорнутого в сріблястий папір, і медову ракію, що пахла воском. Потім запропонував мені три вишеньки, сказавши, що кісточки я можу залишити собі. Кісточки в тих вишень були насправді трьома перлинами, які поклали в ягоди, а з мушель їх вийняли більш як сто років тому...</w:t>
      </w:r>
    </w:p>
    <w:p>
      <w:r>
        <w:br/>
        <w:t>***</w:t>
      </w:r>
    </w:p>
    <w:p>
      <w:r>
        <w:br/>
        <w:t>Ранки в Которі солоні, а світає тут після сніданку... Майже щодня він вирушав уранці до якоїсь контори, щоби переглянути свої документи на право власності. В неділю ми ходили до церкви. Селана і я – в католицьку катедру св. Трипуна, а Тимотей – у православний храм св. Луки. Потім ми разом ішли на каву на Збройну площу. Одного разу він повів нас через затоку в Столив, де була церковця, наполовину східнохристиянського обряду, а наполовину римо-католицька. Того дня я знайшла вдома віяло його матері. На віялі дрібними літерами було написано:</w:t>
      </w:r>
    </w:p>
    <w:p>
      <w:r>
        <w:br/>
        <w:t>Як тіло має члени, так їх має й душа. Так ми приходимо до подвійної реальності. Божественна чеснота (інтуїція), людська чеснота (думка, яка божеству не потрібна), сон (який теж є істотою), мрія, знання, спогади, почуття, поцілунок (який є невидимим світлом), страх і нарешті смерть – все це члени душі. Душа їх має десять – удвічі більше, ніж тіло має органів чуттів. Вони душі допомагають рухатися по світу, який вона тримає в собі...</w:t>
      </w:r>
    </w:p>
    <w:p>
      <w:r>
        <w:br/>
        <w:t>Якось уранці ми снідали вдвох із Селеною. Вона поставила на стіл вугра, смаженого на молоці, та зелений салат із єдиною крапелькою сонця, котру ми мали в домі. На руках замість рукавиць в неї були старі панчохи, з яких визирали лише пальці.</w:t>
      </w:r>
    </w:p>
    <w:p>
      <w:r>
        <w:br/>
        <w:t>– Я бачила ті прекрасні картини. Ви знали тих жінок? – спитала я італійською, якою вона говорила краще за мене. Селена вишкірила в посмішці зуби, покришені могутніми хвилями сербських та італійських слів, які їх десятиліттями сточували, облизували й ґлянцували в припливах, повторюючись до непритомності завжди в одному й тому ж роті. Несподівано вона мовила:</w:t>
      </w:r>
    </w:p>
    <w:p>
      <w:r>
        <w:br/>
        <w:t>– Вважай, дитинко, жінка може постаріти за одну мить, навіть посеред любощів. А тим картинам краще б не висіти там одна напроти іншої. Жодній з них це б не сподобалось. Ні Анастасії, ні Катені.</w:t>
      </w:r>
    </w:p>
    <w:p>
      <w:r>
        <w:br/>
        <w:t>– Чому?</w:t>
      </w:r>
    </w:p>
    <w:p>
      <w:r>
        <w:br/>
        <w:t>– Вам Тимотей не розповідав?</w:t>
      </w:r>
    </w:p>
    <w:p>
      <w:r>
        <w:br/>
        <w:t>– Ні. Я гадала, вони ще живі, і, їдучи сюди, думала, що він хоче познайомити мене з ними. Тепер ясно, що я помилялася.</w:t>
      </w:r>
    </w:p>
    <w:p>
      <w:r>
        <w:br/>
        <w:t>– Вони вже давно померли. Тимотеєва мати, Катена, коли віддалася в цей дім, мала таке ж чорне волосся, як і сестра її Анастасія, котру вона привезла із собою. Вони були схожі одна на одну. Та їхній батько, багатий купець, грек, який увесь час був десь у дорозі, Анастасію виховав у Італії, а її сестру Катену – в Греції, в Солуні.</w:t>
      </w:r>
    </w:p>
    <w:p>
      <w:r>
        <w:br/>
        <w:t>Пам'ятаю, пані Катена мала чудовий голос, який мінився, наче полум'я у вогнищі. Ввечері, бувало, я слухала, як вона тихенько співає у спальні свого чоловіка. То був якийсь дивний спів, його переривали зітхання та зойки. Та мене не обдуриш. Я швидко допетрала, що воно таке. Хазяїн Медош любив, щоб вона над ним співала, коли вони кохалися. Часом він замовляв повільні, тихі наспіви, як-от "День для мене смеркається двічі...", де кожний рядок, як морська хвиля. Тоді вони кохалися дуже довго. А іншим разом вона йому співала швидкі мелодії. Здається, того вечора, коли зачала Тимотея, вона проридала пісню "Тихо так, немов тоді, як мовчать блакитні квіти..."</w:t>
      </w:r>
    </w:p>
    <w:p>
      <w:r>
        <w:br/>
        <w:t>А в той час її старша сестра Анастасія сиділа у своїй кімнаті з вервицею на колінах і слухала. Проте й вона не могла мене обдурити. Вервиця їй слугувала не задля молитви. Тому вона її і не брала до церкви. Вона сиділа в темряві й перебирала вервицю, згадуючи свої колишні кохання там, в Італії. Кожна бурштинова намистина мала своє ім'я. Ім'я коханого. А деякі ще не мали імені. Чекали, що його їм дасть майбутнє. І чекали недовго. Та й нічого дивного. В Анастасії очі були, наче два перстені. Я тоді ще прислуговувала не їй, а чоловікові господині, хазяїну Медошу, та всі знають, що сталося потім.</w:t>
      </w:r>
    </w:p>
    <w:p>
      <w:r>
        <w:br/>
        <w:t>– Я не знаю. Розкажіть.</w:t>
      </w:r>
    </w:p>
    <w:p>
      <w:r>
        <w:br/>
        <w:t>– Пані Катена, мати Тимотея, загинула на дуелі.</w:t>
      </w:r>
    </w:p>
    <w:p>
      <w:r>
        <w:br/>
        <w:t>– На дуелі! В другій половині ХХ століття? З ким?</w:t>
      </w:r>
    </w:p>
    <w:p>
      <w:r>
        <w:br/>
        <w:t>– З іншою жінкою, котра хотіла відібрати в неї кохану людину.</w:t>
      </w:r>
    </w:p>
    <w:p>
      <w:r>
        <w:br/>
        <w:t>– Господи Боже! Щось відомо про неї, про ту іншу?</w:t>
      </w:r>
    </w:p>
    <w:p>
      <w:r>
        <w:br/>
        <w:t>– Звичайно, відомо, ви носите її сережки, тож знову все залишається в родині. Обидві вони вже покійниці, так що можна про це й розповісти.</w:t>
      </w:r>
    </w:p>
    <w:p>
      <w:r>
        <w:br/>
        <w:t>ОПОВІДЬ СЛУЖНИЦІ СЕЛЕНИ</w:t>
      </w:r>
    </w:p>
    <w:p>
      <w:r>
        <w:br/>
        <w:t>Як я вже сказала, та інша жінка була панна Анастасія, старша сестра пані Катени, портрет якої ви бачили над сходами з правого боку. Хазяїн Медош, батько Тимотея, не встояв перед чарами тієї красуні, котра спала у своєму волоссі, наче в чорній постелі...</w:t>
      </w:r>
    </w:p>
    <w:p>
      <w:r>
        <w:br/>
        <w:t>Судячи з усього, існував таємний спосіб порозуміння між хазяїном Медошем і його свояченицею через страви, які подавалися на вечерю. Анастасія щодня давала розпорядження, що варити, і ті страви, котрі я готувала під її пильним оком, були наче любовною обіцянкою того, що діятиметься того вечора в постелі Анастасії, якщо до неї прийде хазяїн Медош. Важко сказати, але можна було здогадатися, що одну насолоду обіцяла пивна юшка з кропом, іншу – заєць у порічковому соусі, а ще якусь третю – вино з фруктами. Вечері, власне, були чимось на кшталт любовних листів. Ув очах хазяїна Медоша з'являвся особливий блиск, коли панна Анастасія веліла мені подавати на стіл устриці св. Якова з грибами. Що відбувалося після тих вечерь в Анастасіїній спальні, я не знаю, та пані Катена була у відчаї, за одну ніч посивіла з ревнощів, отака сива вона й на портреті, який писали з неї тоді, коли вона вже носила Тимотея...</w:t>
      </w:r>
    </w:p>
    <w:p>
      <w:r>
        <w:br/>
        <w:t>Та чоловік ходить у снах по грязюці стільки ж, скільки й наяву. Коли настав час, хазяїн Медош послав дружину родити в Сараєво, де тоді жив його батько. Коли народився Тимотей і пані Катена повернулась у спальню свого чоловіка, можна було сподіватися, що його пристрасть до своячениці мине, як минають інші пристрасті в людському житті. Але зв'язок між хазяїном Медошем і його свояченицею Анастасією не перервався.</w:t>
      </w:r>
    </w:p>
    <w:p>
      <w:r>
        <w:br/>
        <w:t>Пані Катена була сильною та енергійною жінкою. Вона вирішила зробити рішучий крок і врятувати свою сім'ю. Одного вечора, коли Анастасія замовила устриці св. Якова з грибами, не знаючи, що пана Медоша немає в Которі, пані Катена замість устриць поставила на стіл чоловікову скриньку з фамільними пістолями. Наладувала їх і відверто сказала сестрі, нехай вибирає. Або негайно, ще цієї ж ночі поїде з Котора назавжди і залишить у спокої її родину, або вийде на світанку стрілятися на пістолях. Таке вже давно не було в моді, навіть у мій час, а тим паче в їхній, оті дуелі, навіть між чоловіками. Проте пані Катена вирішила розв'язати ту справу в поєдинку з рідною сестрою...</w:t>
      </w:r>
    </w:p>
    <w:p>
      <w:r>
        <w:br/>
        <w:t>Анастасія, дивлячись на Катену своїми гарними нерухомими очима, тихо спитала:</w:t>
      </w:r>
    </w:p>
    <w:p>
      <w:r>
        <w:br/>
        <w:t>– Чому ж на світанку?</w:t>
      </w:r>
    </w:p>
    <w:p>
      <w:r>
        <w:br/>
        <w:t>А тоді голосно додала:</w:t>
      </w:r>
    </w:p>
    <w:p>
      <w:r>
        <w:br/>
        <w:t>– Бери пістолі і негайно спускайся на берег!</w:t>
      </w:r>
    </w:p>
    <w:p>
      <w:r>
        <w:br/>
        <w:t>Я тоді вже була служницею Анастасії і, хоч не хоч, мусила йти з ними. Через "Браму для сміття" ми спустилися до моря. Встромили в землю між двома каменями на березі стару шаблю, котру мені звеліли взяти зі стіни в будинку, і повісили на неї ліхтар. Дув юго, ребристий холодно-гарячий вітер, і двічі гасив вогонь. Нічого не було видно, ані чути через дощ і шум хвиль. Вони взяли пістолети, обернулися спиною одна до одної й до ліхтаря, а я мусила рахувати, поки сестри не зробили по десять кроків. Вони мали право на два постріли, по черзі. Першою стріляла пані Катена і не влучила.</w:t>
      </w:r>
    </w:p>
    <w:p>
      <w:r>
        <w:br/>
        <w:t>– А тепер добре цілься, бо наступного разу я не промахнусь, – гукнула вона сестрі крізь вітер. Тоді Анастасія випросталась на увесь зріст і поволі спрямувала свою зброю на себе. Постояла так хвилинку, потім поцілувала свій пістоль в цівку й вистрелила в сестру. Вбила її на місці. Через отой поцілунок.</w:t>
      </w:r>
    </w:p>
    <w:p>
      <w:r>
        <w:br/>
        <w:t>Справу зам'яли, начебто стався нещасний випадок. Тіло ми перенесли в будинок і сказали, що пістоль вистрелив, коли пані чистила стару чоловікову зброю. Що там казати, господар Медош ледве все те пережив. Спершу йому наче мову відібрало, а потім він махнув рукою і мовив:</w:t>
      </w:r>
    </w:p>
    <w:p>
      <w:r>
        <w:br/>
        <w:t>– Злочин, скоєний тоді, коли дме юго, навіть суд карає вдвічі м'якшим покаранням.</w:t>
      </w:r>
    </w:p>
    <w:p>
      <w:r>
        <w:br/>
        <w:t>Мабуть, йому примарилося, що він молодий, чи що, тож він капітулював і помирився зі свояченицею. А що було робити? Ми обоє мовчали, і він і я, заради дитини. Бо після смерті Катени дитину взяла сестра покійної й залишилася жити в домі Врачена. Вона й виростила Тимотея. Коли вони виїхали з Котора, панна Анастасія повернулася до свого батька і хлопчика відвезла з собою. Вона була йому як мати. Жили вони разом в Італії, поки хлопець не підріс, і тоді хазяїн Медош забрав його до себе в Белґрад. Тимотею важко було пережити ту розлуку, гадаю, він ще й зараз страждає через те...</w:t>
      </w:r>
    </w:p>
    <w:p>
      <w:r>
        <w:br/>
        <w:t>Кажуть, – закінчила свою оповідь стара служниця, – що ненависть живих перетворюється на любов мертвих, а ненависть покійних – на любов живих. Не знаю. Але знаю, що для щастя треба мати дар, для щастя потрібен слух, як для співу чи танцю. Тому я думаю, що щастя передається у спадок і його можна заповісти.</w:t>
      </w:r>
    </w:p>
    <w:p>
      <w:r>
        <w:br/>
        <w:t>– Не зовсім так, – відрізала я, – щастя не успадковується, воно будується, цеглина за цеглиною. Зрештою, важливіше, як ти виглядаєш, ніж те, чи ти щаслива...</w:t>
      </w:r>
    </w:p>
    <w:p>
      <w:r>
        <w:br/>
        <w:t>3</w:t>
      </w:r>
    </w:p>
    <w:p>
      <w:r>
        <w:br/>
        <w:t>Наступного дня я знайшла в одній із шуфляд пару шовкових рукавичок. У одній з них була пляшечка з пахучою олійкою. На пляшечці було написано щось, чого я не розуміла: "Io ti sopravivro!"</w:t>
      </w:r>
    </w:p>
    <w:p>
      <w:r>
        <w:br/>
        <w:t>– "Я тебе переживу!" – переклала мені Селена напис на пляшечці. Понюхавши її, я зрозуміла, що це ті самі парфуми, якими пахнув Тимотей. Він і тітка Анастасія надавали перевагу одному й тому ж аромату. Я нічого йому не сказала. Та він зауважив:</w:t>
      </w:r>
    </w:p>
    <w:p>
      <w:r>
        <w:br/>
        <w:t>– Тітці напевно було б дуже приємно, якби моя дівчина приміряла її хутра й сукні. Вони зараз тут. Гадаю, тобі її речі чудово б пасували, бо ви маєте подібну статуру. Зрештою, це ми бачили ще в Парижі.</w:t>
      </w:r>
    </w:p>
    <w:p>
      <w:r>
        <w:br/>
        <w:t>Ось так ми почали порпатися в шафах по всьому тому старому домі. В ньому ще залишалося безліч прекрасних речей у благеньких скринях, які колишні власники, моряки, привозили з далеких мандрів. Блукаючи будинком, ми увесь час напотикалися на величезні комоди й оббиті залізом корабельні сейфи із дубровницькими замками. Одну з тих скринь, де було повно тітчиних речей, він привіз із собою з Італії до Парижа, а з Парижа сюди. Звідти він вийняв і запропонував мені одягти шубу з полярного лиса... Шуба підійшла мені бездоганно.</w:t>
      </w:r>
    </w:p>
    <w:p>
      <w:r>
        <w:br/>
        <w:t>– Вона твоя, – шепнув він і поцілував мене. Потім дарував мені браслети, десятки тітчиних мітенок і рукавичок, і перстені, що надягаються поверх рукавиці, з камінням кольору шкіри, мережива чи шовку.</w:t>
      </w:r>
    </w:p>
    <w:p>
      <w:r>
        <w:br/>
        <w:t>– Коли прийде час, отримаєш у дарунок і нові парфуми. Але ще не зараз.</w:t>
      </w:r>
    </w:p>
    <w:p>
      <w:r>
        <w:br/>
        <w:t>З Тимотеєм було дуже цікаво. Тут він почав демонструвати мені всілякі свої вміння. Навчив мене, як можна їсти двома ножами, навчив малювати стопи арабськими фарбами, а губи – чорним лаком. До біса мені личить. Почав мені давати уроки куховарства. В мене аж волосся стало дибки, коли він мене навчив готувати пивну юшку з кропом, зайця в порічковому соусі, і врешті устриці св. Якова з грибами. Я добросовісно всьому навчилася, та куховарити й далі доручала Селені. Він був трохи розчарований. Коли я якось запитала, де б я могла в Которі зробити зачіску, він посадив мене на диван, узяв виделку й ніж і вмить підстриг мене так, що зразу й узяв мене тут, на дивані, перш ніж я встигла глянути на себе в дзеркало. А з новим проділом, який він мені зробив, у дзеркалі я була викапана його тітка.</w:t>
      </w:r>
    </w:p>
    <w:p>
      <w:r>
        <w:br/>
        <w:t>– Кого це він тут насправді бере, мене чи свою тітку Анастасію? – спитала я сама себе.</w:t>
      </w:r>
    </w:p>
    <w:p>
      <w:r>
        <w:br/>
        <w:t>Найприємнішими були вечори, коли ліхтар з Тунісу, щойно його засвітиш, розстеляв барвистий перський килим на стелі, вечори, коли ми дивилися з душі, а чули з темряви. Ми сиділи в саду за будинком, на рівні другого поверху, мружилися в пітьмі та їли виноградарські персики, волохаті, немов тенісні м'ячики. Як вкусиш його, наче мишу гризонув за спинку. Тут, нагорі, у високій траві росли фрукти, лимон і дикий апельсин. Над нами змінювали одна одну ночі – кожна глибша й просторіша за попередню, а за стінами змішувалися хвилі, чоловічі й жіночі голоси. У кам'яному відлунні з міста до нас долинали звуки скла, металу й порцеляни.</w:t>
      </w:r>
    </w:p>
    <w:p>
      <w:r>
        <w:br/>
        <w:t>– Слухай, – казав мені Тимотей, – чоловічим голосом можна збезчестити жінку. Чуєш отой жіночий сміх?</w:t>
      </w:r>
    </w:p>
    <w:p>
      <w:r>
        <w:br/>
        <w:t>Я прислухалася. Сміх був гортанний, гарячий і набубнявілий, от-от лусне. І тут раптом хтозна-звідки, з верхнього Котора, в той жіночий сміх увірвався оксамитний чоловічий голос, прорвав його і позбавив цноти чи й запліднив, і жіночий сміх тієї ж миті завмер...</w:t>
      </w:r>
    </w:p>
    <w:p>
      <w:r>
        <w:br/>
        <w:t>Пам'ятаю, іншого разу, на Івана, коли час (як каже Тимотей) тричі спиняється, я крадькома роздивлялась його. Він лежав у ліжку й дивився на стелю, вистелену моїми барвистими спідницями, розгорнутими, наче віяла. І тоді я відчула, як він дивно став пахнути. Потім я бачила, як він голий прокрався в ніч, на спорожнілий берег, і увійшов у тепле море. Трохи поплававши, перевернувся на спину, розкинув руки й ноги, і з рота в нього висунувся величезний язик, яким він облизав ніс, як це роблять собаки. Лише тоді я помітила, що прутень у нього стоїть і, наче риба, раз за разом виринає з хвиль. І знову згадала, як він мене вчив, що можна ворожити на спогляданні чоловічого славня. Він лежав нерухомо в солоній морській воді і дозволяв припливу й хвилям легенько гойдати його статевий орган і, як жінка рукою, немов якась могутня коханка, вицідити сім'я. Врешті я побачила, як він викинув ікру в море й заснув на припливі, ніби на коханці...</w:t>
      </w:r>
    </w:p>
    <w:p>
      <w:r>
        <w:br/>
        <w:t>4</w:t>
      </w:r>
    </w:p>
    <w:p>
      <w:r>
        <w:br/>
        <w:t>Якось, заморившись блукати по дому, я мимохідь глянула на портрет пані Катени, матері Тимотея, і мені здалося, що він якось дивно позирає на мене. Дивніше, ніж перед тим. Були сутінки, коли на небі перемішуються птахи й кажани, юго зненацька вривався в кімнати й задирав краї покривал...</w:t>
      </w:r>
    </w:p>
    <w:p>
      <w:r>
        <w:br/>
        <w:t>Взагалі-то, в домі, точніше, між мною й Тимотеєм і далі була якась напруженість. Він і тут поводився так, наче познайомився зі мною в той день, коли я прийшла з гітарою дати йому перший урок музики. Наче колись у Греції я ногою не розстібала йому під столом штани.</w:t>
      </w:r>
    </w:p>
    <w:p>
      <w:r>
        <w:br/>
        <w:t>– З таким доведеться мені юшку виделкою їсти, – подумала я перелякано, – хіба може таке бути, що він мене не впізнав?</w:t>
      </w:r>
    </w:p>
    <w:p>
      <w:r>
        <w:br/>
        <w:t>– Ти мене любиш? – спитала я його.</w:t>
      </w:r>
    </w:p>
    <w:p>
      <w:r>
        <w:br/>
        <w:t>– Так.</w:t>
      </w:r>
    </w:p>
    <w:p>
      <w:r>
        <w:br/>
        <w:t>– Відколи? Чи ти пам'ятаєш, відколи? Зізнайся, що в Парижі ти подав оте оголошення, склавши його так, щоб колір волосся і все інше підходило до мене! Зізнайся, що потім ти вирізав оглошення з газети і сам його підкинув у мою поштову скриньку на вулиці Filles du Calvaire. Коли ти зізнаєшся, що знаєш, хто я?</w:t>
      </w:r>
    </w:p>
    <w:p>
      <w:r>
        <w:br/>
        <w:t>А він мені сказав:</w:t>
      </w:r>
    </w:p>
    <w:p>
      <w:r>
        <w:br/>
        <w:t>– Я навіть не знаю, хто я, а тим паче хто ти.</w:t>
      </w:r>
    </w:p>
    <w:p>
      <w:r>
        <w:br/>
        <w:t>– Ти той метелик, що викликає землетрус в чужому житті. Але я? Ти пам'ятаєш, хто я?</w:t>
      </w:r>
    </w:p>
    <w:p>
      <w:r>
        <w:br/>
        <w:t>Задивившись у воду під західною брамою Котора, він додав:</w:t>
      </w:r>
    </w:p>
    <w:p>
      <w:r>
        <w:br/>
        <w:t>– Ти й сама не знаєш, хто ти... А що стосується метелика, метелик значить дещо інше... Нині кінець світу настільки близький і настільки можливий, що будь-якої миті будь-який метелик може його спричинити... Та я тобі мушу дещо розповісти про кінець світу. Багато хто вважає, що кінець світу буде видно з будь-якого місця земної кулі. Треба зрозуміти, що це насправді значить. Якщо кінець світу можна бачити будь-де, це означає, що простір зникне. Отже, кінець настане тому, що час відокремиться від простору в тому сенсі, що всюди у світі простір буде зруйнований. Всюди залишиться лише безшумний час, вільний від простору.</w:t>
      </w:r>
    </w:p>
    <w:p>
      <w:r>
        <w:br/>
        <w:t>– Ну що ж, можна й так сказати, – вирвалось у мене.</w:t>
      </w:r>
    </w:p>
    <w:p>
      <w:r>
        <w:br/>
        <w:t>– Бачиш, я так не думаю. В древньому Ханаані поблизу храму був круглий жертовник, а навколо нього – сидіння. То були сидіння для того, щоб спостерігати кінець світу. З них судний день можна було бачити найкраще. Отже, вони чекали кінця світу в одній-єдиній точці. Для них то був кінець часу, а не простору. Бо якщо кінець світу можна бачити в одній-єдиній точці, це значить, що в тому випадку й на тому місці зникне саме час. Це кінець світу. Простір звільняється від часу.</w:t>
      </w:r>
    </w:p>
    <w:p>
      <w:r>
        <w:br/>
        <w:t>– Я про кохання, а ти про кінець світу.</w:t>
      </w:r>
    </w:p>
    <w:p>
      <w:r>
        <w:br/>
        <w:t>– Та я ж тобі про кохання й кажу. У серці немає простору, в душі немає часу...</w:t>
      </w:r>
    </w:p>
    <w:p>
      <w:r>
        <w:br/>
        <w:t>І показав мені гори над Котором.</w:t>
      </w:r>
    </w:p>
    <w:p>
      <w:r>
        <w:br/>
        <w:t>– Бачиш, – сказав він, – там, на горах, лежить сніг. І ти думаєш, що там сам лише сніг. Та це не так, там три сніги, і це навіть звідсіля можна ясно побачити й розрізнити. Один – минулорічний, другий, котрий видно під ним – позаторішній, а той, що нагорі, випав цього року. Сніг завжди білий, але кожного року він інший. Так і з коханням. Немає значення, скільки йому років, важливо те, чи воно змінюється чи ні. Якщо ти кажеш: моє кохання вже три роки таке саме, знай, що твоє кохання померло. Кохання живе лише доти, доки змінюється. Якщо перестане змінюватися, це кінець...</w:t>
      </w:r>
    </w:p>
    <w:p>
      <w:r>
        <w:br/>
        <w:t>Тоді я надумала дещо, що мене водночас і лякало, й нестримно приваблювало. Я сказала Селені, що завтра власноруч приготую на вечерю зайця в порічковому соусі. Служниця вражено на мене глянула, проте пішла й купила все, що потрібно. Перед вечерею я шепнула на вухо Тимотею, що означатиме заєць на столі для нашої постелі того вечора. І виконала обіцянку. З тих пір він уважно придивлявся до страв, які я йому готувала, і чекав вечора із сяючими очима. А одного ранку подарував мені повний човен квітів. Їхній аромат змішувався із запахом солі й моря.</w:t>
      </w:r>
    </w:p>
    <w:p>
      <w:r>
        <w:br/>
        <w:t>Минали дні, гарні й сонячні, ми купалися, їли смажену рибу, збирали мідій. Якось він поранив об край черепашки середній палець на лівій руці. Я висмоктала кров, і все минулося. Я їла смокви з його долоні, і вони пахли тими дивними парфумами. Вдихнувши той запах, я ніби почула, про що думає Тимотей. Нарешті зрозуміла – Тимотей продавав старий дім. А сама собі сказала:</w:t>
      </w:r>
    </w:p>
    <w:p>
      <w:r>
        <w:br/>
        <w:t>– Що то тебе обходить? Вдар виделкою об ложку та й співай! Важливий Тимотей, а не дім. Якщо це взагалі він.</w:t>
      </w:r>
    </w:p>
    <w:p>
      <w:r>
        <w:br/>
        <w:t>І аж захолола від такої думки.</w:t>
      </w:r>
    </w:p>
    <w:p>
      <w:r>
        <w:br/>
        <w:t>Коли він виходив з дому в тій чи іншій справі, я й далі блукала порожніми кімнатами. На дні тієї самої корабельної скрині знайшла бурштинову вервицю і старовинний корсет з чорного мережива. Він був гаптований золотом і тримався на скляних ґудзичках. Корсет його тітки, з монограмою "А", укріплений китовим вусом. Його можна було носити поверх трусиків або без них, а панчохи трималися на каучукових підв'язках. Я взяла його, вирішивши зробити Тимотею сюрприз.</w:t>
      </w:r>
    </w:p>
    <w:p>
      <w:r>
        <w:br/>
        <w:t>Того вечора я приготувала Тимотеєві устриці св. Якова з грибами, а після вечері взяла крапельку його парфумів "Я переживу тебе", помазавши ними зап'ястя і за вухами. Надворі дув юго, десь за кам'яною стіною захихотіла якась жінка. Крізь її сміх прорвався голос Тимотея. Він співав ту пісню, якої я його навчила, якщо він не знав її й раніше:</w:t>
      </w:r>
    </w:p>
    <w:p>
      <w:r>
        <w:br/>
        <w:t>У сорочці тихій завтрашніх порухів...</w:t>
      </w:r>
    </w:p>
    <w:p>
      <w:r>
        <w:br/>
        <w:t>Потім я почула, як він пішов чистити зуби медом. Коли він ліг у величезне жіноче ліжко, ліжко на три особи, я з'явилися в самому лише корсеті його тітки Анастасії. Він лежав голий, ми дивилися одне на одного, мов заворожені, прутень його був якимось чотиригранним і схожим на могутній ніс з двома хвацько закрученими вусами під ним. Я сіла на нього верхи, і коли моя пристрасть мала сягнути вершини, закинула голову назад й ледь не знепритомніла від жаху – переді мною в золотій рамі була його чорноволоса тітка Анастасія у своєму корсеті й зі смарагдовими сережками у вухах, щоправда, картина рухалася в любовному ритмі. То було дзеркало, що висіло над ліжком, і я себе в ньому не впізнала...</w:t>
      </w:r>
    </w:p>
    <w:p>
      <w:r>
        <w:br/>
        <w:t>Та вершина неодмінно настає, і ми не можемо її спинити, коли вона вже в дорозі.</w:t>
      </w:r>
    </w:p>
    <w:p>
      <w:r>
        <w:br/>
        <w:t>Тієї миті, коли він витриснув сім'я й запліднив мене, я вся посивіла, цілком перетворюючись на власних очах в іншу жінку на ім'я Катена, а чорнява красуня, Тимотеєва тітка Анастасія, назавжди зникла з дзеркала, з ліжка на три особи і з дійсності...</w:t>
      </w:r>
    </w:p>
    <w:p>
      <w:r>
        <w:br/>
        <w:t>Це було так, наче мене запліднила його мати.</w:t>
      </w:r>
    </w:p>
    <w:p>
      <w:r>
        <w:br/>
        <w:t>Переклала Наталка Чорпіта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Корсет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