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Корова кольорова</w:t>
      </w:r>
    </w:p>
    <w:p>
      <w:r>
        <w:br/>
        <w:t xml:space="preserve"> Корова кольорова паслася на лугах:&lt;br /&gt;</w:t>
        <w:br/>
        <w:t>На шиї — срібний дзвоник, віночок — на рогах.&lt;br /&gt;</w:t>
        <w:br/>
        <w:t>Збігалися до неї овечки і бички.&lt;br /&gt;</w:t>
        <w:br/>
        <w:t>Сміялися: "Дивіться, фіалкові боки&lt;br /&gt;</w:t>
        <w:br/>
        <w:t>У неі жовта спинка — ну просто сміхота&lt;br /&gt;</w:t>
        <w:br/>
        <w:t>Ще й китичка рожева на кінчику хвоста.&lt;br /&gt;</w:t>
        <w:br/>
        <w:t>"Ви. друзі, не дивуйтесь і таких, як я, корів. —&lt;br /&gt;</w:t>
        <w:br/>
        <w:t>На світі так багато чудесних кольорів&lt;br /&gt;</w:t>
        <w:br/>
        <w:t>Яке рожеве небо і голуба трава!&lt;br /&gt;</w:t>
        <w:br/>
        <w:t>Ще й не такі, повірте, трапляються дива!".&lt;br /&gt;</w:t>
        <w:br/>
        <w:t>Така була корова з ромашковим вінком —&lt;br /&gt;</w:t>
        <w:br/>
        <w:t>Всіх друзів пригощала солодким молочком.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Корова кольорова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