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Короткі вірші</w:t>
      </w:r>
    </w:p>
    <w:p>
      <w:r>
        <w:br/>
        <w:t xml:space="preserve"> * * *</w:t>
      </w:r>
    </w:p>
    <w:p>
      <w:r>
        <w:br/>
        <w:t>Хоч я великим став, а дні в тісноті трачу.&lt;br /&gt;</w:t>
        <w:br/>
        <w:t>Зросла ціна моя, а покупців не бачу.</w:t>
      </w:r>
    </w:p>
    <w:p>
      <w:r>
        <w:br/>
        <w:t>* * *</w:t>
      </w:r>
    </w:p>
    <w:p>
      <w:r>
        <w:br/>
        <w:t>Коли забагатієш, то простягни до друзів&lt;br /&gt;</w:t>
        <w:br/>
        <w:t>Із щедрими дарами, із частуванням руки.&lt;br /&gt;</w:t>
        <w:br/>
        <w:t>А спобіжить нещастя, не виявляй нікому,&lt;br /&gt;</w:t>
        <w:br/>
        <w:t>Нехай безмовно жовкне твоє лице від муки.</w:t>
      </w:r>
    </w:p>
    <w:p>
      <w:r>
        <w:br/>
        <w:t>* * *</w:t>
      </w:r>
    </w:p>
    <w:p>
      <w:r>
        <w:br/>
        <w:t>Найвищої мети я прагну і жадаю,&lt;br /&gt;</w:t>
        <w:br/>
        <w:t>Ніколи вниз мій дух не спуститься й на мить:&lt;br /&gt;</w:t>
        <w:br/>
        <w:t>Або дістануся жаданої верхівлі,&lt;br /&gt;</w:t>
        <w:br/>
        <w:t>Або хай смерть мене на цім шляху приспить.</w:t>
      </w:r>
    </w:p>
    <w:p>
      <w:r>
        <w:br/>
        <w:t>* * *</w:t>
      </w:r>
    </w:p>
    <w:p>
      <w:r>
        <w:br/>
        <w:t>Не метушись, бо всюди живе твоя душа,&lt;br /&gt;</w:t>
        <w:br/>
        <w:t>Вперед, до благ найвищих — таке у неї гасло.</w:t>
      </w:r>
    </w:p>
    <w:p>
      <w:r>
        <w:br/>
        <w:t>Душа — скляна судина, наука — світло в ній,&lt;br /&gt;</w:t>
        <w:br/>
        <w:t>А нашу людську мудрість вважатимем за масло.</w:t>
      </w:r>
    </w:p>
    <w:p>
      <w:r>
        <w:br/>
        <w:t>Воістину, живеш ти на грані небуття&lt;br /&gt;</w:t>
        <w:br/>
        <w:t>Лише хвилину, поки те світло не погасло.</w:t>
      </w:r>
    </w:p>
    <w:p>
      <w:r>
        <w:br/>
        <w:t>* * *</w:t>
      </w:r>
    </w:p>
    <w:p>
      <w:r>
        <w:br/>
        <w:t>Що за людці! Так заздрять на мій хист,&lt;br /&gt;</w:t>
        <w:br/>
        <w:t>Що заочі кленуть мене повсюди.</w:t>
      </w:r>
    </w:p>
    <w:p>
      <w:r>
        <w:br/>
        <w:t>Знання, освіта, розум мій — для них&lt;br /&gt;</w:t>
        <w:br/>
        <w:t>Лиш зачіпка для лайки та огуди.</w:t>
      </w:r>
    </w:p>
    <w:p>
      <w:r>
        <w:br/>
        <w:t>Як дикий цап рогами скелю б'є,&lt;br /&gt;</w:t>
        <w:br/>
        <w:t>Так і мені ці докучають люди.</w:t>
      </w:r>
    </w:p>
    <w:p>
      <w:r>
        <w:br/>
        <w:t>Та юнака, що став на певний шлях,&lt;br /&gt;</w:t>
        <w:br/>
        <w:t>Не устрашать пусті їх пересуди.</w:t>
      </w:r>
    </w:p>
    <w:p>
      <w:r>
        <w:br/>
        <w:t>* * *</w:t>
      </w:r>
    </w:p>
    <w:p>
      <w:r>
        <w:br/>
        <w:t>Вони прощення просять моїм гріхам, бо в серці&lt;br /&gt;</w:t>
        <w:br/>
        <w:t>Таять передо мною і острах, і докір.</w:t>
      </w:r>
    </w:p>
    <w:p>
      <w:r>
        <w:br/>
        <w:t>Як од страшного звіра, копають ями, хрипко,&lt;br /&gt;</w:t>
        <w:br/>
        <w:t>Як пси, на мене брешуть, бо я ж і є той звір.</w:t>
      </w:r>
    </w:p>
    <w:p>
      <w:r>
        <w:br/>
        <w:t>Коли встають уранці, на мене зирять косо,&lt;br /&gt;</w:t>
        <w:br/>
        <w:t>Що я всю ніч працюю, томлю і думку, й зір.</w:t>
      </w:r>
    </w:p>
    <w:p>
      <w:r>
        <w:br/>
        <w:t>Якби вони по правді, без заздрості судили,&lt;br /&gt;</w:t>
        <w:br/>
        <w:t>То, певно б, не зганьбили мій труд, мій добротвір.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Короткі вірші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