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Королик і Відмідь</w:t>
      </w:r>
    </w:p>
    <w:p>
      <w:r>
        <w:br/>
        <w:t xml:space="preserve"> &lt;p&gt;Ішов Ведмідь з Вовком по лісі, аж ось зацвірінькала якась пташка у корчах. Підійшли ближче, а маленька пташка з задертим хвостиком скаче по гілках й цвірінькає.</w:t>
      </w:r>
    </w:p>
    <w:p>
      <w:r>
        <w:br/>
        <w:t>— Вовчику-братику, а що це за пташка так гарно співає? — запитав Ведмідь.</w:t>
      </w:r>
    </w:p>
    <w:p>
      <w:r>
        <w:br/>
        <w:t>— Цить, Ведмедю, це Королик! — шепнув Вовк.</w:t>
      </w:r>
    </w:p>
    <w:p>
      <w:r>
        <w:br/>
        <w:t>— Королик? — прошепотів і собі переляканий Ведмідь.— Ой, то в такім разі треба йому поклонитися?</w:t>
      </w:r>
    </w:p>
    <w:p>
      <w:r>
        <w:br/>
        <w:t>— Авжеж,— каже Вовк, і обоє поклонилися Короликові аж до самої землі. А Королик навіть не дивиться на них, скаче собі з гілки на гілку, цвірінькає та все задертим хвостом махає.</w:t>
      </w:r>
    </w:p>
    <w:p>
      <w:r>
        <w:br/>
        <w:t>— Чи бач, яке мале, а яке горде! — бурчить Ведмідь.— Навіть не гляне на нас! Цікаво б було хоч раз заглянути, як там у нього в палаті.</w:t>
      </w:r>
    </w:p>
    <w:p>
      <w:r>
        <w:br/>
        <w:t>— Не знаю, як воно буде, — мовив Вовк.— Я хоч і знаю, де його палата, але заглядати до неї ніколи не посмів.</w:t>
      </w:r>
    </w:p>
    <w:p>
      <w:r>
        <w:br/>
        <w:t>— А що, страшно хіба?</w:t>
      </w:r>
    </w:p>
    <w:p>
      <w:r>
        <w:br/>
        <w:t>— Страшно не страшно, а так якось не випадало.</w:t>
      </w:r>
    </w:p>
    <w:p>
      <w:r>
        <w:br/>
        <w:t>— Ну, ходім, я загляну! — промовив Ведмідь.</w:t>
      </w:r>
    </w:p>
    <w:p>
      <w:r>
        <w:br/>
        <w:t>Прийшли до дупла, де було Короликове гніздо, та тільки що Ведмідь хотів заглянути досередини, аж тут Вовк — сіп його за полу.</w:t>
      </w:r>
    </w:p>
    <w:p>
      <w:r>
        <w:br/>
        <w:t>— Ведмедю,— прошепотів,— стій!</w:t>
      </w:r>
    </w:p>
    <w:p>
      <w:r>
        <w:br/>
        <w:t>— А що там таке?</w:t>
      </w:r>
    </w:p>
    <w:p>
      <w:r>
        <w:br/>
        <w:t>— Не бачиш, он Королик прилетів! А от і його Королева. Незручно нам заглядати при них.</w:t>
      </w:r>
    </w:p>
    <w:p>
      <w:r>
        <w:br/>
        <w:t>Ведмідь відійшов з Вовком у кущі, а Королик і його дружина влетіли до свого дупла, щоб нагодувати малят. Коли вони повилітали, до дупла наблизився Ведмідь і заглянув досередини.</w:t>
      </w:r>
    </w:p>
    <w:p>
      <w:r>
        <w:br/>
        <w:t>В дуплі було, як у дуплі: прогниле дерево, трохи пір'я настелено, а на пір'ї п'ятеро маленьких Короленят.</w:t>
      </w:r>
    </w:p>
    <w:p>
      <w:r>
        <w:br/>
        <w:t>— Ну, хіба це королівська палата! — скрикнув Ведмідь.— Та це якась нора! А оці писклята хіба королівські діти? Тьху, та й погані ж, приблуди!</w:t>
      </w:r>
    </w:p>
    <w:p>
      <w:r>
        <w:br/>
        <w:t>І, сплюнувши сильно, Ведмідь хотів іти собі геть, аж тут маленькі Королики як запищать у гнізді:</w:t>
      </w:r>
    </w:p>
    <w:p>
      <w:r>
        <w:br/>
        <w:t>— Го, го, пане Ведмедю! То ти на нас плюєш? За цю образу ти мусиш нам тяжко відповісти.</w:t>
      </w:r>
    </w:p>
    <w:p>
      <w:r>
        <w:br/>
        <w:t>Ведмедеві аж мороз пішов поза шкірою від того крику. Він як міг швидше, побіг від того поганого дупла, забіг у свою яму, сів там та сидить. А малі Королики в гнізді як</w:t>
      </w:r>
    </w:p>
    <w:p>
      <w:r>
        <w:br/>
        <w:t>розкричалися, то вже кричали невгаваючи, поки батько й мати не прилетіли.</w:t>
      </w:r>
    </w:p>
    <w:p>
      <w:r>
        <w:br/>
        <w:t>— Що тут таке? Що сталося? — питають старі й подають дітям то мушку, то хробачка, що хто назбирав.</w:t>
      </w:r>
    </w:p>
    <w:p>
      <w:r>
        <w:br/>
        <w:t>— Не хочемо мушок! Не хочемо хробачків!</w:t>
      </w:r>
    </w:p>
    <w:p>
      <w:r>
        <w:br/>
        <w:t>— Та що вам таке сталось? — допитують старі.</w:t>
      </w:r>
    </w:p>
    <w:p>
      <w:r>
        <w:br/>
        <w:t>— Був тут Ведмідь і назвав нас приблудами, ще й наплював у наше гніздо,— кажуть малі Королики.</w:t>
      </w:r>
    </w:p>
    <w:p>
      <w:r>
        <w:br/>
        <w:t>— Невже! — крикнув старий Королик і, не довго думаючи, знявся та й полетів до Ведмежого житла.</w:t>
      </w:r>
    </w:p>
    <w:p>
      <w:r>
        <w:br/>
        <w:t>— Ти, старий Бурмило,— мовив він, сівши на гілляці над Ведмедевою головою,— що ти собі думаєш? З якої причини ти моїх дітей приблудами прозиваєш, ще й у гніздо моє плюєш? Будеш мені за це відповідати! Завтра вдосвіта ставай зо мною до кривавої війни.</w:t>
      </w:r>
    </w:p>
    <w:p>
      <w:r>
        <w:br/>
        <w:t>Що мав Ведмідь робити? Війна, то війна. Пішов кликати собі всіх звірів на підмогу: Вовка, Кабана, Лиса, Борсука, Сарну, Зайця, всіх, хто тільки бігає по лісі на чотирьох ногах. А Королик і собі поскликав усю пташню, а ще більше лісової дрібноти: Мух, Чмелів, Шершнів, Комарів — і наказав їм лагодитися на завтра до великої війни.</w:t>
      </w:r>
    </w:p>
    <w:p>
      <w:r>
        <w:br/>
        <w:t>— Слухайте,— каже Королик,— треба нам когось послати на розвідку до ворожого табору, щоб ми знали, хто в них генерал і який в них бойовий клич.</w:t>
      </w:r>
    </w:p>
    <w:p>
      <w:r>
        <w:br/>
        <w:t>Рада ухвалила вислати Комара, бо він найменший і найхитріший. Полетів Комар до Ведмежого табору, а там саме нарада розпочинається.</w:t>
      </w:r>
    </w:p>
    <w:p>
      <w:r>
        <w:br/>
        <w:t>— Що нам починати? — говорить Ведмідь.— Ти, Лисе, найхитріший між усіма звірами, ти нам будь за генерала.</w:t>
      </w:r>
    </w:p>
    <w:p>
      <w:r>
        <w:br/>
        <w:t>— Добре,— говорить Лис.— Бачите, якби то зі звірами була справа, то нам би найліпше мати Ведмедя за генерала, але цим разом нам треба мати діло з тією крилатою дрібнотою, то, може, я вам тут більше допоможу. Бо тут головна річ — око бистре і розум хитрий. Слухайте ж, який у мене план. Вороже військо буде літати в повітрі. Але нам про нього байдуже. Ходімо просто до Короликового гнізда й заберемо у неволю його дітей. Як тільки їх будемо мати в руках, то присилуємо старого Королика, щоб закінчив війну і піддався нам, і тоді ми виграємо.</w:t>
      </w:r>
    </w:p>
    <w:p>
      <w:r>
        <w:br/>
        <w:t>— Добре, добре! — закричали всі звірі.</w:t>
      </w:r>
    </w:p>
    <w:p>
      <w:r>
        <w:br/>
        <w:t>— Значить,— говорить далі Лис,— треба нам іти густою лавою, держатися купи, бо там у ворога є й Орли, і Шуліки, і всяка птиця; як будемо йти врозбрід, вони готові нам очі повикльовувати. А разом буде безпечніше.</w:t>
      </w:r>
    </w:p>
    <w:p>
      <w:r>
        <w:br/>
        <w:t>— Правда, правда,— крикнув заєць, у якого від самої згадки про Орлів аж ноги затрусилися.</w:t>
      </w:r>
    </w:p>
    <w:p>
      <w:r>
        <w:br/>
        <w:t>— Я буду йти попереду, а ви всі за мною,— каже далі Лис.— Бачите мій хвіст — це буде у нас бойовий прапор. Усі пильно дивіться на мій хвіст. Поки я його буду держати просто догори, то, значить, можна йти сміливо. Як я запримічу якусь засідку, то зараз схилю хвоста трохи нижче; то знак для вас, що треба йти трохи помаліше й обережніше. А коли вже зовсім біда буде, тоді підібгаю хвіст між ноги, а ви всі тоді втікайте щодуху.</w:t>
      </w:r>
    </w:p>
    <w:p>
      <w:r>
        <w:br/>
        <w:t>— Славно, славно! — закричали всі звірі й дуже вихваляли Лисову розсудливість. Комар, вислухавши весь той премудрий план, полетів до Королика і розповів йому все докладно.</w:t>
      </w:r>
    </w:p>
    <w:p>
      <w:r>
        <w:br/>
        <w:t>На другий день чуть світ зібралися звірі в похід. Земля дрижить, гілля тріщить, рев, крик та писк по лісі, аж страх пробирає. А з другого боку птахи почали злітатися: повітря шумить, листя з дерев сиплеться, крик, гамір, крякання. Густою лавою йдуть звірі просто до Короликового гнізда; густою хмарою літає понад ними пташня, але не може їх спинити. Та старий Королик про це не дбає. Побачивши Лиса, як він гордо марширує попереду війська з хвостом, мов свічка, піднятим угору, він гукнув Шершня й каже до нього:</w:t>
      </w:r>
    </w:p>
    <w:p>
      <w:r>
        <w:br/>
        <w:t>— Слухай, небоже! Бачиш ти он того Лиса? Це ворожий генерал. Лети щодуху, сядь йому на живіт і жали, що маєш сили.</w:t>
      </w:r>
    </w:p>
    <w:p>
      <w:r>
        <w:br/>
        <w:t>Шершень полетів, та й просто Лисові на живіт. Почув Лис, що щось там лазить у нього по животі; от-от би хвостом одігнав, але ні, його хвіст зараз — бойовий прапор, не можна! Аж тут Шершень як шпигне Лиса в саме болюче місце!</w:t>
      </w:r>
    </w:p>
    <w:p>
      <w:r>
        <w:br/>
        <w:t>— Ой лишенько! — скрикнув Лис і спустив хвіст наполовину.</w:t>
      </w:r>
    </w:p>
    <w:p>
      <w:r>
        <w:br/>
        <w:t>— Що там? Що там? — загомоніли звірі.</w:t>
      </w:r>
    </w:p>
    <w:p>
      <w:r>
        <w:br/>
        <w:t>— Мабуть... якась... засідка,— пробубонів Лис, а сам аж зуби зціпив з болю.</w:t>
      </w:r>
    </w:p>
    <w:p>
      <w:r>
        <w:br/>
        <w:t>— Засідка, засідка! — пішов голос поміж звірами.— Обережно, бо засідка.</w:t>
      </w:r>
    </w:p>
    <w:p>
      <w:r>
        <w:br/>
        <w:t>Але в цей час Шершень як вжалить Лиса щосили! Лис як завиє з болю, як підскочить угору, підібгав хвіст поміж ноги та ходу! А звірі вже не питали, що там сталося а з переполоху кинулися тікати, куди хто міг, одні через других. А Птахи, Оси, Комарі, Шершні за ними, на них, б'ють згори, клюють, рвуть, кусають. Страшний був бій! Звірі, які не загинули, порозбігалися й поховалися по ямках, а Королик зі своїми птахами та комахами одержав велику перемогу.</w:t>
      </w:r>
    </w:p>
    <w:p>
      <w:r>
        <w:br/>
        <w:t>Радісно прилітає Королик до свого гнізда й говорить до дітей:</w:t>
      </w:r>
    </w:p>
    <w:p>
      <w:r>
        <w:br/>
        <w:t>— Ну, діти, тепер можете їсти, бо ми одержали знамениту перемогу над звірами.</w:t>
      </w:r>
    </w:p>
    <w:p>
      <w:r>
        <w:br/>
        <w:t>— Ні, — говорять Короленята, — не будемо їсти, поки Ведмідь не прийде сюди й не попрохає пробачення.</w:t>
      </w:r>
    </w:p>
    <w:p>
      <w:r>
        <w:br/>
        <w:t>Що. було робити? Полетів Королик до Ведмедевої ями, сів на гілляці над його головою та й говорить:</w:t>
      </w:r>
    </w:p>
    <w:p>
      <w:r>
        <w:br/>
        <w:t>— Ну, Бурмило, а будеш воюватися з Короликом, га?</w:t>
      </w:r>
    </w:p>
    <w:p>
      <w:r>
        <w:br/>
        <w:t>А Ведмедя, що в війську йшов із самого заду, під час переполоху добре-таки Кабани, Сарни та Олені ратицями попід ребра потолочили, так що він лежав та тільки охав.</w:t>
      </w:r>
    </w:p>
    <w:p>
      <w:r>
        <w:br/>
        <w:t>— Іди, дай мені спокій,— буркнув він.— І десятому закажу, щоби з тобою не зачіпався.</w:t>
      </w:r>
    </w:p>
    <w:p>
      <w:r>
        <w:br/>
        <w:t>— Ні, друже, цього не досить,— мовив Королик.— Ти повинен піти до мойого дупла й попросити пробачення у моїх дітей, бо інакше тобі ще гірше лихо буде.</w:t>
      </w:r>
    </w:p>
    <w:p>
      <w:r>
        <w:br/>
        <w:t>Мусив Ведмідь іти й просити в Короленят пробачення.</w:t>
      </w:r>
    </w:p>
    <w:p>
      <w:r>
        <w:br/>
        <w:t>Аж тоді Короленята задовольнилися й почали знов їсти та пити.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Королик і Відмідь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