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Король Лір і його дочки</w:t>
      </w:r>
    </w:p>
    <w:p>
      <w:r>
        <w:br/>
        <w:t xml:space="preserve"> Та надаремно й того він благав,&lt;br /&gt;</w:t>
        <w:br/>
        <w:t>Чого і жебракам ніхто не відмовляє.&lt;br /&gt;</w:t>
        <w:br/>
        <w:t>"Не хтів за першим разом те принять,&lt;br /&gt;</w:t>
        <w:br/>
        <w:t>Тепер і доступу до мене вже немає!"&lt;br /&gt;</w:t>
        <w:br/>
        <w:t>Так обі донечки по двічі&lt;br /&gt;</w:t>
        <w:br/>
        <w:t>Його відправили без жодного пардону;&lt;br /&gt;</w:t>
        <w:br/>
        <w:t>Жебрацький кий узяв у руки той,&lt;br /&gt;</w:t>
        <w:br/>
        <w:t>Що королівськую носив корону.&lt;br /&gt;</w:t>
        <w:br/>
        <w:t>Тоді про наймолодшої дочки&lt;br /&gt;</w:t>
        <w:br/>
        <w:t>Слова згадав і заповіт гарячий:&lt;br /&gt;</w:t>
        <w:br/>
        <w:t>Завсіди буть послушною йому&lt;br /&gt;</w:t>
        <w:br/>
        <w:t>І сповняти вірно довг дитячий.&lt;br /&gt;</w:t>
        <w:br/>
        <w:t>Та він не важився тікать до неї,&lt;br /&gt;</w:t>
        <w:br/>
        <w:t>Бо королівства мучило похмілля,&lt;br /&gt;</w:t>
        <w:br/>
        <w:t>Що він ганебно так прогнав її,&lt;br /&gt;</w:t>
        <w:br/>
        <w:t>— Й перемогло його, нарешті, божевілля.&lt;br /&gt;</w:t>
        <w:br/>
        <w:t>На голові сніжне волосся рвав,&lt;br /&gt;</w:t>
        <w:br/>
        <w:t>І в груди бивсь, і дер лице до крові,&lt;br /&gt;</w:t>
        <w:br/>
        <w:t>І на дочок він помсту визирав&lt;br /&gt;</w:t>
        <w:br/>
        <w:t>За брак у них дитячої любові.&lt;br /&gt;</w:t>
        <w:br/>
        <w:t>Долинам, горам, рікам виливав&lt;br /&gt;</w:t>
        <w:br/>
        <w:t>Палкії про невдячність їх промови&lt;br /&gt;</w:t>
        <w:br/>
        <w:t>, Аж ріки, гори та твердії скали&lt;br /&gt;</w:t>
        <w:br/>
        <w:t>З ним разом, бачилось, ридали і зітхали.&lt;br /&gt;</w:t>
        <w:br/>
        <w:t>Нарешті хворого в тяжкій знесилі&lt;br /&gt;</w:t>
        <w:br/>
        <w:t>Його до Франції прихильні завезли&lt;br /&gt;</w:t>
        <w:br/>
        <w:t>Й тут у Корделії та короля&lt;br /&gt;</w:t>
        <w:br/>
        <w:t>І захист, і підмогу ще знайшли.&lt;br /&gt;</w:t>
        <w:br/>
        <w:t>Дочка, як лиш про горе батька вчула,&lt;br /&gt;</w:t>
        <w:br/>
        <w:t>Сей час йому з підмогою прийшла,&lt;br /&gt;</w:t>
        <w:br/>
        <w:t>Свою зневагу давнюю забула,&lt;br /&gt;</w:t>
        <w:br/>
        <w:t>Йому потіху й радість принесла.&lt;br /&gt;</w:t>
        <w:br/>
        <w:t>На Аганіппа королівський двір&lt;br /&gt;</w:t>
        <w:br/>
        <w:t>Його ввела рицарськая дружина,&lt;br /&gt;</w:t>
        <w:br/>
        <w:t>А перед короля за руку привела&lt;br /&gt;</w:t>
        <w:br/>
        <w:t>Його найменша, вірная дитина.&lt;br /&gt;</w:t>
        <w:br/>
        <w:t>І ласкаво прийняв його король,&lt;br /&gt;</w:t>
        <w:br/>
        <w:t>Велів кликнуть по краю всіх охочих,&lt;br /&gt;</w:t>
        <w:br/>
        <w:t>Хто для відзискання держави Лірові&lt;br /&gt;</w:t>
        <w:br/>
        <w:t>Підняться хоче до помочи.&lt;br /&gt;</w:t>
        <w:br/>
        <w:t>В товаристві Корделії вернув&lt;br /&gt;</w:t>
        <w:br/>
        <w:t>Король до Англії з дочками воювати,&lt;br /&gt;</w:t>
        <w:br/>
        <w:t>І вспів собі в невдовгім часі&lt;br /&gt;</w:t>
        <w:br/>
        <w:t>Їх із престолів та столиць прогнати.&lt;br /&gt;</w:t>
        <w:br/>
        <w:t>І Лір прийняв на старості своїй&lt;br /&gt;</w:t>
        <w:br/>
        <w:t>Знов королівськую корону,&lt;br /&gt;</w:t>
        <w:br/>
        <w:t>Та в одній битві замордовано&lt;br /&gt;</w:t>
        <w:br/>
        <w:t>Корделію, його потіху й оборону.&lt;br /&gt;</w:t>
        <w:br/>
        <w:t>Та скоро про ту передчасну смерть&lt;br /&gt;</w:t>
        <w:br/>
        <w:t>Корделії до нього вість прийшла,&lt;br /&gt;</w:t>
        <w:br/>
        <w:t>Що в нерозважнім запалі за нього&lt;br /&gt;</w:t>
        <w:br/>
        <w:t>Сама у бій пішла,&lt;br /&gt;</w:t>
        <w:br/>
        <w:t>Впав непритомний і оглушений&lt;br /&gt;</w:t>
        <w:br/>
        <w:t>На її груди білі&lt;br /&gt;</w:t>
        <w:br/>
        <w:t>І вмер з тяжким зітханням&lt;br /&gt;</w:t>
        <w:br/>
        <w:t>Тої самої хвилі.&lt;br /&gt;</w:t>
        <w:br/>
        <w:t>Вельможі краю серед жалощів&lt;br /&gt;</w:t>
        <w:br/>
        <w:t>На тіла обоїх гляділи&lt;br /&gt;</w:t>
        <w:br/>
        <w:t>І обох сестер одноголосно&lt;br /&gt;</w:t>
        <w:br/>
        <w:t>На кару смерті засудили.&lt;br /&gt;</w:t>
        <w:br/>
        <w:t>Хто там запанував по них,&lt;br /&gt;</w:t>
        <w:br/>
        <w:t>У хроніці читайте,&lt;br /&gt;</w:t>
        <w:br/>
        <w:t>А повість про дитячую невдячність&lt;br /&gt;</w:t>
        <w:br/>
        <w:t>Собі запам'ятайте!&lt;br /&gt;</w:t>
        <w:br/>
        <w:t>(Переклад Івана Франка)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Король Лір і його дочки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