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Колискова</w:t>
      </w:r>
    </w:p>
    <w:p>
      <w:r>
        <w:br/>
        <w:t xml:space="preserve"> спи моя кохана засинай&lt;br /&gt;</w:t>
        <w:br/>
        <w:t>все минеться навіть ніч минеться&lt;br /&gt;</w:t>
        <w:br/>
        <w:t>голосом пролившись через край&lt;br /&gt;</w:t>
        <w:br/>
        <w:t>тінь моя до тебе доторкнеться</w:t>
      </w:r>
    </w:p>
    <w:p>
      <w:r>
        <w:br/>
        <w:t>пригорнувшись втомленим крилом&lt;br /&gt;</w:t>
        <w:br/>
        <w:t>до твоїх ласкавих оченяток&lt;br /&gt;</w:t>
        <w:br/>
        <w:t>тінь моя освячена теплом&lt;br /&gt;</w:t>
        <w:br/>
        <w:t>буде біля тебе засинати</w:t>
      </w:r>
    </w:p>
    <w:p>
      <w:r>
        <w:br/>
        <w:t>будуть кучерявитись зірки&lt;br /&gt;</w:t>
        <w:br/>
        <w:t>і моя ласкава колискова&lt;br /&gt;</w:t>
        <w:br/>
        <w:t>то відпустить то пригорне знову&lt;br /&gt;</w:t>
        <w:br/>
        <w:t>і не відпускатиме віки</w:t>
      </w:r>
    </w:p>
    <w:p>
      <w:r>
        <w:br/>
        <w:t>неймовірно легко уночі&lt;br /&gt;</w:t>
        <w:br/>
        <w:t>жити нам що цілий світ забули&lt;br /&gt;</w:t>
        <w:br/>
        <w:t>спить кохана на моїм плечі&lt;br /&gt;</w:t>
        <w:br/>
        <w:t>заздрить бог так солодко заснула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Колискова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