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помру — прийдіть до мене, люди...</w:t>
      </w:r>
    </w:p>
    <w:p>
      <w:r>
        <w:br/>
        <w:t xml:space="preserve"> Коли помру — прийдіть до мене, люди,&lt;br /&gt;</w:t>
        <w:br/>
        <w:t>Свічки прощання мовчки запаліть.&lt;br /&gt;</w:t>
        <w:br/>
        <w:t>По мені безліч днів щасливих буде&lt;br /&gt;</w:t>
        <w:br/>
        <w:t>І неповторних веселкових днів.</w:t>
      </w:r>
    </w:p>
    <w:p>
      <w:r>
        <w:br/>
        <w:t>Шуміти будуть грози голосисті&lt;br /&gt;</w:t>
        <w:br/>
        <w:t>І маків цвіт втішатиме дівчат.&lt;br /&gt;</w:t>
        <w:br/>
        <w:t>В світанкових свіжих, росяних і чистих,&lt;br /&gt;</w:t>
        <w:br/>
        <w:t>Нераз горласті півні прокричать.</w:t>
      </w:r>
    </w:p>
    <w:p>
      <w:r>
        <w:br/>
        <w:t>Джерел вода людську вгамує спрагу,&lt;br /&gt;</w:t>
        <w:br/>
        <w:t>Торкнеться мрія віщого крила.&lt;br /&gt;</w:t>
        <w:br/>
        <w:t>А я, сумний, по той бік буду прагнуть,&lt;br /&gt;</w:t>
        <w:br/>
        <w:t>Щоб Україна вічною була.</w:t>
      </w:r>
    </w:p>
    <w:p>
      <w:r>
        <w:br/>
        <w:t>Щоби у світі жити було любо,&lt;br /&gt;</w:t>
        <w:br/>
        <w:t>Рясніла плодом яблунева віть...&lt;br /&gt;</w:t>
        <w:br/>
        <w:t>...Коли помру — прийдіть до мене, люди,&lt;br /&gt;</w:t>
        <w:br/>
        <w:t>І на прощання свічі запаліть.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помру — прийдіть до мене, люди...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