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Книги битія українського народу</w:t>
      </w:r>
    </w:p>
    <w:p>
      <w:r>
        <w:br/>
        <w:t xml:space="preserve"> &lt;p&gt;МИКОЛА КОСТОМАРОВ</w:t>
      </w:r>
    </w:p>
    <w:p>
      <w:r>
        <w:br/>
        <w:t>(1817-1885)</w:t>
      </w:r>
    </w:p>
    <w:p>
      <w:r>
        <w:br/>
        <w:t>Микола Костомаров — український історик, письменник, публіцист, один із засновників Кирило-Мефодіївського братства.</w:t>
      </w:r>
    </w:p>
    <w:p>
      <w:r>
        <w:br/>
        <w:t>"Книги Битія..." — один з найяскравіших документів української думки XIX ст., задумані і написані як програма Кирило-Мефодіївського братства, став своєрідним Маніфестом відродженого в XIX ст. українства. Твір знайдений в 1917 р. в жандармських архівах Петрограда. Вперше опублікований у 1921 р. в журналі "Наше минуле", звідки його в 1921 р. передрукував Михайло Возняк у своїй книзі "Кирило-Мефодіївське Братство".</w:t>
      </w:r>
    </w:p>
    <w:p>
      <w:r>
        <w:br/>
        <w:t>КНИГИ БИТІЯ УКРАЇНСЬКОГО НАРОДУ</w:t>
      </w:r>
    </w:p>
    <w:p>
      <w:r>
        <w:br/>
        <w:t>1. Бог создав світ: небо і землю, і населив усякими тварями, і поставив над усею твар'ю чоловіка, і казав йому плодитися і множитися, і постановив, щоб род чоловічеський поділився на коліна і племена, а кожному колінові і племену даровав край жити, щоб кожне коліно і кожне племено шукало Бога, котрий од чоловіка недалеко, і поклонялись би Йому всі люди, і віровали в Його, і любили б Його, і були й усі щасливі.</w:t>
      </w:r>
    </w:p>
    <w:p>
      <w:r>
        <w:br/>
        <w:t>2. Але род чоловічий забув Бога і оддався дияволу, а кожне племено вимислило собі богів, а в кожному племені народи повидумувала собі богів, і стали за тих богів биться, і почала земля поливатиси кров'ю і усіватися попелом і костями, і на всім світі сталось горе, і біднота, і хороба, і нещастя, і незгода.</w:t>
      </w:r>
    </w:p>
    <w:p>
      <w:r>
        <w:br/>
        <w:t>3. І так покарав людей справедливий Господь потом, войнами, мором і найгірше неволею.</w:t>
      </w:r>
    </w:p>
    <w:p>
      <w:r>
        <w:br/>
        <w:t>4. Бо єдин єсть Бог істиний і єдин він цар над родом чоловічим, люди, як поробили собі багато богів, то з тим укупі поробили багато царів, бо як у кожному кутку був свій бог, так у кожному кутку став свій цар, і стали люди биться за своїх царів, і пуще стала земля поливатися кров'ю і усіватися попелом і костями, і умножились на всім світі горе, біднота і хороба, і нещастя, і незгода.</w:t>
      </w:r>
    </w:p>
    <w:p>
      <w:r>
        <w:br/>
        <w:t>5. Нема другого Бога, тільки один Бог, що живе високо на небі, іже везді сий Духом святим своїм, і хоч люди поробили богів в постаті звіриній і чоловічій со страстями і похотями, а то не боги, а то страсті і похоті, а привив над людьми отець страстей і похотей, чоловіко-убийця диявол.</w:t>
      </w:r>
    </w:p>
    <w:p>
      <w:r>
        <w:br/>
        <w:t>6. Немає другого царя, тільки один Цар Небесний Утішитель, хоч люди і поробили собі царів в постаті своїх братів — людей, со страстями і похотями, а то не були царі правдиві, бо цар єсть то такий, ще прр вить над усіма, повинен бути розумніший і найсправедливішій над усіх, а розумніший і найсправедливіший єсть Бог, а ті царі — со страстями і похотями, а правив над людьми отець страстей і похотей, чоловікоубивця диявол.</w:t>
      </w:r>
    </w:p>
    <w:p>
      <w:r>
        <w:br/>
        <w:t>7. І ті царі лукаві побрали з людей таких, що були сильніші, aбо їм нужніші, і назвали їх панами, а других людей поробили їх невольниками, і умножились на землі горе, біднота і хороба, і нещастя, і незгода.</w:t>
      </w:r>
    </w:p>
    <w:p>
      <w:r>
        <w:br/>
        <w:t>8. Два народи на світі були дотепніші: Євреї і Греки.</w:t>
      </w:r>
    </w:p>
    <w:p>
      <w:r>
        <w:br/>
        <w:t>9. Євреїв сам Господь вибрав і послав до їх Моїсея, і постановив їм Моїсей закон, що приняв од Бога на горі Синайській і постановив, щоб усі були рівні, щоб не було царя між ними, а знали б одного царя Бога небесного, а порядок давали б судді, котрих народ вибирав голосами.</w:t>
      </w:r>
    </w:p>
    <w:p>
      <w:r>
        <w:br/>
        <w:t>10. Але Євреї вибрали собі царя, не слухаючи старця святого Самуїла, і Бог тоді ж показав їм, що вони не гаразд зробили, бо хоч Давид був луччий з усіх царей на світі, однак його Бог попустив у гріх, що він одняв у сосіда жінку: се ж так було, аби люди зрозуміли, що хоч який добрий чоловік буде, а як стане самодержавно пановати, то зледащіє. І Соломона, мудрішого з усіх людей, Бог попустив у саме велике кепство — ідолопоклонство, аби люди зрозуміли, що хоч який буде розумний, а як стане самодержавно пановати, то одуріє.</w:t>
      </w:r>
    </w:p>
    <w:p>
      <w:r>
        <w:br/>
        <w:t>11. Бо хто скаже сам на себе: "Я луччий од усіх і розумніший над всіх, усі мусять коритися мені і за пана мене уважати, і робить те, що я здумаю" — той согрішає первородним гріхом, которий погубив Адама, коли він, слухаючи диявола, захотів порівнятися з Богом і здурів, — той навіть подобиться самому дияволу, котрий хотів стать в рівню з Богом і упав у пекло.</w:t>
      </w:r>
    </w:p>
    <w:p>
      <w:r>
        <w:br/>
        <w:t>12. Єдин бо єсть Бог і єдин він Цар, Господь неба і землі.</w:t>
      </w:r>
    </w:p>
    <w:p>
      <w:r>
        <w:br/>
        <w:t>13. Тим і Євреї, як поробили собі царів і забули єдиного Царя небесного, зараз одпали і од істинного Бога і почали кланятися Ваалу і Дагону.</w:t>
      </w:r>
    </w:p>
    <w:p>
      <w:r>
        <w:br/>
        <w:t>14. І покарав їх Господь: пропало і царство їх, і всіх забрали у полон Халдеї.</w:t>
      </w:r>
    </w:p>
    <w:p>
      <w:r>
        <w:br/>
        <w:t>15. А Греки сказали: "Не хочемо царя, хочемо бути вільні і рівні".</w:t>
      </w:r>
    </w:p>
    <w:p>
      <w:r>
        <w:br/>
        <w:t>16. І стали Греки просвітленні над усі народи, і пішли од них науки і скуства і умисли, що тепер маємо. А се сталось за тим, що не було у них царей.</w:t>
      </w:r>
    </w:p>
    <w:p>
      <w:r>
        <w:br/>
        <w:t>17. Але Греки не дізнались правдивої свободи, бо хоч одріклись царей земних, та не знали Царя Небесного і вимишляли собі богів, і так царей у їх не було, а боги були, тим вони в половину стали такими, якими були б, коли б у них не було богів і знали б небесного Бога. Бо хоч вони багато говорили про свободу, а свободні були не всі, а тільки одна частка народа, прочі ж були невольниками, і так царів не було, а панство було: а то все рівно, як би у їх було багато царів.</w:t>
      </w:r>
    </w:p>
    <w:p>
      <w:r>
        <w:br/>
        <w:t>18. І покарав їх Господь: бились вони між собою, і попали в неволю іспершу під Македонян, а друге до Римлян.</w:t>
      </w:r>
    </w:p>
    <w:p>
      <w:r>
        <w:br/>
        <w:t>І так покарав Господь род чоловічеський: що найбільша часть його, сама просвіщенна, попалась в неволю до римських панів, а потім до римського імператора.</w:t>
      </w:r>
    </w:p>
    <w:p>
      <w:r>
        <w:br/>
        <w:t>19. І став римський імператор царем над народами і сам себе нарік богом.</w:t>
      </w:r>
    </w:p>
    <w:p>
      <w:r>
        <w:br/>
        <w:t>20. Тогді возрадувався диявол і все пекло з ним. І сказали в пеклі: от тепер уже наше царство; чоловік далеко одступив од Бога, коли один нарік себе і царем і богом вкупі.</w:t>
      </w:r>
    </w:p>
    <w:p>
      <w:r>
        <w:br/>
        <w:t>21. Але в той час змилувався Господь Отець небесний над родом чоловічим і послав на землю Сина свого, щоб показать людям Бога, царя і пана.</w:t>
      </w:r>
    </w:p>
    <w:p>
      <w:r>
        <w:br/>
        <w:t>22. І прийшов Син Божий на землю, щоб одкрити людям істину, щоб тая істина свободила род чоловічий.</w:t>
      </w:r>
    </w:p>
    <w:p>
      <w:r>
        <w:br/>
        <w:t>23. І навчав Христос, що всі люди братія і ближні, всі повинні любить попереду Бога, потім один другого, і тому буде найбільшая шана од Бога, хто душу свою положить за друга своя. А хто перший між людьми хоче бути, повинен бути всім слугою.</w:t>
      </w:r>
    </w:p>
    <w:p>
      <w:r>
        <w:br/>
        <w:t>24. І сам на собі приклад показав: був розумніший і справедливіший з людей, стало буть, цар і пан, а явився не в постаті земного царя і пана, а народився в яслах, жив у бідності, набрав учеників не з панського роду, не з учених філозофів, а з простих рибалок.</w:t>
      </w:r>
    </w:p>
    <w:p>
      <w:r>
        <w:br/>
        <w:t>25. І став народ прозрівать істину: і злякалися філозофи і люди імператора римського, що істина бере верх, а за істиною буде свобода і тоді вже не так легко буде дурить і мучить людей.</w:t>
      </w:r>
    </w:p>
    <w:p>
      <w:r>
        <w:br/>
        <w:t>26. І засудили на смерть Ісуса Христа, Бога, царя і пана; і претерпів Ісус Христос оплеванія, заушенія, бієнія, крест і погребеніє за свободу роду чоловічого, тим, що не хотіли прийняти його за царя і пана, бо мали другого царя — кесаря, що сам себе нарік богом і пив кров людськую.</w:t>
      </w:r>
    </w:p>
    <w:p>
      <w:r>
        <w:br/>
        <w:t>27. А Христос-цар свою кров пролив за свободу рода чоловічого і оставив на віки кров свою для питанія вірним. І воскрес Христос в третій день, і став царем неба і землі.</w:t>
      </w:r>
    </w:p>
    <w:p>
      <w:r>
        <w:br/>
        <w:t>28. Ученики його, бідні рибалки, розійшлись по світу і проповідували істину і свободу.</w:t>
      </w:r>
    </w:p>
    <w:p>
      <w:r>
        <w:br/>
        <w:t>29. І ті, що приймали слово їх, стали братами між собою — чи були преж того панами, або невольниками, філозофами, або невченими, усі стали свободними кров'ю Христовою, котру зарівно приймали, і просвіщенними світом правди.</w:t>
      </w:r>
    </w:p>
    <w:p>
      <w:r>
        <w:br/>
        <w:t>30. І жили християни братством, усе у них було общественне, і були у них вибрані старшини, і ті старшини були усім слугами, бо Господь так сказав: "Хто хоче першим бути, повинен бути всім слугою".</w:t>
      </w:r>
    </w:p>
    <w:p>
      <w:r>
        <w:br/>
        <w:t>31. Тогді імператори римськії і пани, і чиновні люди, і вся челядь їх, і філозофи піднялись на християнство і хотіли викорінити Христову віру, і гибли християни, їх і топили, і вішали, і в чверті рубали, і пекли, і залізними гребінками скребли, і іні тьмочисленнії муки їм чинили.</w:t>
      </w:r>
    </w:p>
    <w:p>
      <w:r>
        <w:br/>
        <w:t>32. А віра Христова не уменшалась, а чим гірше кесарі і пани лютували, тим більше було вірующих.</w:t>
      </w:r>
    </w:p>
    <w:p>
      <w:r>
        <w:br/>
        <w:t>33. Тоді імператори з панами змовились і сказали поміж собою: "Уже нам не викоренити християнства: піднімемось на хитрощі, приймемо її (віру Христову) самі, перевернемо ученіє Христово так, щоб нам добре було, та й обдурімо народ".</w:t>
      </w:r>
    </w:p>
    <w:p>
      <w:r>
        <w:br/>
        <w:t>34. І почали царі приймати християнство, і кажуть: "От, бачите можна бути і християнином і царем вкупі".</w:t>
      </w:r>
    </w:p>
    <w:p>
      <w:r>
        <w:br/>
        <w:t>35. І пани приймали християнство, і казали: "От бачите, можна бути і християнином і паном вкупі".</w:t>
      </w:r>
    </w:p>
    <w:p>
      <w:r>
        <w:br/>
        <w:t>36. А того не уважали, що мало сього, що тільки назваться. Бо сказано: не всяк глаголяй мі Господи, Господи! внідеть в царство небесноє, но творяй волю Отца Моего, іже єсть на небесіх.</w:t>
      </w:r>
    </w:p>
    <w:p>
      <w:r>
        <w:br/>
        <w:t>37. І піддурили архиєреїв і попів, і філозофів, а ті і кажуть: "Істинно так воно єсть, ажеж і Христос сказав: воздадите кесарево кесареві, а Божіє Богові", а Апостол говорить: "Всякая власть од Бога". Так уже Господь установив, щоб одні були панами і багатими, а другі були нищими і невольниками.</w:t>
      </w:r>
    </w:p>
    <w:p>
      <w:r>
        <w:br/>
        <w:t>38. А казали вони неправду: хоч Христос сказав: воздадіте кесарево кесареві, а се тим, що Христос не хотів, щоб були бунти та незгода, а хотів, щоб мирно і люб'язно розійшлась віра і свобода, бо коли християнин буде воздавать нехристиянському кесареві кесарево — платить податок, сповнять закон, то кесар, принявши віру, повинен одріктись свого кесарства, бо він тоді, будучи першим, повинен бути всім слугою, і тоді б не було кесаря, а був би єдин цар — Господь Ісус Христос.</w:t>
      </w:r>
    </w:p>
    <w:p>
      <w:r>
        <w:br/>
        <w:t>39. І хоча Апостол сказав: "Всяка власть од Бога", а не єсть воно те, щоб кожний, що захватив власть, був сам од Бога. Уряд і порядок і правленіе повинні бути на землі: так Бог постановив, і єсть то власть, і власть та од Бога, але урядник і правитель повинні підлягать закону і сонмищу, бо і Христос повеліває судиться перед сонмищем, і так як урядник і правитель — перші, то вони повинні бути слугами, і недостоїть їм робить те, що задумається, а те, що постановлене, і недостоїть їм величаться та помпою очі одводити, а достоїть їм жити просто і працювати для общества пильно, бо власть їх од Бога, а самі вони грішні люди і самі послідніші, бо всім слуги.</w:t>
      </w:r>
    </w:p>
    <w:p>
      <w:r>
        <w:br/>
        <w:t>40. А сьому ще гірша неправда: буцім установлено од Бога, щоб одні пановали і багатились, а другі були у неволі і нищі, бо не було б сього, скоро б поприймали щире євангеліє: пани повинні свободити своїх невольників і зробиться їм братами, а багаті повинні наділяти нищих, і нищі стали б также багаті; як би була на світі любов християнська в сердцях, то так було б: бо хто любить кого, той хоче, щоб тому було так же хороше, як йому.</w:t>
      </w:r>
    </w:p>
    <w:p>
      <w:r>
        <w:br/>
        <w:t>41. І ті, що так казали і тепер кажуть і переверчують Христово слово, ті оддають одвіт в день судний. Вони скажуть судді: "Господи! Не в твоє ми ім'я пророчествовахом", а суддя скаже їм: "Не вім вас".</w:t>
      </w:r>
    </w:p>
    <w:p>
      <w:r>
        <w:br/>
        <w:t>42. Таким викладом зіпсували царі, пани та вчені свободу християнську.</w:t>
      </w:r>
    </w:p>
    <w:p>
      <w:r>
        <w:br/>
        <w:t>43. Благодать дана всім язикам, а спершу коліну Яфетову, бо Симово через жидів отвергнуло Христа. І перейшла благодать до племен грецького, романського, німецького, слав'янського.</w:t>
      </w:r>
    </w:p>
    <w:p>
      <w:r>
        <w:br/>
        <w:t>44. І Греки прийнявши благодать, покаляли її, бо вони прийняли нову віру і не зовлеклись ветхого чоловіка со страстями і похотями, оставили при собі і імператорство, і панство, і пиху царськую, і неволю, і покарав їх Господь; чахло грецьке царство тисячу років, зчахло зовсім і попало до Турків.</w:t>
      </w:r>
    </w:p>
    <w:p>
      <w:r>
        <w:br/>
        <w:t>45. Романське племено — Влохи, Французи, Гішпани — прийняло благодать, і стали народи увіходить у силу і у нову жизнь, і просвіщенність, і благословив їх Господь, бо лучче вони прийняли св. віру, ніж Греки, одначе не зовсім зовлеклись ветхого чоловіка со страстями і похотями, оставили і королей і панство і вимислили голову християнства — папу —, і той папа видумав, що він має власть над усім світом християнським, ніхто не повинен судити його, а що він здумає, те буде гарно.</w:t>
      </w:r>
    </w:p>
    <w:p>
      <w:r>
        <w:br/>
        <w:t>46. І племено німецьке — народи німецькі, прийняли благодать і стали увіходить у пущу силу і жизнь нову і просвіщенність, і благословив його Господь, бо вони ще лучче прийняли віру ніж Греки і Романці, і з'явивсь у них Лютер, которий почав учити, що повинно християнам жити так, як жили до того часу, коли поприймали і попереверчували ученіє Христово царі і пани, і щоб не було неподсудимого голови над Церквою християнською — пани, єсть бо єдян глава всім — Христос. Але і Німці не зовлеклися ветхого чоловіка, бо зоставили у себе і королів і панів, і ще гірше дозволили замість папи і епископів орудувать Церквою Христовою королям і панам.</w:t>
      </w:r>
    </w:p>
    <w:p>
      <w:r>
        <w:br/>
        <w:t>47. І сталась послідняя лесть гірша першої, бо не тільки у німців королі, але й у других землях взяли верх над всім і, щоб удержати народ у ярмі, поробили ідолів, одвертали людей од Христа і казали кланятися ідолам і битися за них.</w:t>
      </w:r>
    </w:p>
    <w:p>
      <w:r>
        <w:br/>
        <w:t>Бо то все рівно, що ідоли: хоча французи були хрещені, одначе менш шанували Христа, ніж честь національну, але такого ідола їм зроблено, а Англичане кланялись золоту і мамоні, а другі народи так же своїм ідолам, і посилали їх королі і пани на заріз за шматок землі, за табак, за чай, за вино, — і табак, і чай, і вино стали у них богами, бо речено: "Іде же сокровище ваше, там серце ваше". Серце християнина з Іисусом Христом, а серце ідолопоклонникове з своїм ідолом. І стало, як каже апостол, їх богом чрево.</w:t>
      </w:r>
    </w:p>
    <w:p>
      <w:r>
        <w:br/>
        <w:t>48. І вимислили одщепенці нового бога, сильнішою над усіх боженят, а той бог називався по французьки егоізм, або інтерес.</w:t>
      </w:r>
    </w:p>
    <w:p>
      <w:r>
        <w:br/>
        <w:t>49. І філозофи почали кричати, що то кепство — віровати в Сина Божого, що немає ні пекла, ні раю, і щоб усі поклонялись егоїзім або інтересові.</w:t>
      </w:r>
    </w:p>
    <w:p>
      <w:r>
        <w:br/>
        <w:t>50. А до всього того довели королі та пани; і завершилася міра їх плюгавства; праведний Господь послав свій меч обоюдоострий на рід прелюбодійний; збунтовались Французи і сказали: "Не хочем, щоб були в нас королі та пани, а хочем бути рівні, вільні".</w:t>
      </w:r>
    </w:p>
    <w:p>
      <w:r>
        <w:br/>
        <w:t>51. Але тому не можна було статися, бо тільки там свобода, гді Дух Христов, а Дух Божий уже перед тим вигнали з Францевщини королі та маркизи, та філозофи.</w:t>
      </w:r>
    </w:p>
    <w:p>
      <w:r>
        <w:br/>
        <w:t>52. І Французи короля свого забили, панів прогнали, а самі почалися різати і дорізались до того, що пішли у гіршую неволю.</w:t>
      </w:r>
    </w:p>
    <w:p>
      <w:r>
        <w:br/>
        <w:t>53. Бо на їх Господь хотів показать усім язикам, що нема свободи без Христової віри.</w:t>
      </w:r>
    </w:p>
    <w:p>
      <w:r>
        <w:br/>
        <w:t>54. І з тої пори племена романське і німецьке турбуються і королів і панство вернули, і про свободу кричать і немає в їх свободи, бо нема свободи без віри.</w:t>
      </w:r>
    </w:p>
    <w:p>
      <w:r>
        <w:br/>
        <w:t>55. А племено слав'янське, то найменший брат у сем'ї Яфетової.</w:t>
      </w:r>
    </w:p>
    <w:p>
      <w:r>
        <w:br/>
        <w:t>56. Трапляється, що менший брат любить дужче отця, одначе получає долю меншу проти старших братів, а потім, як брати старші своє потратять, а менший збереже своє, то і старіших виручає.</w:t>
      </w:r>
    </w:p>
    <w:p>
      <w:r>
        <w:br/>
        <w:t>57. Племено слав'янське ще до принятія віри не иміло ані царей, ані панів і всі були рівні, і не було у них ідолів, і кланялись слав'яни одному Богу Вседержителю, ще його й не знаючи.</w:t>
      </w:r>
    </w:p>
    <w:p>
      <w:r>
        <w:br/>
        <w:t>58. Як уже просвітились старіші брати Греки, Романці, Німці, тоді Господь і до менших братів Слав'ян послав двох братів Констянтина і Мефодія, і духом святим покрив їх Господь, і переложили вони на слав'янську мову святое письмо і одправовать службу Божую постановили на тій же мові, якою всі говорили посполу, а сего не було ні в Романців, ні в Німців, бо там по латинськи службу одправляли, так що Романці мало, а Німці овсі не второпали, що їм читано було.</w:t>
      </w:r>
    </w:p>
    <w:p>
      <w:r>
        <w:br/>
        <w:t>59. І скоро Слав'яни приймовали віру Христову так, як ні один народ не приймовав.</w:t>
      </w:r>
    </w:p>
    <w:p>
      <w:r>
        <w:br/>
        <w:t>60. Але було два лиха у Слав'ян: одно — незгода між собою, а друге те, що вони, як менші брати, усе переймали од старших, чи до діла, чи не до діла, не бачучи того, що у їх своє було лучче, ніж братівське.</w:t>
      </w:r>
    </w:p>
    <w:p>
      <w:r>
        <w:br/>
        <w:t>61. І поприймали Слав'яни од Німців королів і князів, і бояр, і панів, а преж того королі були в іх вибрані урядники і не чванились перед народом, а обідали з самим простим чоловіком зарівно, і самі землю орали, а то вже у їх стала пиха, і помпа, і гвардія і двор.</w:t>
      </w:r>
    </w:p>
    <w:p>
      <w:r>
        <w:br/>
        <w:t>62. І панів у Слав'ян не було, а були старшини, хто старіший літами і до того розумніший, того на раді слухають, а то вже стали пани, а у їх невольники.</w:t>
      </w:r>
    </w:p>
    <w:p>
      <w:r>
        <w:br/>
        <w:t>63. І покарав Господь Слав'янське племено гірше, ніж другії племена; бо сам Господь сказав: "Кому дано більше, з того більше і зищеться". І попадали Слав'яни в неволю до чужих: Чехи і Полабці до Німців, Серби і Болгари до Греків і до Турок, Москаль до Татар.</w:t>
      </w:r>
    </w:p>
    <w:p>
      <w:r>
        <w:br/>
        <w:t>64. І здавалось: от згине і племено слав'янське, бо ті Слав'яни, що жили около Лаби і Помор'я балтицького, ті пропали, так, що і сліду їх не осталось.</w:t>
      </w:r>
    </w:p>
    <w:p>
      <w:r>
        <w:br/>
        <w:t>65. Але не до кінця прогнівився Господь на племено слав'янське, бо Господь постановив так, щоб над сим племенем збулось писаніє: камень, його же не брегоша зиждущії, той бисть во главу угла.</w:t>
      </w:r>
    </w:p>
    <w:p>
      <w:r>
        <w:br/>
        <w:t>66. По многих літах стало в Слав'янщині три неподлеглих царства: Польща, Литва і Московщина.</w:t>
      </w:r>
    </w:p>
    <w:p>
      <w:r>
        <w:br/>
        <w:t>67. Польша була з Поляків, і кричали Поляки: "У нас свобода і рівність!" Але поробили панство, і одурів народ польський, бо простий люд попав у неволю, саму гіршу, яка денебудь була на світі, і пани без жадного закону вішали і вбивали своїх невольників.</w:t>
      </w:r>
    </w:p>
    <w:p>
      <w:r>
        <w:br/>
        <w:t>68. Московщина була з Москалів, і була у їх велика Річ Посполита Новгородська, вільна і рівна, хоч не без панства, і пропав Новгород за те, що і там завелось панство, і цар московський взяв верх над усіми москалями, а той цар узяв верх, кланяючись татарам, і ноги ціловав ханові татарському бусурману, щоб допоміг йому держати в неволі неключимій народ московський християнський.</w:t>
      </w:r>
    </w:p>
    <w:p>
      <w:r>
        <w:br/>
        <w:t>69. І одурів народ московський і попав в ідолопоклонство, бо царя своєго нарік богом, і усе, що цар скаже, те уважав за добре, так, що цар Іван в Новгороді душив та топив десятку тисяч народу, а літописці, розказуючи те, звали його христолюбивим.</w:t>
      </w:r>
    </w:p>
    <w:p>
      <w:r>
        <w:br/>
        <w:t>70. А в Литві були Литвяки, та ще до Литви належала Україна.</w:t>
      </w:r>
    </w:p>
    <w:p>
      <w:r>
        <w:br/>
        <w:t>71. І поєдналась Україна з Польщею, як сестра з сестрою, як єдиний люд слав'янський до другого люду слав'янського, нерозділимо і незмісимо, на образ іпостаси Божої нероздільної і незмісимої, як колись поєднаються всі народи слав'янські поміж собою.</w:t>
      </w:r>
    </w:p>
    <w:p>
      <w:r>
        <w:br/>
        <w:t>72. І не любила Україна ні царя, ні пана, а скомпонувала собі козацтво, єсть то істеє брацтво, куди кожний пристаючи, був братом других — чи був він преж того паном, чи невольником, аби християнини, і були козаки між собою всі рівні, і старшини вибирались на раді і повинні були слуговати всім по слову Христовому, і жадної помпи панської і титула не було між козаками.</w:t>
      </w:r>
    </w:p>
    <w:p>
      <w:r>
        <w:br/>
        <w:t>73. І постановили вони чистоту християнську держати, тим старий літописець говорить об козаках: "Татьби же і блуд неможе іменуються у них".</w:t>
      </w:r>
    </w:p>
    <w:p>
      <w:r>
        <w:br/>
        <w:t>74. І постановило козацтво віру святую обороняти і визволяти ближніх своїх з неволі. Тим то гетьман Свирговський ходив обороняти Волощину, і не взяли козаки миси з червонцями, як їм давали за услуги, не взяли тим, що кров проливали за віру та за ближніх і служили Богу, а не ідолу золотому.</w:t>
      </w:r>
    </w:p>
    <w:p>
      <w:r>
        <w:br/>
        <w:t>А Сагайдашний ходив Кафу руйновати і визволив кільканадцять тисяч невольників з вічної підземної темниці.</w:t>
      </w:r>
    </w:p>
    <w:p>
      <w:r>
        <w:br/>
        <w:t>75. І багато лицарів таке робили, що не записано і в книгах мира сього, а записано на небі, бо за їх були перед Богом молитви тих, котрих вони визволили з неволі.</w:t>
      </w:r>
    </w:p>
    <w:p>
      <w:r>
        <w:br/>
        <w:t>76. І день одо дня росло, умножалося козацтво, і незабаром були б на Вкраїні усі козаки, усі вільні і рівні, і не мала б Україна над собою ні царя, ні пана, опріч Бога єдиного, і дивлячись на Україну, так бк зробилось і в Польщі, а там і у других слав'янських краях.</w:t>
      </w:r>
    </w:p>
    <w:p>
      <w:r>
        <w:br/>
        <w:t>77. Бо не хотіла Україна іти услід язиків, а держалась закону Божого, і всякий чужестранець, заїхавши в Україну, дивовався, що ні в одній стороні на світі так щиро не моляться Богу, ніде муж не любив так своєї жони, а діти своїх родителей; а коли пани та єзуїти хотіли насильно повернуть Україну під свою власть, щоб Українці-христяни повірили, буцім справді усе так і єсть, що папа скаже, — тоді на Україні з'явилися братства так, як були у перших християн, і всі записуючись у братство, був би він пан чи мужик, називались братами. А се до того, щоб бачили люди, що в Україні істинная віра, і що там не було ідолів, тим там і єресі жадної не з'явилося.</w:t>
      </w:r>
    </w:p>
    <w:p>
      <w:r>
        <w:br/>
        <w:t>78. Але панство побачило, що козацтво росте, і всі люди стануть скоро козаками, єсть то вільними, заказали зараз своїм крепакам, щоб не ходили в козаки, і хотіли забить народ простий, як скотину, так щоб у йому не було ні чувствія, ні розуму, і почали пани обдирати крепаків, оддали їх жидам на такую муку, що подобную творили тільки над першими християнинами, драли з їх з живих шкури, варили в котлах дітей, давали матерям собак грудьми годувати.</w:t>
      </w:r>
    </w:p>
    <w:p>
      <w:r>
        <w:br/>
        <w:t>79. І хотіли пани зробить із народа дерево, або камінь, і стали їх не пускать навіть в церков хрестить дітей і вінчатися, і причащатися, і мертвих ховати, а се для того, щоб народ простий утеряв навіть і стать чоловічу.</w:t>
      </w:r>
    </w:p>
    <w:p>
      <w:r>
        <w:br/>
        <w:t>80. І козацтво стали мучить і нівечить, бо таке рівне братство християнське стояло панам на перешкоді.</w:t>
      </w:r>
    </w:p>
    <w:p>
      <w:r>
        <w:br/>
        <w:t>81. Але не так зробилось, як думали пани, бо козацтво піднялось, а за їм увесь простий народ; вибили і прогнали панів, і стала Украіна земля козацька вільна, бо всі були рівні, але не надовго.</w:t>
      </w:r>
    </w:p>
    <w:p>
      <w:r>
        <w:br/>
        <w:t>82.І хотіла Україна знову жити з Польщею по-братерськи нерозділимо і незмісимо, але Польща жадною мірою не хотіла одректись свого панства.</w:t>
      </w:r>
    </w:p>
    <w:p>
      <w:r>
        <w:br/>
        <w:t>83. Тоді Україна пристала до Московщини і поєдналась з нею, як єдиний люд слав'янський з слав'янським нерозділимо і незмісимо, на образ іпостасі Божої нерозділимої і незмісимої, як колись поєднаються усі народи слав'янські між собою.</w:t>
      </w:r>
    </w:p>
    <w:p>
      <w:r>
        <w:br/>
        <w:t>84. Але скоро побачила Україна, що попалась у неволю, бо вона по своїй простоті не пізнала, що таке було цар московський, а цар московський усе рівно було, що ідол і мучитель.</w:t>
      </w:r>
    </w:p>
    <w:p>
      <w:r>
        <w:br/>
        <w:t>85. І одбилась Україна од Московщини, і не знала бідна, куди прихилити голову.</w:t>
      </w:r>
    </w:p>
    <w:p>
      <w:r>
        <w:br/>
        <w:t>86. Бо вона любила і Поляків і Москалів, як братів своїх, і не хотіла з ними розбрататися; вона хотіла, щоб всі жили вкупі, поєднавшись, як один народ слав'янський з другим народом слав'янським, а ті два — з третім, і було б три Речі Посполиті в однім союзі, нерозділимо і незмісимо по образу Тройці Божої, нерозділимої і незмісимої, як колись поєднаються між собою усі народи слав'янські.</w:t>
      </w:r>
    </w:p>
    <w:p>
      <w:r>
        <w:br/>
        <w:t>87. Але сего не второпали ні Ляхи, ні Москалі. І бачуть ляцькі пани і московський цар, що нічого не зроблять з Україною, і сказали поміж собою: "Не буде України ні тобі, ні мені, роздеремо її по половині, як Дніпро її розполовинив: лівий бік буде московському царю на поживу, а правий бік польським панам на поталу".</w:t>
      </w:r>
    </w:p>
    <w:p>
      <w:r>
        <w:br/>
        <w:t>88. І билась Україна літ п'ятдесят, і єсть то найсвятіша і славніша война за свободу, яка тільки єсть в історії, а розділ України єсть найпоганіше діло, яке тільки можна найти в історії.</w:t>
      </w:r>
    </w:p>
    <w:p>
      <w:r>
        <w:br/>
        <w:t>89. І вибилась з сил Україна; і вигнали Ляхи козацтво з правого боку Дніпрового і запановали пани над бідним остатком вольного народу.</w:t>
      </w:r>
    </w:p>
    <w:p>
      <w:r>
        <w:br/>
        <w:t>90. А на лівім боці ще держалось козацтво, але час од часу попадало у неключиму неволю московському цареві, а потім петербургському імператорові, бо останній цар московський і первий імператор петербургський положив сотні тисяч в канавах і на костях їх збудував собі столицю.</w:t>
      </w:r>
    </w:p>
    <w:p>
      <w:r>
        <w:br/>
        <w:t>91. А німка цариця Катерина, курва всесвітна, безбожниця, убійниця мужа свого, востаннє доконала козацтво і волю, бо, одобравши тих, котрі були в Україні старшинами, наділила їх панством і землями, понадавала їм вольну братію в ярмо і поробила одних панами, а других невольниками.</w:t>
      </w:r>
    </w:p>
    <w:p>
      <w:r>
        <w:br/>
        <w:t>92. І пропала Україна. Але так здається.</w:t>
      </w:r>
    </w:p>
    <w:p>
      <w:r>
        <w:br/>
        <w:t>93. Не пропала вона; бо вона знати не хотіла ні царя, ні пана, а хоч і був цар, та чужий, і хоч були пани, та чужі, і хоч з української крови були ті вирідки, одначе не псовали своїми губами мерзенними української мови і самі себе не називали українцями, а істий Українець хоч будь він простого, хоч панського роду тепер, повинен не любити ні царя, ні пана, а повинен любити і пам'ятовати одного Бога Іисуса Христа, царя і пана над небом і землею.</w:t>
      </w:r>
    </w:p>
    <w:p>
      <w:r>
        <w:br/>
        <w:t>Так воно було прежде, так і тепер зосталось.</w:t>
      </w:r>
    </w:p>
    <w:p>
      <w:r>
        <w:br/>
        <w:t>94. І Слав'янщина хоч терпіла і терпить неволю, то не сама її сотворила, бо і цар, і панство не слав'янським духом сотворено, а німецьким, або татарським. І тепер в Росії хоч і є деспот цар, одначе він не Слав'янин, а Німець, тим і урядники його Німці; оттого і пани хоч єсть в Росії, та вони швидко перевертуються або в Німця, або в Француза, а істий Слав'янин не любить ні царя, ні пана, а любить і пам'ятає одного Бога Іисуса Христа, царя над небом і землею.</w:t>
      </w:r>
    </w:p>
    <w:p>
      <w:r>
        <w:br/>
        <w:t>Так воно було прежде, так і тепер зосталось.</w:t>
      </w:r>
    </w:p>
    <w:p>
      <w:r>
        <w:br/>
        <w:t>95. Лежить в могилі Україна, але не вмерла.</w:t>
      </w:r>
    </w:p>
    <w:p>
      <w:r>
        <w:br/>
        <w:t>96. Бо голос її, голос, що звав всю Слав'янщину на свободу і братство розійшовся по світу слав'янському. І одізвався він, той голос України, в Польщі, коли 3 мая постановили Поляки, щоб не було панів, а всі були б рівні в Речі Посполитій а того хотіла Україна ще за 120 літ до того.</w:t>
      </w:r>
    </w:p>
    <w:p>
      <w:r>
        <w:br/>
        <w:t>97. І не допустили Польщу до того і розірвали Польщу, як прежде Україну.</w:t>
      </w:r>
    </w:p>
    <w:p>
      <w:r>
        <w:br/>
        <w:t>98. І се їй так і треба, бо вона не послухала України і погубила сестру свою.</w:t>
      </w:r>
    </w:p>
    <w:p>
      <w:r>
        <w:br/>
        <w:t>99. Але не пропаде Польща, бо її збудить Україна, котора не пам'ятуєть зла і любить сестру свою, так як би нічого не було між ними.</w:t>
      </w:r>
    </w:p>
    <w:p>
      <w:r>
        <w:br/>
        <w:t>100. І голос України одозвався в Московщині, коли після смери царя Олександра хотіли прогнати царя і панство і установити Річ Посполитую, і Слав'ян поєднати, по образу іпостасей божественних нерозділимо і незмісимо; а сього Україна ще за двісті років до того хотіла.</w:t>
      </w:r>
    </w:p>
    <w:p>
      <w:r>
        <w:br/>
        <w:t>101. І не допустив до того деспот, одні положили живот свій на шибениці, других закатували в копальнях, третіх послали на заріз Черкесові.</w:t>
      </w:r>
    </w:p>
    <w:p>
      <w:r>
        <w:br/>
        <w:t>102. І панує деспот кат над трьома народами Слав'янськими, править через Німців, псує, калічить, нівечить добру натуру слав'янську і нічого не робить.</w:t>
      </w:r>
    </w:p>
    <w:p>
      <w:r>
        <w:br/>
        <w:t>103. Бо голос України не затих.</w:t>
      </w:r>
    </w:p>
    <w:p>
      <w:r>
        <w:br/>
        <w:t>І встане Україна з своєї могили і знову озоветься до всіх братів своїх Слав'ян, і почують крик її, і встане Слав'янщина, і не позостанеться ні царя, ні царевича, ні царівни, ні князя, ні графа, ні герцога, ні сиятельства, ні превосходительства, ні пана, ні боярина, ні крепака, ні холопа — ні в Московщині, ні в Польщі, ні в Україні, ні в Чехії, ні у Хорутан, ні у Сербів, ні у Болгар.</w:t>
      </w:r>
    </w:p>
    <w:p>
      <w:r>
        <w:br/>
        <w:t>104. І Україна буде неподлеглою Річчю Посполитою в союзі Слав'янськім.</w:t>
      </w:r>
    </w:p>
    <w:p>
      <w:r>
        <w:br/>
        <w:t>Тоді скажуть всі язики, показуючи рукою на те місто, де на карті буде намальована Україна: "От камень, него же не берегоша зиждущиї, той бисть во главу угла".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битія українського народу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