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речей</w:t>
      </w:r>
    </w:p>
    <w:p>
      <w:r>
        <w:br/>
        <w:t xml:space="preserve"> 1.&lt;br /&gt;</w:t>
        <w:br/>
        <w:t>як гарно іти на світанку&lt;br /&gt;</w:t>
        <w:br/>
        <w:t>вулицями&lt;br /&gt;</w:t>
        <w:br/>
        <w:t>вилизаними як кошенята&lt;br /&gt;</w:t>
        <w:br/>
        <w:t>ковтати повітря&lt;br /&gt;</w:t>
        <w:br/>
        <w:t>як молоко&lt;br /&gt;</w:t>
        <w:br/>
        <w:t>виставлене на ніч&lt;br /&gt;</w:t>
        <w:br/>
        <w:t>на підвіконня&lt;br /&gt;</w:t>
        <w:br/>
        <w:t>прозора імла&lt;br /&gt;</w:t>
        <w:br/>
        <w:t>запозає за комір&lt;br /&gt;</w:t>
        <w:br/>
        <w:t>голівки бегоній у вікнах&lt;br /&gt;</w:t>
        <w:br/>
        <w:t>і павутиння&lt;br /&gt;</w:t>
        <w:br/>
        <w:t>на синіх калюжах&lt;br /&gt;</w:t>
        <w:br/>
        <w:t>все що обтяжує&lt;br /&gt;</w:t>
        <w:br/>
        <w:t>чорна валіза&lt;br /&gt;</w:t>
        <w:br/>
        <w:t>що б’є по коліні&lt;br /&gt;</w:t>
        <w:br/>
        <w:t>все за чим шкода&lt;br /&gt;</w:t>
        <w:br/>
        <w:t>жменя вітру&lt;br /&gt;</w:t>
        <w:br/>
        <w:t>на люднім пероні&lt;br /&gt;</w:t>
        <w:br/>
        <w:t>як гарно побачити знову&lt;br /&gt;</w:t>
        <w:br/>
        <w:t>дім&lt;br /&gt;</w:t>
        <w:br/>
        <w:t>із якого&lt;br /&gt;</w:t>
        <w:br/>
        <w:t>все&lt;br /&gt;</w:t>
        <w:br/>
        <w:t>починається</w:t>
      </w:r>
    </w:p>
    <w:p>
      <w:r>
        <w:br/>
        <w:t>2.&lt;br /&gt;</w:t>
        <w:br/>
        <w:t>любиш це світло&lt;br /&gt;</w:t>
        <w:br/>
        <w:t>кольору першого меду&lt;br /&gt;</w:t>
        <w:br/>
        <w:t>запах дерева й кави&lt;br /&gt;</w:t>
        <w:br/>
        <w:t>цей запущений сад увікні&lt;br /&gt;</w:t>
        <w:br/>
        <w:t>цю обитель спокою й тиші&lt;br /&gt;</w:t>
        <w:br/>
        <w:t>непідлеглу усім проминанням&lt;br /&gt;</w:t>
        <w:br/>
        <w:t>і мелодію дивну&lt;br /&gt;</w:t>
        <w:br/>
        <w:t>з-під довгих оливкових пальців</w:t>
      </w:r>
    </w:p>
    <w:p>
      <w:r>
        <w:br/>
        <w:t>3.&lt;br /&gt;</w:t>
        <w:br/>
        <w:t>моя книга не пишеться&lt;br /&gt;</w:t>
        <w:br/>
        <w:t>за вікном акварелі по мокрому&lt;br /&gt;</w:t>
        <w:br/>
        <w:t>сьомий вечіт гортаю&lt;br /&gt;</w:t>
        <w:br/>
        <w:t>етюдник сезонних дощів&lt;br /&gt;</w:t>
        <w:br/>
        <w:t>увімкними мені Чіка Коріа&lt;br /&gt;</w:t>
        <w:br/>
        <w:t>і хлюпни до склянки кагору&lt;br /&gt;</w:t>
        <w:br/>
        <w:t>зафірань мені дощ&lt;br /&gt;</w:t>
        <w:br/>
        <w:t>і мовчи&lt;br /&gt;</w:t>
        <w:br/>
        <w:t>і мовчи</w:t>
      </w:r>
    </w:p>
    <w:p>
      <w:r>
        <w:br/>
        <w:t>4.&lt;br /&gt;</w:t>
        <w:br/>
        <w:t>прочитавши всі книги&lt;br /&gt;</w:t>
        <w:br/>
        <w:t>домашньої бібліотеки&lt;br /&gt;</w:t>
        <w:br/>
        <w:t>виходиш у сад&lt;br /&gt;</w:t>
        <w:br/>
        <w:t>книга яблука&lt;br /&gt;</w:t>
        <w:br/>
        <w:t>від зернятка до хвостика&lt;br /&gt;</w:t>
        <w:br/>
        <w:t>повна солодкого змісту</w:t>
      </w:r>
    </w:p>
    <w:p>
      <w:r>
        <w:br/>
        <w:t>5.&lt;br /&gt;</w:t>
        <w:br/>
        <w:t>бабуню&lt;br /&gt;</w:t>
        <w:br/>
        <w:t>сива моя пташко&lt;br /&gt;</w:t>
        <w:br/>
        <w:t>висхлі крильцята&lt;br /&gt;</w:t>
        <w:br/>
        <w:t>черкають порох&lt;br /&gt;</w:t>
        <w:br/>
        <w:t>лишаючи малі борозенки&lt;br /&gt;</w:t>
        <w:br/>
        <w:t>і ні сльози&lt;br /&gt;</w:t>
        <w:br/>
        <w:t>для золотого очка&lt;br /&gt;</w:t>
        <w:br/>
        <w:t>ні росинки&lt;br /&gt;</w:t>
        <w:br/>
        <w:t>у дзьобик&lt;br /&gt;</w:t>
        <w:br/>
        <w:t>по пір’їні вітер вичісує&lt;br /&gt;</w:t>
        <w:br/>
        <w:t>яблучко&lt;br /&gt;</w:t>
        <w:br/>
        <w:t>квіточку&lt;br /&gt;</w:t>
        <w:br/>
        <w:t>пуп’янок&lt;br /&gt;</w:t>
        <w:br/>
        <w:t>зеренце</w:t>
      </w:r>
    </w:p>
    <w:p>
      <w:r>
        <w:br/>
        <w:t>6.&lt;br /&gt;</w:t>
        <w:br/>
        <w:t>чоловік у чорному&lt;br /&gt;</w:t>
        <w:br/>
        <w:t>належить мені&lt;br /&gt;</w:t>
        <w:br/>
        <w:t>він сумує надвечір&lt;br /&gt;</w:t>
        <w:br/>
        <w:t>він знає&lt;br /&gt;</w:t>
        <w:br/>
        <w:t>мову струн і дерев у саду&lt;br /&gt;</w:t>
        <w:br/>
        <w:t>він перфектно заварює каву&lt;br /&gt;</w:t>
        <w:br/>
        <w:t>має запах&lt;br /&gt;</w:t>
        <w:br/>
        <w:t>нагрітих яблук&lt;br /&gt;</w:t>
        <w:br/>
        <w:t>чого ми ще не зробили&lt;br /&gt;</w:t>
        <w:br/>
        <w:t>не посадили&lt;br /&gt;</w:t>
        <w:br/>
        <w:t>кущ тамариску</w:t>
      </w:r>
    </w:p>
    <w:p>
      <w:r>
        <w:br/>
        <w:t>7.&lt;br /&gt;</w:t>
        <w:br/>
        <w:t>приходив майстер від часу&lt;br /&gt;</w:t>
        <w:br/>
        <w:t>змащував коліщата&lt;br /&gt;</w:t>
        <w:br/>
        <w:t>а він все ’дно йде навспак</w:t>
      </w:r>
    </w:p>
    <w:p>
      <w:r>
        <w:br/>
        <w:t>8.&lt;br /&gt;</w:t>
        <w:br/>
        <w:t>зупинився годинник&lt;br /&gt;</w:t>
        <w:br/>
        <w:t>в механізмі його&lt;br /&gt;</w:t>
        <w:br/>
        <w:t>десь від літа насіялось повно&lt;br /&gt;</w:t>
        <w:br/>
        <w:t>споришу і кульбаби&lt;br /&gt;</w:t>
        <w:br/>
        <w:t>отож&lt;br /&gt;</w:t>
        <w:br/>
        <w:t>не забути купити клепсидру&lt;br /&gt;</w:t>
        <w:br/>
        <w:t>і дивитись як час&lt;br /&gt;</w:t>
        <w:br/>
        <w:t>насипає піщані пустелі</w:t>
      </w:r>
    </w:p>
    <w:p>
      <w:r>
        <w:br/>
        <w:t>9.&lt;br /&gt;</w:t>
        <w:br/>
        <w:t>купити на зиму&lt;br /&gt;</w:t>
        <w:br/>
        <w:t>жовтий емальований чайник&lt;br /&gt;</w:t>
        <w:br/>
        <w:t>насушити суниць&lt;br /&gt;</w:t>
        <w:br/>
        <w:t>заощадити час&lt;br /&gt;</w:t>
        <w:br/>
        <w:t>дві години –&lt;br /&gt;</w:t>
        <w:br/>
        <w:t>у папці з паперами&lt;br /&gt;</w:t>
        <w:br/>
        <w:t>півжиття –&lt;br /&gt;</w:t>
        <w:br/>
        <w:t>у шухляді з твоїми листами</w:t>
      </w:r>
    </w:p>
    <w:p>
      <w:r>
        <w:br/>
        <w:t>10.&lt;br /&gt;</w:t>
        <w:br/>
        <w:t>позбирати каштани&lt;br /&gt;</w:t>
        <w:br/>
        <w:t>в намоклому листі&lt;br /&gt;</w:t>
        <w:br/>
        <w:t>вони терпко холодять шкіру&lt;br /&gt;</w:t>
        <w:br/>
        <w:t>вийти до потяга&lt;br /&gt;</w:t>
        <w:br/>
        <w:t>і чекати&lt;br /&gt;</w:t>
        <w:br/>
        <w:t>сьогодні вертається осінь</w:t>
      </w:r>
    </w:p>
    <w:p>
      <w:r>
        <w:br/>
        <w:t>11.&lt;br /&gt;</w:t>
        <w:br/>
        <w:t>мокрими травами&lt;br /&gt;</w:t>
        <w:br/>
        <w:t>йти до старої колії&lt;br /&gt;</w:t>
        <w:br/>
        <w:t>намочити сандалі&lt;br /&gt;</w:t>
        <w:br/>
        <w:t>відшукати в траві&lt;br /&gt;</w:t>
        <w:br/>
        <w:t>згублені кимось&lt;br /&gt;</w:t>
        <w:br/>
        <w:t>ще свіжі&lt;br /&gt;</w:t>
        <w:br/>
        <w:t>перлинки конвалій&lt;br /&gt;</w:t>
        <w:br/>
        <w:t>не торкатись плечима&lt;br /&gt;</w:t>
        <w:br/>
        <w:t>не братись за руки&lt;br /&gt;</w:t>
        <w:br/>
        <w:t>сісти на камінь&lt;br /&gt;</w:t>
        <w:br/>
        <w:t>і довго чекати&lt;br /&gt;</w:t>
        <w:br/>
        <w:t>може&lt;br /&gt;</w:t>
        <w:br/>
        <w:t>цятка на обрії&lt;br /&gt;</w:t>
        <w:br/>
        <w:t>потяг що знов повертається</w:t>
      </w:r>
    </w:p>
    <w:p>
      <w:r>
        <w:br/>
        <w:t>12.&lt;br /&gt;</w:t>
        <w:br/>
        <w:t>і про що тобі пишеться&lt;br /&gt;</w:t>
        <w:br/>
        <w:t>в наталованих щільно шухлядах&lt;br /&gt;</w:t>
        <w:br/>
        <w:t>довжелезні реєстри речей&lt;br /&gt;</w:t>
        <w:br/>
        <w:t>із яких укладаєш щодень&lt;br /&gt;</w:t>
        <w:br/>
        <w:t>особливий тлумачний словник&lt;br /&gt;</w:t>
        <w:br/>
        <w:t>чи енциклопедію пам’яті&lt;br /&gt;</w:t>
        <w:br/>
        <w:t>погортати на літеру М&lt;br /&gt;</w:t>
        <w:br/>
        <w:t>– мокре волосся&lt;br /&gt;</w:t>
        <w:br/>
        <w:t>– мовчання&lt;br /&gt;</w:t>
        <w:br/>
        <w:t>– міф про загублене літо</w:t>
      </w:r>
    </w:p>
    <w:p>
      <w:r>
        <w:br/>
        <w:t>13.&lt;br /&gt;</w:t>
        <w:br/>
        <w:t>це керамічне начиння&lt;br /&gt;</w:t>
        <w:br/>
        <w:t>приглушений кобальт&lt;br /&gt;</w:t>
        <w:br/>
        <w:t>концентричне кружляння&lt;br /&gt;</w:t>
        <w:br/>
        <w:t>білої нетлі над лямпою&lt;br /&gt;</w:t>
        <w:br/>
        <w:t>ця естетика&lt;br /&gt;</w:t>
        <w:br/>
        <w:t>теплої осені&lt;br /&gt;</w:t>
        <w:br/>
        <w:t>запах суничного чаю&lt;br /&gt;</w:t>
        <w:br/>
        <w:t>час не вміє&lt;br /&gt;</w:t>
        <w:br/>
        <w:t>іти просто так&lt;br /&gt;</w:t>
        <w:br/>
        <w:t>він невпинно по закутках нипає&lt;br /&gt;</w:t>
        <w:br/>
        <w:t>ти не рушся&lt;br /&gt;</w:t>
        <w:br/>
        <w:t>може він нас не помітить</w:t>
      </w:r>
    </w:p>
    <w:p>
      <w:r>
        <w:br/>
        <w:t>14.&lt;br /&gt;</w:t>
        <w:br/>
        <w:t>я намальована&lt;br /&gt;</w:t>
        <w:br/>
        <w:t>олійними фарбами&lt;br /&gt;</w:t>
        <w:br/>
        <w:t>на осінь&lt;br /&gt;</w:t>
        <w:br/>
        <w:t>вицвітає волосся&lt;br /&gt;</w:t>
        <w:br/>
        <w:t>на зиму&lt;br /&gt;</w:t>
        <w:br/>
        <w:t>западає зморшка&lt;br /&gt;</w:t>
        <w:br/>
        <w:t>біля вуст&lt;br /&gt;</w:t>
        <w:br/>
        <w:t>а навесні&lt;br /&gt;</w:t>
        <w:br/>
        <w:t>стара горіхова рама&lt;br /&gt;</w:t>
        <w:br/>
        <w:t>заростає люпином&lt;br /&gt;</w:t>
        <w:br/>
        <w:t>і жаб’ячими очками</w:t>
      </w:r>
    </w:p>
    <w:p>
      <w:r>
        <w:br/>
        <w:t>15.&lt;br /&gt;</w:t>
        <w:br/>
        <w:t>заклеїти вікна&lt;br /&gt;</w:t>
        <w:br/>
        <w:t>на зиму&lt;br /&gt;</w:t>
        <w:br/>
        <w:t>і довго писати листи&lt;br /&gt;</w:t>
        <w:br/>
        <w:t>фіолетовим чорнилом&lt;br /&gt;</w:t>
        <w:br/>
        <w:t>на пожовклих сторінках&lt;br /&gt;</w:t>
        <w:br/>
        <w:t>P.S цілую&lt;br /&gt;</w:t>
        <w:br/>
        <w:t>люблю&lt;br /&gt;</w:t>
        <w:br/>
        <w:t>не забудь підливати квіти</w:t>
      </w:r>
    </w:p>
    <w:p>
      <w:r>
        <w:br/>
        <w:t>16.&lt;br /&gt;</w:t>
        <w:br/>
        <w:t>досить мені роїтися думками&lt;br /&gt;</w:t>
        <w:br/>
        <w:t>мої кохані золоті бджілки&lt;br /&gt;</w:t>
        <w:br/>
        <w:t>шукайте собі кращого вулика&lt;br /&gt;</w:t>
        <w:br/>
        <w:t>сонце завертає на осінь&lt;br /&gt;</w:t>
        <w:br/>
        <w:t>тінь старої груші лягла на вікно&lt;br /&gt;</w:t>
        <w:br/>
        <w:t>хай буде в мені порожньо й тихо&lt;br /&gt;</w:t>
        <w:br/>
        <w:t>як у церкві по службі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