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Книга пісень (Канцоньєре)</w:t>
      </w:r>
    </w:p>
    <w:p>
      <w:r>
        <w:br/>
        <w:t xml:space="preserve"> КАНЦОНЬЄРЕ&lt;br /&gt;</w:t>
        <w:br/>
        <w:t>І&lt;br /&gt;</w:t>
        <w:br/>
        <w:t>Вступ&lt;br /&gt;</w:t>
        <w:br/>
        <w:t>До вас, слухащих, ці мої рядки&lt;br /&gt;</w:t>
        <w:br/>
        <w:t>Незграйні, із любовними жалями.&lt;br /&gt;</w:t>
        <w:br/>
        <w:t>На себе озирнусь: яка нетяма&lt;br /&gt;</w:t>
        <w:br/>
        <w:t>Стає в очу мені віддалеки.&lt;br /&gt;</w:t>
        <w:br/>
        <w:t>Хай рвучий, а зворушливий таки&lt;br /&gt;</w:t>
        <w:br/>
        <w:t>Мій голос залунає поміж вами,&lt;br /&gt;</w:t>
        <w:br/>
        <w:t>І обізветься не ворожим гамом,&lt;br /&gt;</w:t>
        <w:br/>
        <w:t>А спочуванням, юнки й юнаки.&lt;br /&gt;</w:t>
        <w:br/>
        <w:t>Я бачу, що від люду відтепер&lt;br /&gt;</w:t>
        <w:br/>
        <w:t>За суєту мені лише ганеба.&lt;br /&gt;</w:t>
        <w:br/>
        <w:t>І сам сміюся з себе, вітрогон.&lt;br /&gt;</w:t>
        <w:br/>
        <w:t>Ось підсумок гордині і химер:&lt;br /&gt;</w:t>
        <w:br/>
        <w:t>Покута й розуміння — так не треба,&lt;br /&gt;</w:t>
        <w:br/>
        <w:t>Бо світські втіхи всі — короткий сон.</w:t>
      </w:r>
    </w:p>
    <w:p>
      <w:r>
        <w:br/>
        <w:t>ІІ&lt;br /&gt;</w:t>
        <w:br/>
        <w:t>Як поет став жертвою&lt;br /&gt;</w:t>
        <w:br/>
        <w:t>любовних каверз&lt;br /&gt;</w:t>
        <w:br/>
        <w:t>Радіючи, що можна відомстити,&lt;br /&gt;</w:t>
        <w:br/>
        <w:t>За кривду відплатити чималу,&lt;br /&gt;</w:t>
        <w:br/>
        <w:t>Амур уклав у лук свою стрілу,&lt;br /&gt;</w:t>
        <w:br/>
        <w:t>Чекаючи, мов той злочинник, миті.&lt;br /&gt;</w:t>
        <w:br/>
        <w:t>Хоч думав я, що добре був прикритий&lt;br /&gt;</w:t>
        <w:br/>
        <w:t>Чеснотою і невразливий злу,&lt;br /&gt;</w:t>
        <w:br/>
        <w:t>Незчувсь, як того воя на валу,&lt;br /&gt;</w:t>
        <w:br/>
        <w:t>Струснув мене удар несамовитий.&lt;br /&gt;</w:t>
        <w:br/>
        <w:t>Збентежена від замахів таких,&lt;br /&gt;</w:t>
        <w:br/>
        <w:t>Вона не мала ні снаги, ні власті,&lt;br /&gt;</w:t>
        <w:br/>
        <w:t>Щоб битися, пустивши в діло бронь.&lt;br /&gt;</w:t>
        <w:br/>
        <w:t>Як не здолала, Боже оборонь,&lt;br /&gt;</w:t>
        <w:br/>
        <w:t>Мене від фатуму прикрить напасті,&lt;br /&gt;</w:t>
        <w:br/>
        <w:t>Завмерши перед ним ні в сих ні в тих.&lt;br /&gt;</w:t>
        <w:br/>
        <w:t>III&lt;br /&gt;</w:t>
        <w:br/>
        <w:t>Страсна п 'ятниця стала тим днем,&lt;br /&gt;</w:t>
        <w:br/>
        <w:t>коли поет закохався&lt;br /&gt;</w:t>
        <w:br/>
        <w:t>Був день, коли, здається, й сонце гине&lt;br /&gt;</w:t>
        <w:br/>
        <w:t>З розп'ятим на хресті, аж це заблис&lt;br /&gt;</w:t>
        <w:br/>
        <w:t>Огонь з очей, о діво, зовсім близь,&lt;br /&gt;</w:t>
        <w:br/>
        <w:t>І відтепер я став його зорина.&lt;br /&gt;</w:t>
        <w:br/>
        <w:t>Чи ж думав я, що саме в цю годину&lt;br /&gt;</w:t>
        <w:br/>
        <w:t>Мені б крицеві лати придались&lt;br /&gt;</w:t>
        <w:br/>
        <w:t>Від стріл, що щастя і скорботи вись&lt;br /&gt;</w:t>
        <w:br/>
        <w:t>В душі моїй зіллються воєдино.&lt;br /&gt;</w:t>
        <w:br/>
        <w:t>Беззбройного побачили Амура.&lt;br /&gt;</w:t>
        <w:br/>
        <w:t>До серця від очей відкрита путь,&lt;br /&gt;</w:t>
        <w:br/>
        <w:t>За царину йду лити сльози знову.&lt;br /&gt;</w:t>
        <w:br/>
        <w:t>Але чи ж так почесно й гонорово&lt;br /&gt;</w:t>
        <w:br/>
        <w:t>Стрілять, як ти бредеш понуро,&lt;br /&gt;</w:t>
        <w:br/>
        <w:t>А Сильну за щитом не похитнуть.&lt;br /&gt;</w:t>
        <w:br/>
        <w:t>IV&lt;br /&gt;</w:t>
        <w:br/>
        <w:t>Поет славить те місто у&lt;br /&gt;</w:t>
        <w:br/>
        <w:t>де народилася Лаура&lt;br /&gt;</w:t>
        <w:br/>
        <w:t>Хто зодчим став усього світострою,&lt;br /&gt;</w:t>
        <w:br/>
        <w:t>Наповнивши його чергою див,&lt;br /&gt;</w:t>
        <w:br/>
        <w:t>Хто цю і ту півсфери сотворив,&lt;br /&gt;</w:t>
        <w:br/>
        <w:t>Юпітерові Марс послав слугою.&lt;br /&gt;</w:t>
        <w:br/>
        <w:t>Хто об'явився з вірою живою&lt;br /&gt;</w:t>
        <w:br/>
        <w:t>Для душ заблудлих серед всохлих нив,&lt;br /&gt;</w:t>
        <w:br/>
        <w:t>Петра й Івана біля моря стрів&lt;br /&gt;</w:t>
        <w:br/>
        <w:t>І рай їм дав, повівши за собою.&lt;br /&gt;</w:t>
        <w:br/>
        <w:t>Різдвом своїм не Рим, а Іудею&lt;br /&gt;</w:t>
        <w:br/>
        <w:t>Почтив, бо був прихильний звіку&lt;br /&gt;</w:t>
        <w:br/>
        <w:t>До всіх тихолюбивих і малих.&lt;br /&gt;</w:t>
        <w:br/>
        <w:t>А нині городку, яких без ліку,&lt;br /&gt;</w:t>
        <w:br/>
        <w:t>Дав сонце — ту, що вродою своєю&lt;br /&gt;</w:t>
        <w:br/>
        <w:t>Прославила свій край і нас усіх.&lt;br /&gt;</w:t>
        <w:br/>
        <w:t>V&lt;br /&gt;</w:t>
        <w:br/>
        <w:t>Обігрування імені Лаури&lt;br /&gt;</w:t>
        <w:br/>
        <w:t>Коли я зву тебе, моя вродлива,&lt;br /&gt;</w:t>
        <w:br/>
        <w:t>Домолюючись іменем твоїм,&lt;br /&gt;</w:t>
        <w:br/>
        <w:t>Ласкають вуха чимось неземним&lt;br /&gt;</w:t>
        <w:br/>
        <w:t>Солодких звуків ніжні переливи.&lt;br /&gt;</w:t>
        <w:br/>
        <w:t>Але утишує ці радісні пориви&lt;br /&gt;</w:t>
        <w:br/>
        <w:t>Хтось, з словом обертаючись крутим:&lt;br /&gt;</w:t>
        <w:br/>
        <w:t>"Ні, хлопче, випадає не таким&lt;br /&gt;</w:t>
        <w:br/>
        <w:t>У божества коханцем стать щасливим".&lt;br /&gt;</w:t>
        <w:br/>
        <w:t>Чудовий лику, будь благословенний:&lt;br /&gt;</w:t>
        <w:br/>
        <w:t>До тебе величальна ця од мене,&lt;br /&gt;</w:t>
        <w:br/>
        <w:t>Я в захваті, як кожен чоловік.&lt;br /&gt;</w:t>
        <w:br/>
        <w:t>Та й Аполлон уже віддавна звик,&lt;br /&gt;</w:t>
        <w:br/>
        <w:t>Коли в його гіллі вічнозеленім&lt;br /&gt;</w:t>
        <w:br/>
        <w:t>Хвалу возносить сміливий язик.&lt;br /&gt;</w:t>
        <w:br/>
        <w:t>VI&lt;br /&gt;</w:t>
        <w:br/>
        <w:t>Поет відчуває, як його долає&lt;br /&gt;</w:t>
        <w:br/>
        <w:t>жага&lt;br /&gt;</w:t>
        <w:br/>
        <w:t>Яка безтямна ця любовна хіть:&lt;br /&gt;</w:t>
        <w:br/>
        <w:t>Жену, не розбираючи дороги.&lt;br /&gt;</w:t>
        <w:br/>
        <w:t>Вона ж попереду. її прудкіші ноги&lt;br /&gt;</w:t>
        <w:br/>
        <w:t>Стопою легко рвуть Амура сіть.&lt;br /&gt;</w:t>
        <w:br/>
        <w:t>Що впертіше я рвусь її зловить,&lt;br /&gt;</w:t>
        <w:br/>
        <w:t>То більше розбира мене знемога.&lt;br /&gt;</w:t>
        <w:br/>
        <w:t>Не стримують коня ні віжки, ні остроги —&lt;br /&gt;</w:t>
        <w:br/>
        <w:t>Мій пал сліпий коханню йде устріть.&lt;br /&gt;</w:t>
        <w:br/>
        <w:t>Не можу я ніяк його збороть —&lt;br /&gt;</w:t>
        <w:br/>
        <w:t>Зухвало рве він з рук моїх оброть&lt;br /&gt;</w:t>
        <w:br/>
        <w:t>І мчить мене простісінько до кручі,&lt;br /&gt;</w:t>
        <w:br/>
        <w:t>Де Лавр, приткнувшись, у гіллі ховає&lt;br /&gt;</w:t>
        <w:br/>
        <w:t>Незрілий плід, для уст такий жагучий,&lt;br /&gt;</w:t>
        <w:br/>
        <w:t>Що рани лиш ятрить, а не зціляє.&lt;br /&gt;</w:t>
        <w:br/>
        <w:t>VII&lt;br /&gt;</w:t>
        <w:br/>
        <w:t>Другові з закликом працювати&lt;br /&gt;</w:t>
        <w:br/>
        <w:t>над собою&lt;br /&gt;</w:t>
        <w:br/>
        <w:t>Прожера, ледацюга і лежуг&lt;br /&gt;</w:t>
        <w:br/>
        <w:t>Занапастять у світі добре діло&lt;br /&gt;</w:t>
        <w:br/>
        <w:t>Відтоді, як усе в нас зледащіло&lt;br /&gt;</w:t>
        <w:br/>
        <w:t>Й до голосу природи всяк оглух.&lt;br /&gt;</w:t>
        <w:br/>
        <w:t>На небі світ благих світил потух,&lt;br /&gt;</w:t>
        <w:br/>
        <w:t>І людську форму геть життя роз'їло,&lt;br /&gt;</w:t>
        <w:br/>
        <w:t>І серед нас нема таких, хто сміло&lt;br /&gt;</w:t>
        <w:br/>
        <w:t>Підтримує живим пісенний дух.&lt;br /&gt;</w:t>
        <w:br/>
        <w:t>"Вітати мирт, кохатися в лаврині?&lt;br /&gt;</w:t>
        <w:br/>
        <w:t>А любомудріє таке убоге!" —&lt;br /&gt;</w:t>
        <w:br/>
        <w:t>Заводить звичну пісню добродбай.&lt;br /&gt;</w:t>
        <w:br/>
        <w:t>З тобою, друже, цим шляхом не многі:&lt;br /&gt;</w:t>
        <w:br/>
        <w:t>Тим паче без вагань по нім рушай&lt;br /&gt;</w:t>
        <w:br/>
        <w:t>І так уже й держись його віднині.&lt;br /&gt;</w:t>
        <w:br/>
        <w:t>VIII&lt;br /&gt;</w:t>
        <w:br/>
        <w:t>Посилаючи у дар пташок&lt;br /&gt;</w:t>
        <w:br/>
        <w:t>У стіп горбів, там, де на себе шати&lt;br /&gt;</w:t>
        <w:br/>
        <w:t>Земні колись вродливиця прибрала,&lt;br /&gt;</w:t>
        <w:br/>
        <w:t>Щоб змусити страждати ще чимало&lt;br /&gt;</w:t>
        <w:br/>
        <w:t>Того, хто нас тобі унадивсь слати,&lt;br /&gt;</w:t>
        <w:br/>
        <w:t>Свобода нам була як рідна мати,&lt;br /&gt;</w:t>
        <w:br/>
        <w:t>І ні тенет, ні згубливого жала,&lt;br /&gt;</w:t>
        <w:br/>
        <w:t>І кожна твар, хоч скільки б побажала,&lt;br /&gt;</w:t>
        <w:br/>
        <w:t>Могла в гаях-полях буяти.&lt;br /&gt;</w:t>
        <w:br/>
        <w:t>IX&lt;br /&gt;</w:t>
        <w:br/>
        <w:t>Проте у нашій нинішній неволі.&lt;br /&gt;</w:t>
        <w:br/>
        <w:t>Коли ми терпимо пригоду люту,&lt;br /&gt;</w:t>
        <w:br/>
        <w:t>І гибель нам віщує наша доля,&lt;br /&gt;</w:t>
        <w:br/>
        <w:t>Шукаємо ми втіхи в нашій знуті:&lt;br /&gt;</w:t>
        <w:br/>
        <w:t>Той, хто зловив довірливих у полі,&lt;br /&gt;</w:t>
        <w:br/>
        <w:t>Волочить сам такі важенні пута.&lt;br /&gt;</w:t>
        <w:br/>
        <w:t>IX&lt;br /&gt;</w:t>
        <w:br/>
        <w:t>Посилаючи у дар фрукти&lt;br /&gt;</w:t>
        <w:br/>
        <w:t>Коли земля, що пори відміряє,&lt;br /&gt;</w:t>
        <w:br/>
        <w:t>Виходить, повернувшись, на Тільця,&lt;br /&gt;</w:t>
        <w:br/>
        <w:t>Ллє благодать вогонь її вінця&lt;br /&gt;</w:t>
        <w:br/>
        <w:t>І все пишає навкруги розмаєм.&lt;br /&gt;</w:t>
        <w:br/>
        <w:t>У полі й місця голого немає,&lt;br /&gt;</w:t>
        <w:br/>
        <w:t>Природа всюди радує серця,&lt;br /&gt;</w:t>
        <w:br/>
        <w:t>Та і в землі, де лише пітьма ця,&lt;br /&gt;</w:t>
        <w:br/>
        <w:t>В глибинах зріє щось і оживає.&lt;br /&gt;</w:t>
        <w:br/>
        <w:t>Так вруна всюди вруняться рясні,&lt;br /&gt;</w:t>
        <w:br/>
        <w:t>Так і вона, хто між подруг сіяє,&lt;br /&gt;</w:t>
        <w:br/>
        <w:t>Пускаючи в мій бік проміння-паруси,&lt;br /&gt;</w:t>
        <w:br/>
        <w:t>Викохує любов, химери і пісні.&lt;br /&gt;</w:t>
        <w:br/>
        <w:t>А що вона їх сходи не плекає,&lt;br /&gt;</w:t>
        <w:br/>
        <w:t>То й не мені дари весни усі.&lt;br /&gt;</w:t>
        <w:br/>
        <w:t>X&lt;br /&gt;</w:t>
        <w:br/>
        <w:t>Стефанові Колонні&lt;br /&gt;</w:t>
        <w:br/>
        <w:t>Колона горда, наших мрій опора,&lt;br /&gt;</w:t>
        <w:br/>
        <w:t>Латинське вікопам'ятне ім'я,&lt;br /&gt;</w:t>
        <w:br/>
        <w:t>Кого і гнів грізного Гримія&lt;br /&gt;</w:t>
        <w:br/>
        <w:t>Огнем і блискавицею не зборе.&lt;br /&gt;</w:t>
        <w:br/>
        <w:t>Тут ні театру, ні палат просторих,&lt;br /&gt;</w:t>
        <w:br/>
        <w:t>Тут трави, ліс, струмочка кручія,&lt;br /&gt;</w:t>
        <w:br/>
        <w:t>Та ще гора, де радо з віршем я&lt;br /&gt;</w:t>
        <w:br/>
        <w:t>У діл спускаюсь чи беруся вгору.&lt;br /&gt;</w:t>
        <w:br/>
        <w:t>Тут все над світом розум підіймає.&lt;br /&gt;</w:t>
        <w:br/>
        <w:t>І соловей, що слух тонкий скоряє,&lt;br /&gt;</w:t>
        <w:br/>
        <w:t>Завзявшись цілу нічку щебетать,&lt;br /&gt;</w:t>
        <w:br/>
        <w:t>Любовні думи в серце насилає.&lt;br /&gt;</w:t>
        <w:br/>
        <w:t>Проте тутешня меркне благодать,&lt;br /&gt;</w:t>
        <w:br/>
        <w:t>Як пригадаю, що тебе немає.&lt;br /&gt;</w:t>
        <w:br/>
        <w:t>XI&lt;br /&gt;</w:t>
        <w:br/>
        <w:t>Балада&lt;br /&gt;</w:t>
        <w:br/>
        <w:t>Проти фати своєї донни&lt;br /&gt;</w:t>
        <w:br/>
        <w:t>На сонці, в затінку скидать свою фату&lt;br /&gt;</w:t>
        <w:br/>
        <w:t>Ви перестали, діво,&lt;br /&gt;</w:t>
        <w:br/>
        <w:t>Заледве розпізнали, як жаждиво&lt;br /&gt;</w:t>
        <w:br/>
        <w:t>Я споглядаю вашу ліпоту.&lt;br /&gt;</w:t>
        <w:br/>
        <w:t>Допоки з повабом я вмів таїтись,&lt;br /&gt;</w:t>
        <w:br/>
        <w:t>Чий хтивий пал загин мені приніс, —&lt;br /&gt;</w:t>
        <w:br/>
        <w:t>Ви не були до мене так суворі;&lt;br /&gt;</w:t>
        <w:br/>
        <w:t>Але Амур зробив на мене виказ, —&lt;br /&gt;</w:t>
        <w:br/>
        <w:t>І ось фата прикрила сяйво кіс,&lt;br /&gt;</w:t>
        <w:br/>
        <w:t>З нудьги пішли у себе ніжні зори.&lt;br /&gt;</w:t>
        <w:br/>
        <w:t>Я втратив все, що мав, собі на горе.&lt;br /&gt;</w:t>
        <w:br/>
        <w:t>І так віднині світом нуджу,&lt;br /&gt;</w:t>
        <w:br/>
        <w:t>1 вмру, коли ні в сквар, ні в стужу&lt;br /&gt;</w:t>
        <w:br/>
        <w:t>Не блисне погляд ваш мені крізь темноту.&lt;br /&gt;</w:t>
        <w:br/>
        <w:t>Поет сподівається, що старість&lt;br /&gt;</w:t>
        <w:br/>
        <w:t>буде сприятливіша для нього&lt;br /&gt;</w:t>
        <w:br/>
        <w:t>Якщо не докона мене гризота&lt;br /&gt;</w:t>
        <w:br/>
        <w:t>І я переживу навалу бід,&lt;br /&gt;</w:t>
        <w:br/>
        <w:t>Узрівши вас уже на схилі літ, —&lt;br /&gt;</w:t>
        <w:br/>
        <w:t>Погаслі очі, світлозорі доти,&lt;br /&gt;</w:t>
        <w:br/>
        <w:t>І в кучерях осеребріє злото,&lt;br /&gt;</w:t>
        <w:br/>
        <w:t>І сукня мішурою не блищить,&lt;br /&gt;</w:t>
        <w:br/>
        <w:t>Змарніє лик, пригожий у цю мить,&lt;br /&gt;</w:t>
        <w:br/>
        <w:t>Перед яким тремтіть тобі і всоте, —&lt;br /&gt;</w:t>
        <w:br/>
        <w:t>Тоді, либонь, таки наважусь сміло&lt;br /&gt;</w:t>
        <w:br/>
        <w:t>Повідать вам, як важко все ж у світі&lt;br /&gt;</w:t>
        <w:br/>
        <w:t>Години, дні, літа прожить без цілі,&lt;br /&gt;</w:t>
        <w:br/>
        <w:t>І якщо серць нам більше не зігріти,&lt;br /&gt;</w:t>
        <w:br/>
        <w:t>Нехай мої зітхання запізнілі&lt;br /&gt;</w:t>
        <w:br/>
        <w:t>Зуміють хоч тепер мене нагородити.&lt;br /&gt;</w:t>
        <w:br/>
        <w:t>XIII&lt;br /&gt;</w:t>
        <w:br/>
        <w:t>Краса донни веде поета&lt;br /&gt;</w:t>
        <w:br/>
        <w:t>до найбільшого блага&lt;br /&gt;</w:t>
        <w:br/>
        <w:t>Коли у колі перевесниць впору&lt;br /&gt;</w:t>
        <w:br/>
        <w:t>Сама Любов в її подобі йде,&lt;br /&gt;</w:t>
        <w:br/>
        <w:t>Росте мій пал: вона і тут, і де&lt;br /&gt;</w:t>
        <w:br/>
        <w:t>Над усіма у світі візьме гору.&lt;br /&gt;</w:t>
        <w:br/>
        <w:t>Благословляю місце, час і пору.&lt;br /&gt;</w:t>
        <w:br/>
        <w:t>Немарно бродить тут бажання молоде.&lt;br /&gt;</w:t>
        <w:br/>
        <w:t>Я дякую тобі, душе, за те,&lt;br /&gt;</w:t>
        <w:br/>
        <w:t>Що ти явила рай моєму зору.&lt;br /&gt;</w:t>
        <w:br/>
        <w:t>Дає вона мені думок любовних рій,&lt;br /&gt;</w:t>
        <w:br/>
        <w:t>Що до високої возносять благостині,&lt;br /&gt;</w:t>
        <w:br/>
        <w:t>Ганьбуючи добром, таким звабливим нині;&lt;br /&gt;</w:t>
        <w:br/>
        <w:t>Вона осмілює мене у цій пустині&lt;br /&gt;</w:t>
        <w:br/>
        <w:t>І в небеса веде по стежечці крутій,&lt;br /&gt;</w:t>
        <w:br/>
        <w:t>І вже мені дарує упокій.&lt;br /&gt;</w:t>
        <w:br/>
        <w:t>XIV&lt;br /&gt;</w:t>
        <w:br/>
        <w:t>Балада&lt;br /&gt;</w:t>
        <w:br/>
        <w:t>Прощання з донною&lt;br /&gt;</w:t>
        <w:br/>
        <w:t>Коли здіймаю вас, нещасні очі,&lt;br /&gt;</w:t>
        <w:br/>
        <w:t>На ту, що вас хупавістю убила,&lt;br /&gt;</w:t>
        <w:br/>
        <w:t>Я б не зітхав безсило,&lt;br /&gt;</w:t>
        <w:br/>
        <w:t>Та доля грізні дні пророчить.&lt;br /&gt;</w:t>
        <w:br/>
        <w:t>Лиш смерть удатна плину дум моїх&lt;br /&gt;</w:t>
        <w:br/>
        <w:t>Шлях заступить у порт благословенний,&lt;br /&gt;</w:t>
        <w:br/>
        <w:t>Тоді як, очі біднії, у вас&lt;br /&gt;</w:t>
        <w:br/>
        <w:t>Відраду вашу, скарб, для вас священний,&lt;br /&gt;</w:t>
        <w:br/>
        <w:t>Відняти може куди менший гріх, —&lt;br /&gt;</w:t>
        <w:br/>
        <w:t>Адже ви поступались їм не раз.&lt;br /&gt;</w:t>
        <w:br/>
        <w:t>Тому, поки не вибив час&lt;br /&gt;</w:t>
        <w:br/>
        <w:t>Для сліз, а він близький, цей час розлуки&lt;br /&gt;</w:t>
        <w:br/>
        <w:t>Напередодні муки,&lt;br /&gt;</w:t>
        <w:br/>
        <w:t>Ловіть хвилину, скільки мочі.&lt;br /&gt;</w:t>
        <w:br/>
        <w:t>У час розлуки з донною&lt;br /&gt;</w:t>
        <w:br/>
        <w:t>Коли здіймаю вас, мої сердешні очі,&lt;br /&gt;</w:t>
        <w:br/>
        <w:t>На ту, хто має такий гожий вид,&lt;br /&gt;</w:t>
        <w:br/>
        <w:t>Благаю, обережно це робіть,&lt;br /&gt;</w:t>
        <w:br/>
        <w:t>Бо знайте: вам Амур біду наврочить.&lt;br /&gt;</w:t>
        <w:br/>
        <w:t>Любовним думам лише смерть завада&lt;br /&gt;</w:t>
        <w:br/>
        <w:t>На їхньому шляху у порт благий,&lt;br /&gt;</w:t>
        <w:br/>
        <w:t>Тоді як, очі горопашні, в вас&lt;br /&gt;</w:t>
        <w:br/>
        <w:t>Ясну зорю, надію всіх надій,&lt;br /&gt;</w:t>
        <w:br/>
        <w:t>Забрати може навіть менша вада,&lt;br /&gt;</w:t>
        <w:br/>
        <w:t>Ніж ваша. Для плачу надходить час.&lt;br /&gt;</w:t>
        <w:br/>
        <w:t>Отож, поки біда не почалась, —&lt;br /&gt;</w:t>
        <w:br/>
        <w:t>Вона не за горами вже розлука, —&lt;br /&gt;</w:t>
        <w:br/>
        <w:t>Напередодні затяжної муки&lt;br /&gt;</w:t>
        <w:br/>
        <w:t>Ловіте кожну мить урочу.&lt;br /&gt;</w:t>
        <w:br/>
        <w:t>XV&lt;br /&gt;</w:t>
        <w:br/>
        <w:t>Покидаючи свою донну&lt;br /&gt;</w:t>
        <w:br/>
        <w:t>Зроблю два ступні й озирнусь назад,&lt;br /&gt;</w:t>
        <w:br/>
        <w:t>Тягну до вас розбиту ношу тіла,&lt;br /&gt;</w:t>
        <w:br/>
        <w:t>І запах любого мені приділа&lt;br /&gt;</w:t>
        <w:br/>
        <w:t>Вдихаю, бідолаха, рад-не-рад.&lt;br /&gt;</w:t>
        <w:br/>
        <w:t>І думаю, що більш нема відрад,&lt;br /&gt;</w:t>
        <w:br/>
        <w:t>Незчуєшся — життя вже пролетіло,&lt;br /&gt;</w:t>
        <w:br/>
        <w:t>І завмираю, знов бреду несміло,&lt;br /&gt;</w:t>
        <w:br/>
        <w:t>І сльози долу градом капотять.&lt;br /&gt;</w:t>
        <w:br/>
        <w:t>Я в сумнівах питаю мимохіть:&lt;br /&gt;</w:t>
        <w:br/>
        <w:t>"Не віриться, невже ми так живемо,&lt;br /&gt;</w:t>
        <w:br/>
        <w:t>Щоб це і тіло, і душа окремо?"&lt;br /&gt;</w:t>
        <w:br/>
        <w:t>На це Амур: "А уяви на мить,&lt;br /&gt;</w:t>
        <w:br/>
        <w:t>Що випала така коханцям доля:&lt;br /&gt;</w:t>
        <w:br/>
        <w:t>Усюди на землі їм вольна воля".&lt;br /&gt;</w:t>
        <w:br/>
        <w:t>XVI&lt;br /&gt;</w:t>
        <w:br/>
        <w:t>Поет порівнює себе з прочанином,&lt;br /&gt;</w:t>
        <w:br/>
        <w:t>що йде поклонитися Христові&lt;br /&gt;</w:t>
        <w:br/>
        <w:t>В дорогу рушив дід, уже збуй-вік,&lt;br /&gt;</w:t>
        <w:br/>
        <w:t>Від любих місць, де роки пролетіли,&lt;br /&gt;</w:t>
        <w:br/>
        <w:t>Утримати його було несила,&lt;br /&gt;</w:t>
        <w:br/>
        <w:t>Такий несхитний дав собі зарік.&lt;br /&gt;</w:t>
        <w:br/>
        <w:t>У мандри довгі не ходив старик, —&lt;br /&gt;</w:t>
        <w:br/>
        <w:t>Долаючи знемогу в хирнім тілі,&lt;br /&gt;</w:t>
        <w:br/>
        <w:t>Бреде, кульгає до своєї цілі,&lt;br /&gt;</w:t>
        <w:br/>
        <w:t>Зморився, але духом не поник.&lt;br /&gt;</w:t>
        <w:br/>
        <w:t>І от він добирається до Рима,&lt;br /&gt;</w:t>
        <w:br/>
        <w:t>Аби узріть зображення того,&lt;br /&gt;</w:t>
        <w:br/>
        <w:t>З ким в небесах побачення жде скоро.&lt;br /&gt;</w:t>
        <w:br/>
        <w:t>Так в зорах інших, хто проходить мимо,&lt;br /&gt;</w:t>
        <w:br/>
        <w:t>Розшукую блаженства я свого —&lt;br /&gt;</w:t>
        <w:br/>
        <w:t>Блиск вашого чаруючого зору.&lt;br /&gt;</w:t>
        <w:br/>
        <w:t>XVII&lt;br /&gt;</w:t>
        <w:br/>
        <w:t>Що поета засмучує&lt;br /&gt;</w:t>
        <w:br/>
        <w:t>і що втішає&lt;br /&gt;</w:t>
        <w:br/>
        <w:t>Зітхаю, ніби листом вітровій&lt;br /&gt;</w:t>
        <w:br/>
        <w:t>Шурхоче сумно, сльози набігають,&lt;br /&gt;</w:t>
        <w:br/>
        <w:t>Коли дивлюсь на вас і відчуваю,&lt;br /&gt;</w:t>
        <w:br/>
        <w:t>Що я у цьому світі геть чужий.&lt;br /&gt;</w:t>
        <w:br/>
        <w:t>Усмішки вашої узрівши світ благий,&lt;br /&gt;</w:t>
        <w:br/>
        <w:t>Життя не пеклом бачу я, а раєм.&lt;br /&gt;</w:t>
        <w:br/>
        <w:t>Та й інших насолод вже не шукаю:&lt;br /&gt;</w:t>
        <w:br/>
        <w:t>Любуй на вроду, упивайсь, радій.&lt;br /&gt;</w:t>
        <w:br/>
        <w:t>Та ви підете, і я вже в зажурі,&lt;br /&gt;</w:t>
        <w:br/>
        <w:t>Коли отерпло все, холоне кров,&lt;br /&gt;</w:t>
        <w:br/>
        <w:t>Фатальну усмішку ловити мушу.&lt;br /&gt;</w:t>
        <w:br/>
        <w:t>Й ключі любовні взявши у Амура,&lt;br /&gt;</w:t>
        <w:br/>
        <w:t>Тепер я вийму з тіла хвору душу,&lt;br /&gt;</w:t>
        <w:br/>
        <w:t>Аби за вами йти, моя любов.&lt;br /&gt;</w:t>
        <w:br/>
        <w:t>XVIII&lt;br /&gt;</w:t>
        <w:br/>
        <w:t>Коли поет тікає, його переслідує&lt;br /&gt;</w:t>
        <w:br/>
        <w:t>жага&lt;br /&gt;</w:t>
        <w:br/>
        <w:t>Коли в думках туди я лину, звідки&lt;br /&gt;</w:t>
        <w:br/>
        <w:t>Мадонна пречудова ллє свій світ,&lt;br /&gt;</w:t>
        <w:br/>
        <w:t>І думаю, як палить він, цей світ,&lt;br /&gt;</w:t>
        <w:br/>
        <w:t>Й що визволу нема мені нізвідки, —&lt;br /&gt;</w:t>
        <w:br/>
        <w:t>Я в серце бідне заглядаю, звідки&lt;br /&gt;</w:t>
        <w:br/>
        <w:t>Життя поволі убуває світ,&lt;br /&gt;</w:t>
        <w:br/>
        <w:t>І, як сліпець, бреду, згубивши світ,&lt;br /&gt;</w:t>
        <w:br/>
        <w:t>Бозна-куди і невідомо звідки.&lt;br /&gt;</w:t>
        <w:br/>
        <w:t>Так прагну я від зазіхання смерті&lt;br /&gt;</w:t>
        <w:br/>
        <w:t>Уберегтись, проте любов услід&lt;br /&gt;</w:t>
        <w:br/>
        <w:t>Спішить, щоб мучити мене, як завше.&lt;br /&gt;</w:t>
        <w:br/>
        <w:t>Іду, безмовний я, щоб голос смерті&lt;br /&gt;</w:t>
        <w:br/>
        <w:t>Зустрічних не лякав: мені не слід&lt;br /&gt;</w:t>
        <w:br/>
        <w:t>На людях плакать, а тихцем, як завше.&lt;br /&gt;</w:t>
        <w:br/>
        <w:t>XIX&lt;br /&gt;</w:t>
        <w:br/>
        <w:t>Поет порівнює себе з метеликом&lt;br /&gt;</w:t>
        <w:br/>
        <w:t>На світі трохи знайдеться звірят,&lt;br /&gt;</w:t>
        <w:br/>
        <w:t>Що сонця не бояться їхні очі,&lt;br /&gt;</w:t>
        <w:br/>
        <w:t>А інші виглядають тільки ночі —&lt;br /&gt;</w:t>
        <w:br/>
        <w:t>На темний промисл вийти без завад.&lt;br /&gt;</w:t>
        <w:br/>
        <w:t>А є ж іще такі, які летять&lt;br /&gt;</w:t>
        <w:br/>
        <w:t>В огонь, для них такий урочий,&lt;br /&gt;</w:t>
        <w:br/>
        <w:t>І розлучаються з життям охоче, —&lt;br /&gt;</w:t>
        <w:br/>
        <w:t>От я себе і ставлю з ними в ряд.&lt;br /&gt;</w:t>
        <w:br/>
        <w:t>Дівоча врода так мене сліпить, —&lt;br /&gt;</w:t>
        <w:br/>
        <w:t>Я в тінь ховаюсь, як її побачу,&lt;br /&gt;</w:t>
        <w:br/>
        <w:t>Не хочу, щоб скоріше ніч зайшла.&lt;br /&gt;</w:t>
        <w:br/>
        <w:t>Сльозиться зір, одначе їй навстріч&lt;br /&gt;</w:t>
        <w:br/>
        <w:t>Я пориваюсь, з пристріту неначе,&lt;br /&gt;</w:t>
        <w:br/>
        <w:t>Щоб в сяєві її згоріть дотла.&lt;br /&gt;</w:t>
        <w:br/>
        <w:t>XX&lt;br /&gt;</w:t>
        <w:br/>
        <w:t>Поет не може достойно&lt;br /&gt;</w:t>
        <w:br/>
        <w:t>оспівати свою донну&lt;br /&gt;</w:t>
        <w:br/>
        <w:t>В душі іноді відчуваю стид,&lt;br /&gt;</w:t>
        <w:br/>
        <w:t>Що досі не співець я ваших чарів,&lt;br /&gt;</w:t>
        <w:br/>
        <w:t>Хоч з дня, як стрів, я тільки й марю&lt;br /&gt;</w:t>
        <w:br/>
        <w:t>Прекрасний образ віршами різьбить.&lt;br /&gt;</w:t>
        <w:br/>
        <w:t>Та тут же, збезнадіявшись за мить,&lt;br /&gt;</w:t>
        <w:br/>
        <w:t>Похоплююсь: забракне в мене дару, —&lt;br /&gt;</w:t>
        <w:br/>
        <w:t>І все натхнення пропадає даром,&lt;br /&gt;</w:t>
        <w:br/>
        <w:t>І можна вже себе не гарячить.&lt;br /&gt;</w:t>
        <w:br/>
        <w:t>Не раз я говорити був готовий,&lt;br /&gt;</w:t>
        <w:br/>
        <w:t>Та звуки із грудей не виривались.&lt;br /&gt;</w:t>
        <w:br/>
        <w:t>Ні, не мені буять у височінь!&lt;br /&gt;</w:t>
        <w:br/>
        <w:t>Не раз виводив на папері слово,&lt;br /&gt;</w:t>
        <w:br/>
        <w:t>Та думка і перо мої здавались,&lt;br /&gt;</w:t>
        <w:br/>
        <w:t>Нічого не придумавши. Амінь.&lt;br /&gt;</w:t>
        <w:br/>
        <w:t>XXI&lt;br /&gt;</w:t>
        <w:br/>
        <w:t>Поетове серце, відкинуте&lt;br /&gt;</w:t>
        <w:br/>
        <w:t>Лаурою, приречене на загин&lt;br /&gt;</w:t>
        <w:br/>
        <w:t>Не раз, моя прекрасна ворогине,&lt;br /&gt;</w:t>
        <w:br/>
        <w:t>Ладен був здатись я цим двом очам&lt;br /&gt;</w:t>
        <w:br/>
        <w:t>І спокій мати. Та не хтілось вам&lt;br /&gt;</w:t>
        <w:br/>
        <w:t>Зійти, не потураючи гордині.&lt;br /&gt;</w:t>
        <w:br/>
        <w:t>Про нього мріє, може, інша нині,&lt;br /&gt;</w:t>
        <w:br/>
        <w:t>Одначе марно — серця не віддам.&lt;br /&gt;</w:t>
        <w:br/>
        <w:t>Я не належу вже минулим дням,&lt;br /&gt;</w:t>
        <w:br/>
        <w:t>Нехай воно в неволі вашій гине.&lt;br /&gt;</w:t>
        <w:br/>
        <w:t>Але якщо притулку не знайти&lt;br /&gt;</w:t>
        <w:br/>
        <w:t>Йому у вас і знову стать ізгоєм,&lt;br /&gt;</w:t>
        <w:br/>
        <w:t>Зневаженим і погордющим, — знов&lt;br /&gt;</w:t>
        <w:br/>
        <w:t>Воно зіб'ється з вірної путі.&lt;br /&gt;</w:t>
        <w:br/>
        <w:t>Тоді ганьби зазнаєм ми обоє,&lt;br /&gt;</w:t>
        <w:br/>
        <w:t>А надто ви, бо в вас моя любов.&lt;br /&gt;</w:t>
        <w:br/>
        <w:t>XXII&lt;br /&gt;</w:t>
        <w:br/>
        <w:t>Секстина&lt;br /&gt;</w:t>
        <w:br/>
        <w:t>Усе живе, чий прихисток — земля,&lt;br /&gt;</w:t>
        <w:br/>
        <w:t>Хоть декого і відстрашає сонце,&lt;br /&gt;</w:t>
        <w:br/>
        <w:t>Вершить свій труд, поки триває день;&lt;br /&gt;</w:t>
        <w:br/>
        <w:t>Коли ж крайнебо засівають зорі,&lt;br /&gt;</w:t>
        <w:br/>
        <w:t>Хто йде під стріху, хто ховатись в ліс,&lt;br /&gt;</w:t>
        <w:br/>
        <w:t>Щоб відпочить принаймні до світання&lt;br /&gt;</w:t>
        <w:br/>
        <w:t>А я, як тільки пломінке світання&lt;br /&gt;</w:t>
        <w:br/>
        <w:t>Розсіє тінь, в якій дріма земля,&lt;br /&gt;</w:t>
        <w:br/>
        <w:t>І звірі галасом наповнять ліс,&lt;br /&gt;</w:t>
        <w:br/>
        <w:t>Зітханнями я проводжаю сонце;&lt;br /&gt;</w:t>
        <w:br/>
        <w:t>І плачу, бачачи на небі зорі,&lt;br /&gt;</w:t>
        <w:br/>
        <w:t>З надією новою жду світання.&lt;br /&gt;</w:t>
        <w:br/>
        <w:t>Коли ж тьма заступає ясний день&lt;br /&gt;</w:t>
        <w:br/>
        <w:t>Й для інших розливається світання,&lt;br /&gt;</w:t>
        <w:br/>
        <w:t>Я позираю на зловісні зорі,&lt;br /&gt;</w:t>
        <w:br/>
        <w:t>З чиєї волі я — оживлена земля,&lt;br /&gt;</w:t>
        <w:br/>
        <w:t>І день кляну, коли побачив сонце,&lt;br /&gt;</w:t>
        <w:br/>
        <w:t>Як той, кого зростив у хащі ліс.&lt;br /&gt;</w:t>
        <w:br/>
        <w:t>Навряд чи звір лютіше в лісі&lt;br /&gt;</w:t>
        <w:br/>
        <w:t>Гасає цілу ніч і цілий день,&lt;br /&gt;</w:t>
        <w:br/>
        <w:t>Ніж та, що вродою затьмила сонце.&lt;br /&gt;</w:t>
        <w:br/>
        <w:t>Зітхаючи з первосну до світання,&lt;br /&gt;</w:t>
        <w:br/>
        <w:t>Оскільки якщо плоттю я — земля,&lt;br /&gt;</w:t>
        <w:br/>
        <w:t>Мені кохання припослали зорі. .&lt;br /&gt;</w:t>
        <w:br/>
        <w:t>Поки до вас я не вернуся, зорі,&lt;br /&gt;</w:t>
        <w:br/>
        <w:t>І не сховав мене любовний ліс,&lt;br /&gt;</w:t>
        <w:br/>
        <w:t>1 не сточила плоть мою земля, —&lt;br /&gt;</w:t>
        <w:br/>
        <w:t>О, що коли б урвало хмурий день&lt;br /&gt;</w:t>
        <w:br/>
        <w:t>Блаженство від смеркання до світання,&lt;br /&gt;</w:t>
        <w:br/>
        <w:t>Одна лиш ніч, поки не зійде сонце!&lt;br /&gt;</w:t>
        <w:br/>
        <w:t>Я вкупі з любою провів би сонце,&lt;br /&gt;</w:t>
        <w:br/>
        <w:t>Щоб нас ніхто не видів — тільки зорі,&lt;br /&gt;</w:t>
        <w:br/>
        <w:t>Щоб наша ніч не бачила світання&lt;br /&gt;</w:t>
        <w:br/>
        <w:t>І не дала б їй обернуться в ліс,&lt;br /&gt;</w:t>
        <w:br/>
        <w:t>Уникнувши обіймів, як в той день,&lt;br /&gt;</w:t>
        <w:br/>
        <w:t>Коли спустився Аполлон на землю.&lt;br /&gt;</w:t>
        <w:br/>
        <w:t>Та мій уділ — земля і темний ліс:&lt;br /&gt;</w:t>
        <w:br/>
        <w:t>І вдень, не в пору, загоряться зорі&lt;br /&gt;</w:t>
        <w:br/>
        <w:t>Скоріше, ніж мого світання сонце.&lt;br /&gt;</w:t>
        <w:br/>
        <w:t>Канцона&lt;br /&gt;</w:t>
        <w:br/>
        <w:t>Поет повідає, як він віддав свою&lt;br /&gt;</w:t>
        <w:br/>
        <w:t>свободу за любовне рабство і як&lt;br /&gt;</w:t>
        <w:br/>
        <w:t>йому скрутно від цього&lt;br /&gt;</w:t>
        <w:br/>
        <w:t>Начало мого віку молодого,&lt;br /&gt;</w:t>
        <w:br/>
        <w:t>Весну ще юного, несмілого кохання,&lt;br /&gt;</w:t>
        <w:br/>
        <w:t>Що розрослось так грізно і похмуро,&lt;br /&gt;</w:t>
        <w:br/>
        <w:t>Згадаю, щоб полегшити страждання,&lt;br /&gt;</w:t>
        <w:br/>
        <w:t>Коли я жив, цураючись Амура,&lt;br /&gt;</w:t>
        <w:br/>
        <w:t>Повідаю, в яку мене зажуру&lt;br /&gt;</w:t>
        <w:br/>
        <w:t>Він ввів і що зі мною стало.&lt;br /&gt;</w:t>
        <w:br/>
        <w:t>Мені наука — іншим теж наука!&lt;br /&gt;</w:t>
        <w:br/>
        <w:t>І про мою розпуку&lt;br /&gt;</w:t>
        <w:br/>
        <w:t>Писать не одному, а сотні перам мало,&lt;br /&gt;</w:t>
        <w:br/>
        <w:t>Рядки сумні снуються без числа,&lt;br /&gt;</w:t>
        <w:br/>
        <w:t>І жалібні в гаях лунають звуки.&lt;br /&gt;</w:t>
        <w:br/>
        <w:t>Як не повірить, що нещасний я,&lt;br /&gt;</w:t>
        <w:br/>
        <w:t>І якщо пам'ять не цупка моя,&lt;br /&gt;</w:t>
        <w:br/>
        <w:t>Забудькуватість вибачають муки,&lt;br /&gt;</w:t>
        <w:br/>
        <w:t>І думка, що всі інші розмела&lt;br /&gt;</w:t>
        <w:br/>
        <w:t>І пам'яті приносить стільки зла,&lt;br /&gt;</w:t>
        <w:br/>
        <w:t>Всю душу забирає, безборонну,&lt;br /&gt;</w:t>
        <w:br/>
        <w:t>Лишаючи мені лиш оболону.&lt;br /&gt;</w:t>
        <w:br/>
        <w:t>Немало збігло літ літам на зміну&lt;br /&gt;</w:t>
        <w:br/>
        <w:t>Відтоді, як Амур вчинив мені&lt;br /&gt;</w:t>
        <w:br/>
        <w:t>Облогу вперше, і новим шляхом&lt;br /&gt;</w:t>
        <w:br/>
        <w:t>Я вже пішов, і думи крижані&lt;br /&gt;</w:t>
        <w:br/>
        <w:t>Позводили свої алмазні стіни,&lt;br /&gt;</w:t>
        <w:br/>
        <w:t>Щоб серце ними обгорнуть кругом,&lt;br /&gt;</w:t>
        <w:br/>
        <w:t>Ще не лилися сльози джерелом,&lt;br /&gt;</w:t>
        <w:br/>
        <w:t>Міцний був сон, мене вражало дечим&lt;br /&gt;</w:t>
        <w:br/>
        <w:t>У людях те, чого в мені нема,&lt;br /&gt;</w:t>
        <w:br/>
        <w:t>Та доля всім рядить сама:&lt;br /&gt;</w:t>
        <w:br/>
        <w:t>Життя вершить кінець, а днину — вечір.&lt;br /&gt;</w:t>
        <w:br/>
        <w:t>Не міг собі Амур подарувати,&lt;br /&gt;</w:t>
        <w:br/>
        <w:t>Що сталь стріли одежу лиш прошила,&lt;br /&gt;</w:t>
        <w:br/>
        <w:t>Не заподіявши мені ураз.&lt;br /&gt;</w:t>
        <w:br/>
        <w:t>Тоді він даму залучив ураз,&lt;br /&gt;</w:t>
        <w:br/>
        <w:t>Перед могутністю якої сила&lt;br /&gt;</w:t>
        <w:br/>
        <w:t>І хитрощі вартують небагато,&lt;br /&gt;</w:t>
        <w:br/>
        <w:t>І, взявшись вдвох одного подолати,&lt;br /&gt;</w:t>
        <w:br/>
        <w:t>Перетворили мужа у лаврину,&lt;br /&gt;</w:t>
        <w:br/>
        <w:t>Яка і в холод зроду не загине.&lt;br /&gt;</w:t>
        <w:br/>
        <w:t>Тут попередила моя тривога&lt;br /&gt;</w:t>
        <w:br/>
        <w:t>Про дивну зміну у моїй персоні:&lt;br /&gt;</w:t>
        <w:br/>
        <w:t>Волосся обернулось листям тим,&lt;br /&gt;</w:t>
        <w:br/>
        <w:t>З якого на чоло кладуть корону,&lt;br /&gt;</w:t>
        <w:br/>
        <w:t>Душі підвладні, розтяглися ноги,&lt;br /&gt;</w:t>
        <w:br/>
        <w:t>Пнучися кожним порухом своїм,&lt;br /&gt;</w:t>
        <w:br/>
        <w:t>Й корінням перекинулись тугим&lt;br /&gt;</w:t>
        <w:br/>
        <w:t>Над берегом ріки, ні, не Пенея,&lt;br /&gt;</w:t>
        <w:br/>
        <w:t>І руки стали віттям лавру — ух!&lt;br /&gt;</w:t>
        <w:br/>
        <w:t>А сніжно-білий пух,&lt;br /&gt;</w:t>
        <w:br/>
        <w:t>Який зробивсь одежею моєю,&lt;br /&gt;</w:t>
        <w:br/>
        <w:t>Мене порвав аж у підхмарну вись!&lt;br /&gt;</w:t>
        <w:br/>
        <w:t>Овва! І це пропало сподівання,&lt;br /&gt;</w:t>
        <w:br/>
        <w:t>Отож я, плачучи невтішно, день і ніч&lt;br /&gt;</w:t>
        <w:br/>
        <w:t>Один, як сич,&lt;br /&gt;</w:t>
        <w:br/>
        <w:t>Розшукував його уже востаннє,&lt;br /&gt;</w:t>
        <w:br/>
        <w:t>Загнавшись на узморину кудись,&lt;br /&gt;</w:t>
        <w:br/>
        <w:t>Де мертві води й чути тихе "плись".&lt;br /&gt;</w:t>
        <w:br/>
        <w:t>Відтоді допекла мене кручина,&lt;br /&gt;</w:t>
        <w:br/>
        <w:t>І сідаю вкрила пісня лебедина.&lt;br /&gt;</w:t>
        <w:br/>
        <w:t>Так я ходив край любої землі,&lt;br /&gt;</w:t>
        <w:br/>
        <w:t>І замість мови пісня розлягалась,&lt;br /&gt;</w:t>
        <w:br/>
        <w:t>І дивний голос милості просив:&lt;br /&gt;</w:t>
        <w:br/>
        <w:t>Співати ніжно так ще не вдавалось&lt;br /&gt;</w:t>
        <w:br/>
        <w:t>Мені про всі мої грижі-жалі,&lt;br /&gt;</w:t>
        <w:br/>
        <w:t>Та ласки я, бідаха, не зажив.&lt;br /&gt;</w:t>
        <w:br/>
        <w:t>Яку гризоту я в душі носив!&lt;br /&gt;</w:t>
        <w:br/>
        <w:t>Проте вже більше, ніж сказав донині,&lt;br /&gt;</w:t>
        <w:br/>
        <w:t>Сказати, хай забракне слова — варт:&lt;br /&gt;</w:t>
        <w:br/>
        <w:t>Про ту, в якої добрий гарт, —&lt;br /&gt;</w:t>
        <w:br/>
        <w:t>Про безконечно любу ворогиню.&lt;br /&gt;</w:t>
        <w:br/>
        <w:t>Майстриня із грудей виймать серця,&lt;br /&gt;</w:t>
        <w:br/>
        <w:t>Вона так само і моїм заволоділа&lt;br /&gt;</w:t>
        <w:br/>
        <w:t>І мовила: "Ні слова про любов!"&lt;br /&gt;</w:t>
        <w:br/>
        <w:t>А згодом я її спіткав ізнов&lt;br /&gt;</w:t>
        <w:br/>
        <w:t>Одну, вже зовсім іншу, і несміло&lt;br /&gt;</w:t>
        <w:br/>
        <w:t>Повідав їй всю правду до кінця.&lt;br /&gt;</w:t>
        <w:br/>
        <w:t>І вираз її строгого лиця&lt;br /&gt;</w:t>
        <w:br/>
        <w:t>Засвідчив ясно про мою провину.&lt;br /&gt;</w:t>
        <w:br/>
        <w:t>І я завмер, мов кам'яна людина.&lt;br /&gt;</w:t>
        <w:br/>
        <w:t>Світилось стільки гніву в любім зорі,&lt;br /&gt;</w:t>
        <w:br/>
        <w:t>Що я затрепетав, окам'янілий,&lt;br /&gt;</w:t>
        <w:br/>
        <w:t>Як чув: "То, може, сплутав, сам не свій,&lt;br /&gt;</w:t>
        <w:br/>
        <w:t>Мене із іншою?" — "Аби вона схотіла, —&lt;br /&gt;</w:t>
        <w:br/>
        <w:t>Сказав собі, — я покотив би й гору.&lt;br /&gt;</w:t>
        <w:br/>
        <w:t>Дозволь мені заплакать, пане мій!"&lt;br /&gt;</w:t>
        <w:br/>
        <w:t>Не розумію як, та, ледь живий,&lt;br /&gt;</w:t>
        <w:br/>
        <w:t>Я здатність відзискав пересуватись,&lt;br /&gt;</w:t>
        <w:br/>
        <w:t>Почувшись до вини за цей урок.&lt;br /&gt;</w:t>
        <w:br/>
        <w:t>Проте короткий строк,&lt;br /&gt;</w:t>
        <w:br/>
        <w:t>Аби перу за прагненням угнатись,&lt;br /&gt;</w:t>
        <w:br/>
        <w:t>І з того, що вдалося зберегти,&lt;br /&gt;</w:t>
        <w:br/>
        <w:t>Згадаю тільки дещо із пригоди.&lt;br /&gt;</w:t>
        <w:br/>
        <w:t>Не зичу жодному таких я мук:&lt;br /&gt;</w:t>
        <w:br/>
        <w:t>Як смерть рубала піді мною сук,&lt;br /&gt;</w:t>
        <w:br/>
        <w:t>Й боротись мовчки з нею було годі,&lt;br /&gt;</w:t>
        <w:br/>
        <w:t>Не міг знайти я силу в німоті;&lt;br /&gt;</w:t>
        <w:br/>
        <w:t>Та й говорити як же зможеш ти.&lt;br /&gt;</w:t>
        <w:br/>
        <w:t>І я кричав — кричав папір, чорнило:&lt;br /&gt;</w:t>
        <w:br/>
        <w:t>"Я ваш, а ви себе б оч пожаліли!"&lt;br /&gt;</w:t>
        <w:br/>
        <w:t>Хотів я вірить, що відтане мила,&lt;br /&gt;</w:t>
        <w:br/>
        <w:t>Що зглянеться вона на мене скоро,&lt;br /&gt;</w:t>
        <w:br/>
        <w:t>А якщо так, обійдеться цей раз.&lt;br /&gt;</w:t>
        <w:br/>
        <w:t>Та гнів іноді нехтує покору&lt;br /&gt;</w:t>
        <w:br/>
        <w:t>Та ще й черпає у покорі силу, —&lt;br /&gt;</w:t>
        <w:br/>
        <w:t>І от зостався я на довгий час&lt;br /&gt;</w:t>
        <w:br/>
        <w:t>У мороці, а світ її погас.&lt;br /&gt;</w:t>
        <w:br/>
        <w:t>Ніде не бачачи, хоч як я пильнував,&lt;br /&gt;</w:t>
        <w:br/>
        <w:t>її слідів, — де їх у млі знайти! —&lt;br /&gt;</w:t>
        <w:br/>
        <w:t>Як той, хто спить в путі,&lt;br /&gt;</w:t>
        <w:br/>
        <w:t>Якось ницьма упав я серед трав.&lt;br /&gt;</w:t>
        <w:br/>
        <w:t>Сумуючи, що промінь як змело,&lt;br /&gt;</w:t>
        <w:br/>
        <w:t>Я вихід дав своїм сльозам печалі,&lt;br /&gt;</w:t>
        <w:br/>
        <w:t>Бо стримувати їх уже не міг.&lt;br /&gt;</w:t>
        <w:br/>
        <w:t>З такою швидкістю не тане сніг&lt;br /&gt;</w:t>
        <w:br/>
        <w:t>У березні, з якою сили убували.&lt;br /&gt;</w:t>
        <w:br/>
        <w:t>І я, оскільки в небі вікон не було,&lt;br /&gt;</w:t>
        <w:br/>
        <w:t>Під буком обернувся в джерело.&lt;br /&gt;</w:t>
        <w:br/>
        <w:t>Хто чув, щоб чоловік кипів у ключ?&lt;br /&gt;</w:t>
        <w:br/>
        <w:t>Посвідч це й сумнівом себе не муч.&lt;br /&gt;</w:t>
        <w:br/>
        <w:t>Хто сотворив цю душу досконалу?&lt;br /&gt;</w:t>
        <w:br/>
        <w:t>Якщо це не Творець усього світу,&lt;br /&gt;</w:t>
        <w:br/>
        <w:t>Якого ця душа за приклад має,&lt;br /&gt;</w:t>
        <w:br/>
        <w:t>Завжди гріхи готова відпустити&lt;br /&gt;</w:t>
        <w:br/>
        <w:t>Тому, хто каятись йде напропале&lt;br /&gt;</w:t>
        <w:br/>
        <w:t>І, каючись, покращать обіцяє.&lt;br /&gt;</w:t>
        <w:br/>
        <w:t>Коли вона мольби ще раз чекає,&lt;br /&gt;</w:t>
        <w:br/>
        <w:t>Вона наслідує і в цьому Бога,&lt;br /&gt;</w:t>
        <w:br/>
        <w:t>Розкаяних щоб устрашить,&lt;br /&gt;</w:t>
        <w:br/>
        <w:t>Бо клятва не грішить,&lt;br /&gt;</w:t>
        <w:br/>
        <w:t>Не закриває грішникам дороги.&lt;br /&gt;</w:t>
        <w:br/>
        <w:t>Й, змінивши гнів на ласку, неня&lt;br /&gt;</w:t>
        <w:br/>
        <w:t>На мене глянула і оцінила,&lt;br /&gt;</w:t>
        <w:br/>
        <w:t>Що сум мій вже покуті до ладу,&lt;br /&gt;</w:t>
        <w:br/>
        <w:t>Розмаяла мою біду.&lt;br /&gt;</w:t>
        <w:br/>
        <w:t>І заблагав її я знову сміло,&lt;br /&gt;</w:t>
        <w:br/>
        <w:t>І зір її, — яка ж вона шалена! —&lt;br /&gt;</w:t>
        <w:br/>
        <w:t>Зробив раптово каменюку з мене.&lt;br /&gt;</w:t>
        <w:br/>
        <w:t>Лиш голос мій, залишившись на вітрі,&lt;br /&gt;</w:t>
        <w:br/>
        <w:t>Смерть кликав і її по імені так прикро.&lt;br /&gt;</w:t>
        <w:br/>
        <w:t>Мій журний дух, — ніяк ця згадка не мине, —&lt;br /&gt;</w:t>
        <w:br/>
        <w:t>Дійшовши до любовної нестями,&lt;br /&gt;</w:t>
        <w:br/>
        <w:t>В пустельних гротах плакав я багато,&lt;br /&gt;</w:t>
        <w:br/>
        <w:t>І гріх якось спокутував сльозами, —&lt;br /&gt;</w:t>
        <w:br/>
        <w:t>І віднайшов своє єство земне.&lt;br /&gt;</w:t>
        <w:br/>
        <w:t>Як видно, щоб сильніше ще страждати.&lt;br /&gt;</w:t>
        <w:br/>
        <w:t>Увесь цей час їй наступав на п'яти:&lt;br /&gt;</w:t>
        <w:br/>
        <w:t>Й таки настиг її у засторонці.&lt;br /&gt;</w:t>
        <w:br/>
        <w:t>У плесі тихого струмка&lt;br /&gt;</w:t>
        <w:br/>
        <w:t>Купалась діва голяка,&lt;br /&gt;</w:t>
        <w:br/>
        <w:t>Освітлена яскравим сонцем.&lt;br /&gt;</w:t>
        <w:br/>
        <w:t>Дививсь я і видовищем благим&lt;br /&gt;</w:t>
        <w:br/>
        <w:t>Втішався; але стид узяв своє,&lt;br /&gt;</w:t>
        <w:br/>
        <w:t>І з сорому, а може, і зі зла&lt;br /&gt;</w:t>
        <w:br/>
        <w:t>Мене водою діва облила.&lt;br /&gt;</w:t>
        <w:br/>
        <w:t>Аж це вже на здивовання моє&lt;br /&gt;</w:t>
        <w:br/>
        <w:t>Раптово, — ладен присягнутись всім, —&lt;br /&gt;</w:t>
        <w:br/>
        <w:t>Я перекинувсь оленем струнким&lt;br /&gt;</w:t>
        <w:br/>
        <w:t>І досі з бору в бір усе гасаю,&lt;br /&gt;</w:t>
        <w:br/>
        <w:t>Перехитрить свою безсилий зграю.&lt;br /&gt;</w:t>
        <w:br/>
        <w:t>Канцоно, ким я не ставав єдино,&lt;br /&gt;</w:t>
        <w:br/>
        <w:t>То це лиш тучею злотою Гримія,&lt;br /&gt;</w:t>
        <w:br/>
        <w:t>Що дощ на пал любовний пролила.&lt;br /&gt;</w:t>
        <w:br/>
        <w:t>Зате мінявсь у пломінь і орла,&lt;br /&gt;</w:t>
        <w:br/>
        <w:t>Коли ширяв так легкокрило я.&lt;br /&gt;</w:t>
        <w:br/>
        <w:t>Ту величав, кого співав невпинно.&lt;br /&gt;</w:t>
        <w:br/>
        <w:t>Мені повік судилася лаврина:&lt;br /&gt;</w:t>
        <w:br/>
        <w:t>Його найперша віть — моя утіха,&lt;br /&gt;</w:t>
        <w:br/>
        <w:t>Моєму серцю благосна і тиха.&lt;br /&gt;</w:t>
        <w:br/>
        <w:t>XXIV&lt;br /&gt;</w:t>
        <w:br/>
        <w:t>Відповідь на сонет Страмацци&lt;br /&gt;</w:t>
        <w:br/>
        <w:t>Перуджі&lt;br /&gt;</w:t>
        <w:br/>
        <w:t>Коли б мені павіттями гордливо,&lt;br /&gt;</w:t>
        <w:br/>
        <w:t>Із неба слана, як Гримій наш дзвонить,&lt;br /&gt;</w:t>
        <w:br/>
        <w:t>Була надіта на чоло корона,&lt;br /&gt;</w:t>
        <w:br/>
        <w:t>Як тим, хто творить поетичне диво,&lt;br /&gt;</w:t>
        <w:br/>
        <w:t>То об'явився б другом вашій діві&lt;br /&gt;</w:t>
        <w:br/>
        <w:t>Я сам, хоть грішний вік і ставить перепони.&lt;br /&gt;</w:t>
        <w:br/>
        <w:t>Та недуг мій перечить всім канонам,&lt;br /&gt;</w:t>
        <w:br/>
        <w:t>Що їх утвердила ще первісна олива.&lt;br /&gt;</w:t>
        <w:br/>
        <w:t>Не так горенить пал піску сухого&lt;br /&gt;</w:t>
        <w:br/>
        <w:t>Крізь марева гарячу каламуть,&lt;br /&gt;</w:t>
        <w:br/>
        <w:t>Як я горюю в смутку вбогім.&lt;br /&gt;</w:t>
        <w:br/>
        <w:t>Так всі мої запаси пропадуть.&lt;br /&gt;</w:t>
        <w:br/>
        <w:t>Шукайте ж спокійнішої вологи,&lt;br /&gt;</w:t>
        <w:br/>
        <w:t>Ніж її містить слізний мій сосуд.&lt;br /&gt;</w:t>
        <w:br/>
        <w:t>XXV&lt;br /&gt;</w:t>
        <w:br/>
        <w:t>Приятелеві&lt;br /&gt;</w:t>
        <w:br/>
        <w:t>Амур журивсь, не в змозі потаїть&lt;br /&gt;</w:t>
        <w:br/>
        <w:t>Журби, я і собі заплакав з ним.&lt;br /&gt;</w:t>
        <w:br/>
        <w:t>А ви, уражені поводженням таким,&lt;br /&gt;</w:t>
        <w:br/>
        <w:t>Порвали ще тонку любові нить.&lt;br /&gt;</w:t>
        <w:br/>
        <w:t>Та душу вашу напрямив в цю мить&lt;br /&gt;</w:t>
        <w:br/>
        <w:t>Сам Бог, що є великим і благим.&lt;br /&gt;</w:t>
        <w:br/>
        <w:t>Хвала Тому, хто наш Отець усім,&lt;br /&gt;</w:t>
        <w:br/>
        <w:t>Хто може віддавати віть за віть.&lt;br /&gt;</w:t>
        <w:br/>
        <w:t>І якщо вам не враз везе в любові,&lt;br /&gt;</w:t>
        <w:br/>
        <w:t>Трапляються то ребра, то покати,&lt;br /&gt;</w:t>
        <w:br/>
        <w:t>То треба вниз, то братися угору,&lt;br /&gt;</w:t>
        <w:br/>
        <w:t>Тут відступ, а там рівно знову,&lt;br /&gt;</w:t>
        <w:br/>
        <w:t>То це лише на те, щоб показати,&lt;br /&gt;</w:t>
        <w:br/>
        <w:t>Який крутий узвіз веде нас до гонорів.&lt;br /&gt;</w:t>
        <w:br/>
        <w:t>XXVI&lt;br /&gt;</w:t>
        <w:br/>
        <w:t>На цю ж саму тему&lt;br /&gt;</w:t>
        <w:br/>
        <w:t>Я радий більше, ніж гребці судна&lt;br /&gt;</w:t>
        <w:br/>
        <w:t>Розбитого, що виснуть на кодолі.&lt;br /&gt;</w:t>
        <w:br/>
        <w:t>Аж це земля все ближчає поволі,&lt;br /&gt;</w:t>
        <w:br/>
        <w:t>І під ногами зрештою вона.&lt;br /&gt;</w:t>
        <w:br/>
        <w:t>І в'язень, як пробачена вина,&lt;br /&gt;</w:t>
        <w:br/>
        <w:t>Радий не більше, вийшовши на волю:&lt;br /&gt;</w:t>
        <w:br/>
        <w:t>Що є дурніше за сліпу сваволю,&lt;br /&gt;</w:t>
        <w:br/>
        <w:t>Ніж з повелителем моїм війна!&lt;br /&gt;</w:t>
        <w:br/>
        <w:t>І ви, творці солодкоспівних віршів,&lt;br /&gt;</w:t>
        <w:br/>
        <w:t>Тим гордитесь, що дів ушанували.&lt;br /&gt;</w:t>
        <w:br/>
        <w:t>А в царстві обраних давно вже знали:&lt;br /&gt;</w:t>
        <w:br/>
        <w:t>Один розкаяний, той важить більше,&lt;br /&gt;</w:t>
        <w:br/>
        <w:t>Ніж дев'яносто дев'ять досконалих,&lt;br /&gt;</w:t>
        <w:br/>
        <w:t>Які пройшли проз нього, ним згордивши.&lt;br /&gt;</w:t>
        <w:br/>
        <w:t>XXVII&lt;br /&gt;</w:t>
        <w:br/>
        <w:t>Про Філіпа де Валуа&lt;br /&gt;</w:t>
        <w:br/>
        <w:t>і хрестовий похід&lt;br /&gt;</w:t>
        <w:br/>
        <w:t>Благий король, кому дано вінець&lt;br /&gt;</w:t>
        <w:br/>
        <w:t>Від Карла, з ворогами вельми строгий,&lt;br /&gt;</w:t>
        <w:br/>
        <w:t>Він обламає сатанинські роги&lt;br /&gt;</w:t>
        <w:br/>
        <w:t>І Вавилону покладе кінець.&lt;br /&gt;</w:t>
        <w:br/>
        <w:t>З ключами, в мантії Христів боєць,&lt;br /&gt;</w:t>
        <w:br/>
        <w:t>Намісник і служитель ревний Бога,&lt;br /&gt;</w:t>
        <w:br/>
        <w:t>На римські рідні вернеться пороги,&lt;br /&gt;</w:t>
        <w:br/>
        <w:t>Де стільки вірних жде його сердець.&lt;br /&gt;</w:t>
        <w:br/>
        <w:t>Навряд щоб хто тебе дурить зумів:&lt;br /&gt;</w:t>
        <w:br/>
        <w:t>Твій ніжний агнець винищить вовків.&lt;br /&gt;</w:t>
        <w:br/>
        <w:t>Хай кожен збуй це візьме на увагу.&lt;br /&gt;</w:t>
        <w:br/>
        <w:t>Отож сьогодні втілюй мрію в яв,&lt;br /&gt;</w:t>
        <w:br/>
        <w:t>І Римові його надій не збав,&lt;br /&gt;</w:t>
        <w:br/>
        <w:t>І за Ісуса припоясуй шпагу.&lt;br /&gt;</w:t>
        <w:br/>
        <w:t>XXIX&lt;br /&gt;</w:t>
        <w:br/>
        <w:t>Канцона&lt;br /&gt;</w:t>
        <w:br/>
        <w:t>Поет зважує, любити&lt;br /&gt;</w:t>
        <w:br/>
        <w:t>чи розлюбити Лауру&lt;br /&gt;</w:t>
        <w:br/>
        <w:t>Пурпуру, адамашку чи шарлату&lt;br /&gt;</w:t>
        <w:br/>
        <w:t>Ще жодна не носила&lt;br /&gt;</w:t>
        <w:br/>
        <w:t>Така, як ця, золотокоса.&lt;br /&gt;</w:t>
        <w:br/>
        <w:t>Зложив я перед нею зброю,&lt;br /&gt;</w:t>
        <w:br/>
        <w:t>Довірився, віддав усю свободу —&lt;br /&gt;</w:t>
        <w:br/>
        <w:t>Ярмо пристало вірному рабові,&lt;br /&gt;</w:t>
        <w:br/>
        <w:t>Ходитиму тепер лише у славі.&lt;br /&gt;</w:t>
        <w:br/>
        <w:t>Коли душа, утомлена блукати,&lt;br /&gt;</w:t>
        <w:br/>
        <w:t>У мандрах сих остилих,&lt;br /&gt;</w:t>
        <w:br/>
        <w:t>Страждаючи, як ще ніколи досі,&lt;br /&gt;</w:t>
        <w:br/>
        <w:t>Лиш нею надихалась, як святою,&lt;br /&gt;</w:t>
        <w:br/>
        <w:t>Чудовний образ відвертав знегоду,&lt;br /&gt;</w:t>
        <w:br/>
        <w:t>Полегшуючи муки у любові&lt;br /&gt;</w:t>
        <w:br/>
        <w:t>Усупереч обаві.&lt;br /&gt;</w:t>
        <w:br/>
        <w:t>XXX&lt;br /&gt;</w:t>
        <w:br/>
        <w:t>Секстина&lt;br /&gt;</w:t>
        <w:br/>
        <w:t>У затінку зеленої лаврини&lt;br /&gt;</w:t>
        <w:br/>
        <w:t>Я бачив діву, білу, наче сніг,&lt;br /&gt;</w:t>
        <w:br/>
        <w:t>Який ховавсь від сонця довгі роки,&lt;br /&gt;</w:t>
        <w:br/>
        <w:t>І перед мною вид її й волосся —&lt;br /&gt;</w:t>
        <w:br/>
        <w:t>Повсюди, де б не повернули очі,&lt;br /&gt;</w:t>
        <w:br/>
        <w:t>Куди б не йшов, угору я чи в діл.&lt;br /&gt;</w:t>
        <w:br/>
        <w:t>Мої думки тоді лиш зійдуть в діл,&lt;br /&gt;</w:t>
        <w:br/>
        <w:t>Коли не буде зела у лаврині;&lt;br /&gt;</w:t>
        <w:br/>
        <w:t>Щоб змовкло серце, видивились очі —&lt;br /&gt;</w:t>
        <w:br/>
        <w:t>Огонь узявся льодом, жаром — сніг.&lt;br /&gt;</w:t>
        <w:br/>
        <w:t>Не густо так на голові волосся,&lt;br /&gt;</w:t>
        <w:br/>
        <w:t>Як довго ждати, щоб прийшли ті роки.&lt;br /&gt;</w:t>
        <w:br/>
        <w:t>Та час біжить і швидкоплинні роки,&lt;br /&gt;</w:t>
        <w:br/>
        <w:t>І може смерть нас скинути у діл,&lt;br /&gt;</w:t>
        <w:br/>
        <w:t>Збіліє чи чорнітиме волосся —&lt;br /&gt;</w:t>
        <w:br/>
        <w:t>Я вічно буду в затінку лаврини,&lt;br /&gt;</w:t>
        <w:br/>
        <w:t>В давучу спеку і в лапатий сніг,&lt;br /&gt;</w:t>
        <w:br/>
        <w:t>Поки навіки не зімкнуться очі.&lt;br /&gt;</w:t>
        <w:br/>
        <w:t>Гарніші годі уявити очі&lt;br /&gt;</w:t>
        <w:br/>
        <w:t>Ні в сьогоденні, ані в оні роки,&lt;br /&gt;</w:t>
        <w:br/>
        <w:t>Вони печуть мене, як сонце сніг.&lt;br /&gt;</w:t>
        <w:br/>
        <w:t>І ось сльозами заливаю діл,&lt;br /&gt;</w:t>
        <w:br/>
        <w:t>І котить їх Кохання до лаврини&lt;br /&gt;</w:t>
        <w:br/>
        <w:t>З алмазним віттям, з золотим волоссям.&lt;br /&gt;</w:t>
        <w:br/>
        <w:t>Діждуся швидше сіді у волоссі,&lt;br /&gt;</w:t>
        <w:br/>
        <w:t>Ніж жалістю мені зігріє очі&lt;br /&gt;</w:t>
        <w:br/>
        <w:t>Той вирізьблений ідол із лаврини,&lt;br /&gt;</w:t>
        <w:br/>
        <w:t>Адже, як вірний лік, — уже сім років&lt;br /&gt;</w:t>
        <w:br/>
        <w:t>Пройшло, як я сповняю діл&lt;br /&gt;</w:t>
        <w:br/>
        <w:t>Стогнанням дні і ночі, в сквар і в сніг.&lt;br /&gt;</w:t>
        <w:br/>
        <w:t>Усе ще з полум'ям, хоча у кудрях сніг,&lt;br /&gt;</w:t>
        <w:br/>
        <w:t>Той самий (тільки сивина в волоссі),&lt;br /&gt;</w:t>
        <w:br/>
        <w:t>Зажурено іду із долу в діл.&lt;br /&gt;</w:t>
        <w:br/>
        <w:t>І, може, притуманю слізьми очі&lt;br /&gt;</w:t>
        <w:br/>
        <w:t>У правнуків, через багато років,&lt;br /&gt;</w:t>
        <w:br/>
        <w:t>Попрацювавши гідно для лаврини.&lt;br /&gt;</w:t>
        <w:br/>
        <w:t>Топази лавра, кинуті у сніг,&lt;br /&gt;</w:t>
        <w:br/>
        <w:t>Не так горять, як блиск волосся й очі,&lt;br /&gt;</w:t>
        <w:br/>
        <w:t>Які дочасно вік мій зводять в діл.&lt;br /&gt;</w:t>
        <w:br/>
        <w:t>XXXI&lt;br /&gt;</w:t>
        <w:br/>
        <w:t>До тяжко хворої Лаури&lt;br /&gt;</w:t>
        <w:br/>
        <w:t>Шляхетна ця душа, що свій відхід&lt;br /&gt;</w:t>
        <w:br/>
        <w:t>Дочасний в інший світ звершає,&lt;br /&gt;</w:t>
        <w:br/>
        <w:t>Здобуде чин, який їй подобає,&lt;br /&gt;</w:t>
        <w:br/>
        <w:t>Щоб у благіші небеса вступить.&lt;br /&gt;</w:t>
        <w:br/>
        <w:t>Вона зорею пишно заяснить&lt;br /&gt;</w:t>
        <w:br/>
        <w:t>Між Марсом і Венерою, — втеряє&lt;br /&gt;</w:t>
        <w:br/>
        <w:t>Блиск сонце, бачивши, як обступають&lt;br /&gt;</w:t>
        <w:br/>
        <w:t>її духи у цю блаженну мить;&lt;br /&gt;</w:t>
        <w:br/>
        <w:t>Чи то четвертий угорі куток&lt;br /&gt;</w:t>
        <w:br/>
        <w:t>Вона побачить, — серед трьох зірок&lt;br /&gt;</w:t>
        <w:br/>
        <w:t>Не буде їй подібної красою.&lt;br /&gt;</w:t>
        <w:br/>
        <w:t>Для неї п'ята сфера не годиться,&lt;br /&gt;</w:t>
        <w:br/>
        <w:t>Та, злинувши, вона затьмить собою&lt;br /&gt;</w:t>
        <w:br/>
        <w:t>Юпітера та й інші всі зірниці.&lt;br /&gt;</w:t>
        <w:br/>
        <w:t>XXXII&lt;br /&gt;</w:t>
        <w:br/>
        <w:t>Поет втрачає надію зцілитися&lt;br /&gt;</w:t>
        <w:br/>
        <w:t>від своєї шаленої пристрасті&lt;br /&gt;</w:t>
        <w:br/>
        <w:t>Чим ближчає до мене смертний час,&lt;br /&gt;</w:t>
        <w:br/>
        <w:t>Коли вже горя людського немає,&lt;br /&gt;</w:t>
        <w:br/>
        <w:t>Тим легше, тим стрімкіше час збігає, —&lt;br /&gt;</w:t>
        <w:br/>
        <w:t>Чому ж надії промінь ще не згас!&lt;br /&gt;</w:t>
        <w:br/>
        <w:t>Я говорю: цим милощам у нас&lt;br /&gt;</w:t>
        <w:br/>
        <w:t>Тривать недовго, — серце відчуває.&lt;br /&gt;</w:t>
        <w:br/>
        <w:t>Земна вага у землю западає,&lt;br /&gt;</w:t>
        <w:br/>
        <w:t>І спокій ми спізнаєм в самий раз.&lt;br /&gt;</w:t>
        <w:br/>
        <w:t>І кане в небуття моя надія,&lt;br /&gt;</w:t>
        <w:br/>
        <w:t>І сльози, і ненависть, сміх і злоба&lt;br /&gt;</w:t>
        <w:br/>
        <w:t>Завершать вік, пішовши з нами,&lt;br /&gt;</w:t>
        <w:br/>
        <w:t>Тоді я розпізнаю і узрію,&lt;br /&gt;</w:t>
        <w:br/>
        <w:t>Що йшло життя якимись манівцями&lt;br /&gt;</w:t>
        <w:br/>
        <w:t>І що всі мрії в'януть біля гробу.&lt;br /&gt;</w:t>
        <w:br/>
        <w:t>XXXIII&lt;br /&gt;</w:t>
        <w:br/>
        <w:t>Хвора Лаура приходить до поета&lt;br /&gt;</w:t>
        <w:br/>
        <w:t>уві сні втішати його&lt;br /&gt;</w:t>
        <w:br/>
        <w:t>Уже благословлялося на світ,&lt;br /&gt;</w:t>
        <w:br/>
        <w:t>Уже зоря, не люба так Юноні,&lt;br /&gt;</w:t>
        <w:br/>
        <w:t>Над полюсом сіяла беззаконно,&lt;br /&gt;</w:t>
        <w:br/>
        <w:t>Не даючи від ревнощів тій жить.&lt;br /&gt;</w:t>
        <w:br/>
        <w:t>Вже боса бабця встигла запалить&lt;br /&gt;</w:t>
        <w:br/>
        <w:t>Огонь, куделю взявши у долоні,&lt;br /&gt;</w:t>
        <w:br/>
        <w:t>Уже коханці плакали, безсонні,&lt;br /&gt;</w:t>
        <w:br/>
        <w:t>У цю останню для любові мить. •&lt;br /&gt;</w:t>
        <w:br/>
        <w:t>Коли моя надія, вже знебула,&lt;br /&gt;</w:t>
        <w:br/>
        <w:t>Знов ожила, бо шлях ще не забула,&lt;br /&gt;</w:t>
        <w:br/>
        <w:t>Хоч мучилась-каралась дні і ночі,&lt;br /&gt;</w:t>
        <w:br/>
        <w:t>Вона була — овва! — не та вже, що колись,&lt;br /&gt;</w:t>
        <w:br/>
        <w:t>Та ніби мовила: "Підбадьорись,&lt;br /&gt;</w:t>
        <w:br/>
        <w:t>Ще не погасли в світі ції очі!"&lt;br /&gt;</w:t>
        <w:br/>
        <w:t>XXXIV&lt;br /&gt;</w:t>
        <w:br/>
        <w:t>До Аполлона з проханням&lt;br /&gt;</w:t>
        <w:br/>
        <w:t>зцілити Лауру&lt;br /&gt;</w:t>
        <w:br/>
        <w:t>Твій знаний, Аполлоне, райський гріх&lt;br /&gt;</w:t>
        <w:br/>
        <w:t>І досі у тобі не знає впину,&lt;br /&gt;</w:t>
        <w:br/>
        <w:t>І від забутку золоту чуприну&lt;br /&gt;</w:t>
        <w:br/>
        <w:t>Донині ти любесенько зберіг, —&lt;br /&gt;</w:t>
        <w:br/>
        <w:t>Від стужі, від потоків дощових,&lt;br /&gt;</w:t>
        <w:br/>
        <w:t>Які тебе бояться до загину.&lt;br /&gt;</w:t>
        <w:br/>
        <w:t>На захист стань священної рослини,&lt;br /&gt;</w:t>
        <w:br/>
        <w:t>Де ґлей чіпкий, як бачиш, не застиг.&lt;br /&gt;</w:t>
        <w:br/>
        <w:t>Коханням марячи, як це було у пору,&lt;br /&gt;</w:t>
        <w:br/>
        <w:t>Коли ти жив серед простого люду,&lt;br /&gt;</w:t>
        <w:br/>
        <w:t>Яви погожий день, а млу відкинь.&lt;br /&gt;</w:t>
        <w:br/>
        <w:t>І чудо нашому постане зору:&lt;br /&gt;</w:t>
        <w:br/>
        <w:t>Вона сидить на травці — наше чудо,&lt;br /&gt;</w:t>
        <w:br/>
        <w:t>Сплітаючи сама для себе тінь.&lt;br /&gt;</w:t>
        <w:br/>
        <w:t>XXXV&lt;br /&gt;</w:t>
        <w:br/>
        <w:t>Поет шукає самотності, але й там&lt;br /&gt;</w:t>
        <w:br/>
        <w:t>його переслідує Амур&lt;br /&gt;</w:t>
        <w:br/>
        <w:t>Один, похмурий, між пустельних піль&lt;br /&gt;</w:t>
        <w:br/>
        <w:t>Задумливо блукаю крок по кроку,&lt;br /&gt;</w:t>
        <w:br/>
        <w:t>І тільки на піску укмітить око&lt;br /&gt;</w:t>
        <w:br/>
        <w:t>Чийсь слід, то злякано тіка відтіль.&lt;br /&gt;</w:t>
        <w:br/>
        <w:t>Як рятуватися, не знаю я покіль,&lt;br /&gt;</w:t>
        <w:br/>
        <w:t>Від люду, від душевної мороки,&lt;br /&gt;</w:t>
        <w:br/>
        <w:t>Бо ж я, байдужий до життя до строку,&lt;br /&gt;</w:t>
        <w:br/>
        <w:t>Виказую прихований свій біль.&lt;br /&gt;</w:t>
        <w:br/>
        <w:t>Та знаю я, що горам, і долинам,&lt;br /&gt;</w:t>
        <w:br/>
        <w:t>І нивам, і лісам, і рікам знаний&lt;br /&gt;</w:t>
        <w:br/>
        <w:t>Той скарб, що я таїть готовий, —&lt;br /&gt;</w:t>
        <w:br/>
        <w:t>І хай шляхи всі дикі, всі пустинні,&lt;br /&gt;</w:t>
        <w:br/>
        <w:t>Мене Амур пильнує ненастанно,&lt;br /&gt;</w:t>
        <w:br/>
        <w:t>Й кінця немає нашій з ним розмові.&lt;br /&gt;</w:t>
        <w:br/>
        <w:t>XXXVI&lt;br /&gt;</w:t>
        <w:br/>
        <w:t>Поет не хоче вкоротити собі&lt;br /&gt;</w:t>
        <w:br/>
        <w:t>віку, але його спокушає таке&lt;br /&gt;</w:t>
        <w:br/>
        <w:t>бажання&lt;br /&gt;</w:t>
        <w:br/>
        <w:t>Аби знаття, що смерть ще й захистить&lt;br /&gt;</w:t>
        <w:br/>
        <w:t>Мене од страсті, й не давать заруки,&lt;br /&gt;</w:t>
        <w:br/>
        <w:t>Що я не накладу на себе руки&lt;br /&gt;</w:t>
        <w:br/>
        <w:t>Й не скину мого тіла лютий гніт.&lt;br /&gt;</w:t>
        <w:br/>
        <w:t>Та страх мені, що змінить перехід&lt;br /&gt;</w:t>
        <w:br/>
        <w:t>Лиш болем біль і мукою лиш муку,&lt;br /&gt;</w:t>
        <w:br/>
        <w:t>І ось стою, готовий до розлуки,&lt;br /&gt;</w:t>
        <w:br/>
        <w:t>І кроку ні ступить, ні відступить.&lt;br /&gt;</w:t>
        <w:br/>
        <w:t>Для грізної стріли пора наспіла,&lt;br /&gt;</w:t>
        <w:br/>
        <w:t>Вона лила вже людську кров густу,&lt;br /&gt;</w:t>
        <w:br/>
        <w:t>І вірю, що й цей раз не схибить цілі.&lt;br /&gt;</w:t>
        <w:br/>
        <w:t>Про що ж іще Любов прохать і ту,&lt;br /&gt;</w:t>
        <w:br/>
        <w:t>Що краски і мені не пожаліла?&lt;br /&gt;</w:t>
        <w:br/>
        <w:t>І як пробить благанням глухоту?&lt;br /&gt;</w:t>
        <w:br/>
        <w:t>XXXVIII&lt;br /&gt;</w:t>
        <w:br/>
        <w:t>Орсо, графові Ангілярському&lt;br /&gt;</w:t>
        <w:br/>
        <w:t>Ні, Орсо, не імлі, не схилам гір,&lt;br /&gt;</w:t>
        <w:br/>
        <w:t>До моря ручаї збігають звідки,&lt;br /&gt;</w:t>
        <w:br/>
        <w:t>Не опасанням, не тінястим віткам&lt;br /&gt;</w:t>
        <w:br/>
        <w:t>І не ставкам, не пагорбам навкір&lt;br /&gt;</w:t>
        <w:br/>
        <w:t>Веду розмову я з недавніх пір:&lt;br /&gt;</w:t>
        <w:br/>
        <w:t>Вони не шкодять буть мені за свідка —&lt;br /&gt;</w:t>
        <w:br/>
        <w:t>Гірка докука туг — ота намітка,&lt;br /&gt;</w:t>
        <w:br/>
        <w:t>Яка мені прикрила любий зір.&lt;br /&gt;</w:t>
        <w:br/>
        <w:t>І те, що спущений одвічно долу,&lt;br /&gt;</w:t>
        <w:br/>
        <w:t>Хоть скромність і гордота в нім посполу,&lt;br /&gt;</w:t>
        <w:br/>
        <w:t>Все моє щастя гасить він.&lt;br /&gt;</w:t>
        <w:br/>
        <w:t>І біла ручка може в кожну мить,&lt;br /&gt;</w:t>
        <w:br/>
        <w:t>Загородивши, погляд мій розбить, —&lt;br /&gt;</w:t>
        <w:br/>
        <w:t>Так риф віщує вже кораблегин.&lt;br /&gt;</w:t>
        <w:br/>
        <w:t>XXXIX&lt;br /&gt;</w:t>
        <w:br/>
        <w:t>Як поет не встиг одвідати&lt;br /&gt;</w:t>
        <w:br/>
        <w:t>Лауру&lt;br /&gt;</w:t>
        <w:br/>
        <w:t>Мене лякає погляд цей суворий, —&lt;br /&gt;</w:t>
        <w:br/>
        <w:t>Такий Амура владу приріка, —&lt;br /&gt;</w:t>
        <w:br/>
        <w:t>Втекти б, як пустуну від канчука:&lt;br /&gt;</w:t>
        <w:br/>
        <w:t>У ньому ж смерть, тобі, хлоп'я, на горе.&lt;br /&gt;</w:t>
        <w:br/>
        <w:t>Які б там не тяглися гори, звори,&lt;br /&gt;</w:t>
        <w:br/>
        <w:t>Здолає воля все — вона така,&lt;br /&gt;</w:t>
        <w:br/>
        <w:t>Як смерть вже підбирається, близька:&lt;br /&gt;</w:t>
        <w:br/>
        <w:t>Здригнешся, і вона тебе поборе.&lt;br /&gt;</w:t>
        <w:br/>
        <w:t>Побоюючись кари знов зазнать,&lt;br /&gt;</w:t>
        <w:br/>
        <w:t>Я не пішов на зустріч із тобою,&lt;br /&gt;</w:t>
        <w:br/>
        <w:t>А звідси до догани недалеко.&lt;br /&gt;</w:t>
        <w:br/>
        <w:t>На оправдання ж я сказати рад:&lt;br /&gt;</w:t>
        <w:br/>
        <w:t>Якщо я не піддався бою,&lt;br /&gt;</w:t>
        <w:br/>
        <w:t>Це вірності моєї забезпека.&lt;br /&gt;</w:t>
        <w:br/>
        <w:t>XI.&lt;br /&gt;</w:t>
        <w:br/>
        <w:t>Другові з проханням надіслати&lt;br /&gt;</w:t>
        <w:br/>
        <w:t>твори святого Августина&lt;br /&gt;</w:t>
        <w:br/>
        <w:t>Якщо Амур чи Смерть ще не порвуть&lt;br /&gt;</w:t>
        <w:br/>
        <w:t>Тієї, що я тчу, основи,&lt;br /&gt;</w:t>
        <w:br/>
        <w:t>Якщо, відкинувши міцні окови,&lt;br /&gt;</w:t>
        <w:br/>
        <w:t>Я знову вирвусь на надійну путь,&lt;br /&gt;</w:t>
        <w:br/>
        <w:t>То, може, поєднає вмілий труд&lt;br /&gt;</w:t>
        <w:br/>
        <w:t>Колишнє слово з сьогоденним словом,&lt;br /&gt;</w:t>
        <w:br/>
        <w:t>І вістку про нечувану обнову&lt;br /&gt;</w:t>
        <w:br/>
        <w:t>Аж до самого Рима донесуть.&lt;br /&gt;</w:t>
        <w:br/>
        <w:t>Проте, буває, для моєї праці&lt;br /&gt;</w:t>
        <w:br/>
        <w:t>Бракує ще щасливого піткання,&lt;br /&gt;</w:t>
        <w:br/>
        <w:t>Яке мені мій батько дати може.&lt;br /&gt;</w:t>
        <w:br/>
        <w:t>Тож руку дай, це так мені придасться,&lt;br /&gt;</w:t>
        <w:br/>
        <w:t>Ти підпоможеш, знаю це зарані,&lt;br /&gt;</w:t>
        <w:br/>
        <w:t>Щоб сотворив і я щось гоже.&lt;br /&gt;</w:t>
        <w:br/>
        <w:t>хи&lt;br /&gt;</w:t>
        <w:br/>
        <w:t>Відсутність Лаури поет приписує&lt;br /&gt;</w:t>
        <w:br/>
        <w:t>бурям і грозам&lt;br /&gt;</w:t>
        <w:br/>
        <w:t>Коли той лавр, що Феб любив, із гаю&lt;br /&gt;</w:t>
        <w:br/>
        <w:t>Втече, на його горе й неталан,&lt;br /&gt;</w:t>
        <w:br/>
        <w:t>Береться в крицю бить коваль Вулкан&lt;br /&gt;</w:t>
        <w:br/>
        <w:t>І стріли для Юпітера клепає.&lt;br /&gt;</w:t>
        <w:br/>
        <w:t>Дощить, сніжить, у небі гри мотає,&lt;br /&gt;</w:t>
        <w:br/>
        <w:t>Вже Генварю дістався Юль у бран, —&lt;br /&gt;</w:t>
        <w:br/>
        <w:t>Сховався Аполлон десь у туман&lt;br /&gt;</w:t>
        <w:br/>
        <w:t>І звідти свою любку виглядає.&lt;br /&gt;</w:t>
        <w:br/>
        <w:t>Ці зорі лиходайні Оріона&lt;br /&gt;</w:t>
        <w:br/>
        <w:t>У чистім морі гублять кораблі,&lt;br /&gt;</w:t>
        <w:br/>
        <w:t>Сатурн і Марс — яриги не сторонні.&lt;br /&gt;</w:t>
        <w:br/>
        <w:t>Сурмить Еол на всіх кінцях землі,&lt;br /&gt;</w:t>
        <w:br/>
        <w:t>Нептун нервує, дрочиться Юнона,&lt;br /&gt;</w:t>
        <w:br/>
        <w:t>Коли Вона майне вже звідцалі.&lt;br /&gt;</w:t>
        <w:br/>
        <w:t>ХІЛІ&lt;br /&gt;</w:t>
        <w:br/>
        <w:t>Спокій на небесах після&lt;br /&gt;</w:t>
        <w:br/>
        <w:t>повернення Лаури&lt;br /&gt;</w:t>
        <w:br/>
        <w:t>їй досить усміхнутися, цій панні,&lt;br /&gt;</w:t>
        <w:br/>
        <w:t>Явивши неподобну нам красу,&lt;br /&gt;</w:t>
        <w:br/>
        <w:t>Як кида сицилієць працю всю&lt;br /&gt;</w:t>
        <w:br/>
        <w:t>І горна більш роздмухувать не стане.&lt;br /&gt;</w:t>
        <w:br/>
        <w:t>Гримій у сагайдак збере старанно&lt;br /&gt;</w:t>
        <w:br/>
        <w:t>Тарахкотючу громовиць ясу.&lt;br /&gt;</w:t>
        <w:br/>
        <w:t>І зійде Феб, діждавшися часу,&lt;br /&gt;</w:t>
        <w:br/>
        <w:t>І з ним Юнона, знов благоуханна.&lt;br /&gt;</w:t>
        <w:br/>
        <w:t>Жене зефір лиш брижу невелику, —&lt;br /&gt;</w:t>
        <w:br/>
        <w:t>Матросам менш стоять коло стерна.&lt;br /&gt;</w:t>
        <w:br/>
        <w:t>Поля встелило різнотрав'я й квіти.&lt;br /&gt;</w:t>
        <w:br/>
        <w:t>Поблідли злі зірки від її лику&lt;br /&gt;</w:t>
        <w:br/>
        <w:t>Й тікають з неба. Це таки Вона,&lt;br /&gt;</w:t>
        <w:br/>
        <w:t>Та, за якою тільки сльози лити.&lt;br /&gt;</w:t>
        <w:br/>
        <w:t>ХІЛП&lt;br /&gt;</w:t>
        <w:br/>
        <w:t>Переживання Феба через&lt;br /&gt;</w:t>
        <w:br/>
        <w:t>відсутність Лаури&lt;br /&gt;</w:t>
        <w:br/>
        <w:t>Латони син з небесного балкона&lt;br /&gt;</w:t>
        <w:br/>
        <w:t>Скидав очима вже в дев'ятий раз&lt;br /&gt;</w:t>
        <w:br/>
        <w:t>На ту, хто мучить іншого в цей час&lt;br /&gt;</w:t>
        <w:br/>
        <w:t>Й морила хто його во врем'я оно.&lt;br /&gt;</w:t>
        <w:br/>
        <w:t>Та марно зазирав він під колони&lt;br /&gt;</w:t>
        <w:br/>
        <w:t>І хмурився, нагадуючи нас,&lt;br /&gt;</w:t>
        <w:br/>
        <w:t>Коли наш погляд тільки б любу пас,&lt;br /&gt;</w:t>
        <w:br/>
        <w:t>Та завше виникають перепони.&lt;br /&gt;</w:t>
        <w:br/>
        <w:t>Від сумовитих в'янучи думок,&lt;br /&gt;</w:t>
        <w:br/>
        <w:t>Він не угледів, як вона до нього&lt;br /&gt;</w:t>
        <w:br/>
        <w:t>Вернулась, гідна тисячі карток.&lt;br /&gt;</w:t>
        <w:br/>
        <w:t>Світились сльози співчуття живого&lt;br /&gt;</w:t>
        <w:br/>
        <w:t>На личку в найжурливішій з жінок,&lt;br /&gt;</w:t>
        <w:br/>
        <w:t>Одначе й стужавіло воно строго.&lt;br /&gt;</w:t>
        <w:br/>
        <w:t>ХЬІУ&lt;br /&gt;</w:t>
        <w:br/>
        <w:t>Тільки Лаурине серце не схильне&lt;br /&gt;</w:t>
        <w:br/>
        <w:t>до жалю&lt;br /&gt;</w:t>
        <w:br/>
        <w:t>Хто землю Тесалії заросив&lt;br /&gt;</w:t>
        <w:br/>
        <w:t>Своїх краян червоною крівцею,&lt;br /&gt;</w:t>
        <w:br/>
        <w:t>Впізнавши в мертвій голові Помпея,&lt;br /&gt;</w:t>
        <w:br/>
        <w:t>Над чоловіком доньки сльози лив.&lt;br /&gt;</w:t>
        <w:br/>
        <w:t>Пастух, що з пращі Голіята вбив,&lt;br /&gt;</w:t>
        <w:br/>
        <w:t>Не зміг змиритись з втратою своєю,&lt;br /&gt;</w:t>
        <w:br/>
        <w:t>Над сином горе виливав тяжкеє&lt;br /&gt;</w:t>
        <w:br/>
        <w:t>І все чоло до Саула клонив.&lt;br /&gt;</w:t>
        <w:br/>
        <w:t>Жалем вас не розчулити, мій друже,&lt;br /&gt;</w:t>
        <w:br/>
        <w:t>Вас прикриває непроникний щит,&lt;br /&gt;</w:t>
        <w:br/>
        <w:t>Коли Амур стріля, обравши ціль.&lt;br /&gt;</w:t>
        <w:br/>
        <w:t>Вам до моїх катушів геть байдуже.&lt;br /&gt;</w:t>
        <w:br/>
        <w:t>В очах у вас погорда лиш блищить,&lt;br /&gt;</w:t>
        <w:br/>
        <w:t>І вже й сльозинка не впаде відтіль.&lt;br /&gt;</w:t>
        <w:br/>
        <w:t>Лаура перед дзеркалом&lt;br /&gt;</w:t>
        <w:br/>
        <w:t>Суперник мій, шибиткувата шкода,&lt;br /&gt;</w:t>
        <w:br/>
        <w:t>Куди ви зір утоплюєте свій&lt;br /&gt;</w:t>
        <w:br/>
        <w:t>І відбиттям показує який&lt;br /&gt;</w:t>
        <w:br/>
        <w:t>З усіх доступних найпишнішу вроду,&lt;br /&gt;</w:t>
        <w:br/>
        <w:t>Уже навіяв вам, — от недогода, —&lt;br /&gt;</w:t>
        <w:br/>
        <w:t>Що більш я не ввійду у дім благий,&lt;br /&gt;</w:t>
        <w:br/>
        <w:t>О, ця баніція, такий він, вислід твій:&lt;br /&gt;</w:t>
        <w:br/>
        <w:t>Приречений блукать я круг господи.&lt;br /&gt;</w:t>
        <w:br/>
        <w:t>Хай під замком сидіть ви завзялись, —&lt;br /&gt;</w:t>
        <w:br/>
        <w:t>Страсть до самої себе навівать&lt;br /&gt;</w:t>
        <w:br/>
        <w:t>Свічадо вам заледве мало право.&lt;br /&gt;</w:t>
        <w:br/>
        <w:t>Згадайте, чим кінчив свій вік Нарцис,&lt;br /&gt;</w:t>
        <w:br/>
        <w:t>Хоть дивній квітці знайдеться навряд&lt;br /&gt;</w:t>
        <w:br/>
        <w:t>Достойнішої, ніж його, оправи.&lt;br /&gt;</w:t>
        <w:br/>
        <w:t>ХЬУІ&lt;br /&gt;</w:t>
        <w:br/>
        <w:t>Інші інвективи проти дзеркал&lt;br /&gt;</w:t>
        <w:br/>
        <w:t>Лілеї, перло, пурпурові квіти,&lt;br /&gt;</w:t>
        <w:br/>
        <w:t>І злото — все, що вам весна дала&lt;br /&gt;</w:t>
        <w:br/>
        <w:t>І що зів'яне взимку без тепла,&lt;br /&gt;</w:t>
        <w:br/>
        <w:t>Мого жалю не може погасити.&lt;br /&gt;</w:t>
        <w:br/>
        <w:t>І все гіркіші дні ці сумовиті,&lt;br /&gt;</w:t>
        <w:br/>
        <w:t>Навряд щоб довго мука ще жила,&lt;br /&gt;</w:t>
        <w:br/>
        <w:t>Найбільше зло для мене — дзеркала,&lt;br /&gt;</w:t>
        <w:br/>
        <w:t>Що наймиліші вам у всьому світі.&lt;br /&gt;</w:t>
        <w:br/>
        <w:t>І це вони пошили у німтура,&lt;br /&gt;</w:t>
        <w:br/>
        <w:t>Хоть ви зволяли ще мене приймать,&lt;br /&gt;</w:t>
        <w:br/>
        <w:t>Стрільця й володаря мого Амура.&lt;br /&gt;</w:t>
        <w:br/>
        <w:t>Пресподниця їм шліхувала гладь,&lt;br /&gt;</w:t>
        <w:br/>
        <w:t>Дала печать їм Лета хмура,&lt;br /&gt;</w:t>
        <w:br/>
        <w:t>І жереб мій тепер — лише конать.&lt;br /&gt;</w:t>
        <w:br/>
        <w:t>ХЬУІІ&lt;br /&gt;</w:t>
        <w:br/>
        <w:t>Поет знов побачить гарні очі,&lt;br /&gt;</w:t>
        <w:br/>
        <w:t>без яких не може жити&lt;br /&gt;</w:t>
        <w:br/>
        <w:t>Я відчував: не марна осторога,&lt;br /&gt;</w:t>
        <w:br/>
        <w:t>Без вас у мене духа не вдмухнуть,&lt;br /&gt;</w:t>
        <w:br/>
        <w:t>Ставати проти смерті — в цім могуть&lt;br /&gt;</w:t>
        <w:br/>
        <w:t>Всього, що є ще на землі живого.&lt;br /&gt;</w:t>
        <w:br/>
        <w:t>Жагу я не тримав занадто строго,&lt;br /&gt;</w:t>
        <w:br/>
        <w:t>Спрямовуючи на забуту путь,&lt;br /&gt;</w:t>
        <w:br/>
        <w:t>А нині хочу знов її вернуть,&lt;br /&gt;</w:t>
        <w:br/>
        <w:t>Волаю їй — йди он туди, небого!&lt;br /&gt;</w:t>
        <w:br/>
        <w:t>Мені побачить вас така охота,&lt;br /&gt;</w:t>
        <w:br/>
        <w:t>Хоча я мав вас уникати доти, —&lt;br /&gt;</w:t>
        <w:br/>
        <w:t>Боюсь собою очі мулять вам.&lt;br /&gt;</w:t>
        <w:br/>
        <w:t>Діставши на цей раз якусь вільготу,&lt;br /&gt;</w:t>
        <w:br/>
        <w:t>Боюсь, недовго проживу я сам,&lt;br /&gt;</w:t>
        <w:br/>
        <w:t>Якщо бажанню попуску не дам.&lt;br /&gt;</w:t>
        <w:br/>
        <w:t>ХІЛШІ&lt;br /&gt;</w:t>
        <w:br/>
        <w:t>Поет відчуває, як при Лаурі&lt;br /&gt;</w:t>
        <w:br/>
        <w:t>його серце палає,&lt;br /&gt;</w:t>
        <w:br/>
        <w:t>а язик німіє&lt;br /&gt;</w:t>
        <w:br/>
        <w:t>Вогонь вогнем перебороти годі,&lt;br /&gt;</w:t>
        <w:br/>
        <w:t>Як річка від дощів не меженіє,&lt;br /&gt;</w:t>
        <w:br/>
        <w:t>Своє своїм зазвичай багатіє,&lt;br /&gt;</w:t>
        <w:br/>
        <w:t>Чуже в чужім шукає нагороди.&lt;br /&gt;</w:t>
        <w:br/>
        <w:t>А ти, Любов, де в цілковитій згоді&lt;br /&gt;</w:t>
        <w:br/>
        <w:t>В одній душі два тіла ніби діє,&lt;br /&gt;</w:t>
        <w:br/>
        <w:t>І що сильніш жага у нас шаліє,&lt;br /&gt;</w:t>
        <w:br/>
        <w:t>То більше завдає вона і шкоди.&lt;br /&gt;</w:t>
        <w:br/>
        <w:t>Як Ніл, накочуючи з верхоріччя вал,&lt;br /&gt;</w:t>
        <w:br/>
        <w:t>Страшенним ревом вухо оглушає,&lt;br /&gt;</w:t>
        <w:br/>
        <w:t>Як Сонце сліпить осмілілі зори, —&lt;br /&gt;</w:t>
        <w:br/>
        <w:t>Так і незгодний із душею пал&lt;br /&gt;</w:t>
        <w:br/>
        <w:t>З ярливості своєї знемагає.&lt;br /&gt;</w:t>
        <w:br/>
        <w:t>Баскому коню треба дати шпори.&lt;br /&gt;</w:t>
        <w:br/>
        <w:t>ХІЛХ&lt;br /&gt;</w:t>
        <w:br/>
        <w:t>На цю ж саму тему&lt;br /&gt;</w:t>
        <w:br/>
        <w:t>Хіба не гнав від тебе я брехні,&lt;br /&gt;</w:t>
        <w:br/>
        <w:t>Невдячний мій язиче? Хіба мало&lt;br /&gt;</w:t>
        <w:br/>
        <w:t>Я шанував тебе? А люди помічали,&lt;br /&gt;</w:t>
        <w:br/>
        <w:t>Що всі слова твої лихі й сумні.&lt;br /&gt;</w:t>
        <w:br/>
        <w:t>Коли ж благать доводилось мені&lt;br /&gt;</w:t>
        <w:br/>
        <w:t>Кохану, то уста твої мовчали,&lt;br /&gt;</w:t>
        <w:br/>
        <w:t>Й виходив вірш, що почуття чекали,&lt;br /&gt;</w:t>
        <w:br/>
        <w:t>Без ладу й кострубатий, як у сні.&lt;br /&gt;</w:t>
        <w:br/>
        <w:t>І ви, о сльози, ви моїх ночей&lt;br /&gt;</w:t>
        <w:br/>
        <w:t>Попутники, чом вам би не полити&lt;br /&gt;</w:t>
        <w:br/>
        <w:t>Перед коханою потоком повним?&lt;br /&gt;</w:t>
        <w:br/>
        <w:t>І ви, гінці усіх лихих вістей,&lt;br /&gt;</w:t>
        <w:br/>
        <w:t>Зітхання, ви забули вже бриніти!&lt;br /&gt;</w:t>
        <w:br/>
        <w:t>Лише мій лик, як завше, красномовний.&lt;br /&gt;</w:t>
        <w:br/>
        <w:t>Ь&lt;br /&gt;</w:t>
        <w:br/>
        <w:t>Канцона&lt;br /&gt;</w:t>
        <w:br/>
        <w:t>Усі, хто працює і страждає,&lt;br /&gt;</w:t>
        <w:br/>
        <w:t>перепочивають; поет — ніколи&lt;br /&gt;</w:t>
        <w:br/>
        <w:t>Тоді як день схиляється на спад,&lt;br /&gt;</w:t>
        <w:br/>
        <w:t>Вістуючи зорю десь з того боку,&lt;br /&gt;</w:t>
        <w:br/>
        <w:t>Де жде на неї людність невідома,&lt;br /&gt;</w:t>
        <w:br/>
        <w:t>Стара прочанка приспішає кроки, —&lt;br /&gt;</w:t>
        <w:br/>
        <w:t>Покрівлі на видноті бовванять.&lt;br /&gt;</w:t>
        <w:br/>
        <w:t>Засапалась, взнаки дається втома,&lt;br /&gt;</w:t>
        <w:br/>
        <w:t>От ляже спати вдома,&lt;br /&gt;</w:t>
        <w:br/>
        <w:t>І як рукою зніме&lt;br /&gt;</w:t>
        <w:br/>
        <w:t>їй огнище питиме&lt;br /&gt;</w:t>
        <w:br/>
        <w:t>Турботи, що зайшли в дорозі.&lt;br /&gt;</w:t>
        <w:br/>
        <w:t>Аби її печалі, не у мнозі,&lt;br /&gt;</w:t>
        <w:br/>
        <w:t>Та іх мені. Бо, як сіда світило,&lt;br /&gt;</w:t>
        <w:br/>
        <w:t>Я, признаюсь, не в змозі&lt;br /&gt;</w:t>
        <w:br/>
        <w:t>Одвести душу — так мені немило.&lt;br /&gt;</w:t>
        <w:br/>
        <w:t>Нім пломенисте покотьоло,&lt;br /&gt;</w:t>
        <w:br/>
        <w:t>Сідаючи, в близькому смерку кане,&lt;br /&gt;</w:t>
        <w:br/>
        <w:t>Хоч ще проміння жевріє ясне,&lt;br /&gt;</w:t>
        <w:br/>
        <w:t>Сапальник повертається останній,&lt;br /&gt;</w:t>
        <w:br/>
        <w:t>Завівши просту пісню, з поля,&lt;br /&gt;</w:t>
        <w:br/>
        <w:t>Веселий. Його столу не мине&lt;br /&gt;</w:t>
        <w:br/>
        <w:t>Убоге їстовне,&lt;br /&gt;</w:t>
        <w:br/>
        <w:t>Як ще недавно жолуді —&lt;br /&gt;</w:t>
        <w:br/>
        <w:t>Всі їли їх тоді,&lt;br /&gt;</w:t>
        <w:br/>
        <w:t>Та й ними люблять досі ласувати.&lt;br /&gt;</w:t>
        <w:br/>
        <w:t>Хай іншим весело, а от у мене в хаті&lt;br /&gt;</w:t>
        <w:br/>
        <w:t>Про спокій і веселість не питай.&lt;br /&gt;</w:t>
        <w:br/>
        <w:t>Людина я планитувата,&lt;br /&gt;</w:t>
        <w:br/>
        <w:t>Куди б не повернувся небокрай.&lt;br /&gt;</w:t>
        <w:br/>
        <w:t>Не жде вівчар, як хмарки золотаві&lt;br /&gt;</w:t>
        <w:br/>
        <w:t>Натомляться вже од дняного бігу&lt;br /&gt;</w:t>
        <w:br/>
        <w:t>Й чорнітимуть у темноті,&lt;br /&gt;</w:t>
        <w:br/>
        <w:t>Встає на ноги, спершись на ґирлиґу,&lt;br /&gt;</w:t>
        <w:br/>
        <w:t>І, покидаючи джерела й трави,&lt;br /&gt;</w:t>
        <w:br/>
        <w:t>Жене поволеньки свої гурти.&lt;br /&gt;</w:t>
        <w:br/>
        <w:t>Відтак на самоті&lt;br /&gt;</w:t>
        <w:br/>
        <w:t>В дімку чи курені,&lt;br /&gt;</w:t>
        <w:br/>
        <w:t>У гілки вбрані листяні,&lt;br /&gt;</w:t>
        <w:br/>
        <w:t>Дріма собі — і ні мур-мур.&lt;br /&gt;</w:t>
        <w:br/>
        <w:t>А от мені лихий Амур&lt;br /&gt;</w:t>
        <w:br/>
        <w:t>Велить сочити крок по кроку&lt;br /&gt;</w:t>
        <w:br/>
        <w:t>Серед ярів і кучугур&lt;br /&gt;</w:t>
        <w:br/>
        <w:t>Втікачку ту мою жорстоку.&lt;br /&gt;</w:t>
        <w:br/>
        <w:t>Сховавшись у закритій паді,&lt;br /&gt;</w:t>
        <w:br/>
        <w:t>Потомлені на дошках мореходи&lt;br /&gt;</w:t>
        <w:br/>
        <w:t>В одежі цілу нічку пухнуть сонні.&lt;br /&gt;</w:t>
        <w:br/>
        <w:t>А я, коли пірнає сонце в води,&lt;br /&gt;</w:t>
        <w:br/>
        <w:t>Гишпанію минувши і Гранаду,&lt;br /&gt;</w:t>
        <w:br/>
        <w:t>Марокко і Гераклові Колони,&lt;br /&gt;</w:t>
        <w:br/>
        <w:t>Коли мужі і жони,&lt;br /&gt;</w:t>
        <w:br/>
        <w:t>Світ Божий, з ним і звірі&lt;br /&gt;</w:t>
        <w:br/>
        <w:t>Відпочивають в мирі,&lt;br /&gt;</w:t>
        <w:br/>
        <w:t>Всю ніч не склеплюю повік,&lt;br /&gt;</w:t>
        <w:br/>
        <w:t>І хоч би хвильку біль не пік,&lt;br /&gt;</w:t>
        <w:br/>
        <w:t>Бо від кохання витерпу немає&lt;br /&gt;</w:t>
        <w:br/>
        <w:t>Уже десятий рік.&lt;br /&gt;</w:t>
        <w:br/>
        <w:t>І хто мене од лиха одволає?&lt;br /&gt;</w:t>
        <w:br/>
        <w:t>Саме писання якось біль зніма,&lt;br /&gt;</w:t>
        <w:br/>
        <w:t>От зараз вечір, видно, як воли&lt;br /&gt;</w:t>
        <w:br/>
        <w:t>Вертаються без ярем з поля.&lt;br /&gt;</w:t>
        <w:br/>
        <w:t>Куди ж мене ці муки завели,&lt;br /&gt;</w:t>
        <w:br/>
        <w:t>Чому я досі не зірвав ярма?&lt;br /&gt;</w:t>
        <w:br/>
        <w:t>Хіба я не наплакався доволі?&lt;br /&gt;</w:t>
        <w:br/>
        <w:t>Гірка моя недоля,&lt;br /&gt;</w:t>
        <w:br/>
        <w:t>Коли уперше у пригожий вид&lt;br /&gt;</w:t>
        <w:br/>
        <w:t>Наважився я очі утопить,&lt;br /&gt;</w:t>
        <w:br/>
        <w:t>Щоб він витав переді мною вперто.&lt;br /&gt;</w:t>
        <w:br/>
        <w:t>Тепер його у серці вже не стерти&lt;br /&gt;</w:t>
        <w:br/>
        <w:t>Ні силі, ні умінню.&lt;br /&gt;</w:t>
        <w:br/>
        <w:t>То з ним мені умерти?&lt;br /&gt;</w:t>
        <w:br/>
        <w:t>Так, він мене з душею лиш покине.&lt;br /&gt;</w:t>
        <w:br/>
        <w:t>Канцоно, якщо ти&lt;br /&gt;</w:t>
        <w:br/>
        <w:t>В моїй компанії охоче&lt;br /&gt;</w:t>
        <w:br/>
        <w:t>Проводиш дні і ночі,&lt;br /&gt;</w:t>
        <w:br/>
        <w:t>То ліпше не показуйся нікуди,&lt;br /&gt;</w:t>
        <w:br/>
        <w:t>Хвали не слухай, не заводь на людях&lt;br /&gt;</w:t>
        <w:br/>
        <w:t>(Хай буде поміж нами!) —&lt;br /&gt;</w:t>
        <w:br/>
        <w:t>Яку у моїх грудях&lt;br /&gt;</w:t>
        <w:br/>
        <w:t>Пожежу запалив нечулий камінь.&lt;br /&gt;</w:t>
        <w:br/>
        <w:t>и&lt;br /&gt;</w:t>
        <w:br/>
        <w:t>Поет через муки заздрить&lt;br /&gt;</w:t>
        <w:br/>
        <w:t>неживим речам&lt;br /&gt;</w:t>
        <w:br/>
        <w:t>Аби це сяйво ще б мене сліпило —&lt;br /&gt;</w:t>
        <w:br/>
        <w:t>Як тесалійська бачила долина&lt;br /&gt;</w:t>
        <w:br/>
        <w:t>Прудкої утікачки переміну,&lt;br /&gt;</w:t>
        <w:br/>
        <w:t>Так би й моє перетворилось тіло.&lt;br /&gt;</w:t>
        <w:br/>
        <w:t>Аби я знав, що більш мені несила&lt;br /&gt;</w:t>
        <w:br/>
        <w:t>З'єднатись з нею (о лиха година!),&lt;br /&gt;</w:t>
        <w:br/>
        <w:t>Я скаменів би, — кам'яній людині&lt;br /&gt;</w:t>
        <w:br/>
        <w:t>Уже ніякі радощі немилі.&lt;br /&gt;</w:t>
        <w:br/>
        <w:t>І, мармуром зробившись, чи алмазом,&lt;br /&gt;</w:t>
        <w:br/>
        <w:t>Що дражнять кожне завидюще око,&lt;br /&gt;</w:t>
        <w:br/>
        <w:t>Чи ясписом, таким ще дорогим,&lt;br /&gt;</w:t>
        <w:br/>
        <w:t>Я б ярем скинув з пліч моїх одразу,&lt;br /&gt;</w:t>
        <w:br/>
        <w:t>Щоб буть несхожим із отим старим,&lt;br /&gt;</w:t>
        <w:br/>
        <w:t>Що відкидає тінь на все Марокко.&lt;br /&gt;</w:t>
        <w:br/>
        <w:t>Ш&lt;br /&gt;</w:t>
        <w:br/>
        <w:t>Мадригал&lt;br /&gt;</w:t>
        <w:br/>
        <w:t>Свого коханця чарівна Діана,&lt;br /&gt;</w:t>
        <w:br/>
        <w:t>Купаючись, голісінька, в криниці,&lt;br /&gt;</w:t>
        <w:br/>
        <w:t>Тією наготою так не манить,&lt;br /&gt;</w:t>
        <w:br/>
        <w:t>Як от мене ця дика чередниця,&lt;br /&gt;</w:t>
        <w:br/>
        <w:t>Яка в воді полоще покривало,&lt;br /&gt;</w:t>
        <w:br/>
        <w:t>Відкривши золоту свою косицю.&lt;br /&gt;</w:t>
        <w:br/>
        <w:t>Палюча спека підсобила мало,&lt;br /&gt;</w:t>
        <w:br/>
        <w:t>Коли кохання дрожем пронизало.&lt;br /&gt;</w:t>
        <w:br/>
        <w:t>LUI&lt;br /&gt;</w:t>
        <w:br/>
        <w:t>Канцона&lt;br /&gt;</w:t>
        <w:br/>
        <w:t>Римському сенаторові&lt;br /&gt;</w:t>
        <w:br/>
        <w:t>Шляхетний духу, вихователь тіла,&lt;br /&gt;</w:t>
        <w:br/>
        <w:t>В якому почалася немала&lt;br /&gt;</w:t>
        <w:br/>
        <w:t>Земна мандрівка зацного сеньйора;&lt;br /&gt;</w:t>
        <w:br/>
        <w:t>Доріс ти незабаром до жезла,&lt;br /&gt;</w:t>
        <w:br/>
        <w:t>Який тобі вручили люди сміло,&lt;br /&gt;</w:t>
        <w:br/>
        <w:t>Щоб став ти Риму за міцну підпору&lt;br /&gt;</w:t>
        <w:br/>
        <w:t>І правив присуд скорий,&lt;br /&gt;</w:t>
        <w:br/>
        <w:t>Кого ж мені призвати, як не тебе,&lt;br /&gt;</w:t>
        <w:br/>
        <w:t>Ти ж бачиш: згас у душах луч добра,&lt;br /&gt;</w:t>
        <w:br/>
        <w:t>Де зло, де правда, хто їх розбира? —&lt;br /&gt;</w:t>
        <w:br/>
        <w:t>Італія в мізерії, в ганебі,&lt;br /&gt;</w:t>
        <w:br/>
        <w:t>Чи ж рятувати вже її не треба,&lt;br /&gt;</w:t>
        <w:br/>
        <w:t>Спасати нашу сплюху від загину?&lt;br /&gt;</w:t>
        <w:br/>
        <w:t>О, аби міг я їй нам'ять чуприну!&lt;br /&gt;</w:t>
        <w:br/>
        <w:t>З сонноти непробудної навряд&lt;br /&gt;</w:t>
        <w:br/>
        <w:t>Прокинеться вона назустріч зову,&lt;br /&gt;</w:t>
        <w:br/>
        <w:t>Та ще коли важкий кошмар їй сниться.&lt;br /&gt;</w:t>
        <w:br/>
        <w:t>Та, може, твої руки вже готові&lt;br /&gt;</w:t>
        <w:br/>
        <w:t>Вчинити диво? І здолає встать&lt;br /&gt;</w:t>
        <w:br/>
        <w:t>І рідний край очолити столиця.&lt;br /&gt;</w:t>
        <w:br/>
        <w:t>Тож не вагайся, злапай ледащицю&lt;br /&gt;</w:t>
        <w:br/>
        <w:t>За довгі коси — інший би не смів! —&lt;br /&gt;</w:t>
        <w:br/>
        <w:t>І підніми із курної землі!&lt;br /&gt;</w:t>
        <w:br/>
        <w:t>Я, чиї очі стільки сліз лили,&lt;br /&gt;</w:t>
        <w:br/>
        <w:t>Рятівникові не жалів би слів, —&lt;br /&gt;</w:t>
        <w:br/>
        <w:t>Атож, коли із Марсових синів&lt;br /&gt;</w:t>
        <w:br/>
        <w:t>Зійде тавро (та щоб навік умерло!),&lt;br /&gt;</w:t>
        <w:br/>
        <w:t>І під твоє усе перейде берло.&lt;br /&gt;</w:t>
        <w:br/>
        <w:t>Ці старожитні мури величаві&lt;br /&gt;</w:t>
        <w:br/>
        <w:t>І кам'яною величчю грізні&lt;br /&gt;</w:t>
        <w:br/>
        <w:t>Нагадують про себе ще і нині,&lt;br /&gt;</w:t>
        <w:br/>
        <w:t>Гробниці, де лежать у вічнім сні&lt;br /&gt;</w:t>
        <w:br/>
        <w:t>Останки тих, чия не меркне слава,&lt;br /&gt;</w:t>
        <w:br/>
        <w:t>Хоч скільки б не минуло з їх спочину,&lt;br /&gt;</w:t>
        <w:br/>
        <w:t>І давніх цнот та доблесті руїни,&lt;br /&gt;</w:t>
        <w:br/>
        <w:t>На тебе покладають ще надію.&lt;br /&gt;</w:t>
        <w:br/>
        <w:t>0 непідкупний Брут, о Сципіони,&lt;br /&gt;</w:t>
        <w:br/>
        <w:t>Почувши про нові у нас закони,&lt;br /&gt;</w:t>
        <w:br/>
        <w:t>Як кожен з вас душею порадіє,&lt;br /&gt;</w:t>
        <w:br/>
        <w:t>А перший наш вітія,&lt;br /&gt;</w:t>
        <w:br/>
        <w:t>Фабрицій з словом звернеться палким:&lt;br /&gt;</w:t>
        <w:br/>
        <w:t>"Постане ще у величі мій Рим!"&lt;br /&gt;</w:t>
        <w:br/>
        <w:t>Якщо є співчуття там, наверху,&lt;br /&gt;</w:t>
        <w:br/>
        <w:t>То душі, вже без тіл, та незабуті,&lt;br /&gt;</w:t>
        <w:br/>
        <w:t>Як співвітчизники, од тебе ждуть&lt;br /&gt;</w:t>
        <w:br/>
        <w:t>Кінця цій горожанській смуті,&lt;br /&gt;</w:t>
        <w:br/>
        <w:t>Через яку народ наш із страху&lt;br /&gt;</w:t>
        <w:br/>
        <w:t>Обходить церкви, бо уже і тут&lt;br /&gt;</w:t>
        <w:br/>
        <w:t>Убійники підступне щось кують,&lt;br /&gt;</w:t>
        <w:br/>
        <w:t>Зробивши з них розбійницьке кубло.&lt;br /&gt;</w:t>
        <w:br/>
        <w:t>Розбито подобизни й вівтарі,&lt;br /&gt;</w:t>
        <w:br/>
        <w:t>1 доброго не бачать у добрі,&lt;br /&gt;</w:t>
        <w:br/>
        <w:t>Серед руїн панує тільки зло.&lt;br /&gt;</w:t>
        <w:br/>
        <w:t>Такого на землі ще не було:&lt;br /&gt;</w:t>
        <w:br/>
        <w:t>Не Божу славу прославляє дзвін,&lt;br /&gt;</w:t>
        <w:br/>
        <w:t>Злодіяти і різать кличе він.&lt;br /&gt;</w:t>
        <w:br/>
        <w:t>Жінота плаче, не мовчать і діти,&lt;br /&gt;</w:t>
        <w:br/>
        <w:t>І хто старенький, сльози не хова,&lt;br /&gt;</w:t>
        <w:br/>
        <w:t>Уже не радий доживати віку,&lt;br /&gt;</w:t>
        <w:br/>
        <w:t>І біла, чорна, сіра монашва,&lt;br /&gt;</w:t>
        <w:br/>
        <w:t>І жебраки, що голим тілом світять,&lt;br /&gt;</w:t>
        <w:br/>
        <w:t>Волають: "Заступись за нас, владико!"&lt;br /&gt;</w:t>
        <w:br/>
        <w:t>І біднота, заходячись од крику,&lt;br /&gt;</w:t>
        <w:br/>
        <w:t>Напоказ виставляє рани й кикті,&lt;br /&gt;</w:t>
        <w:br/>
        <w:t>Що вразили б старого Ганнібала;&lt;br /&gt;</w:t>
        <w:br/>
        <w:t>Пожежі в Божих храмах запалали, —&lt;br /&gt;</w:t>
        <w:br/>
        <w:t>Та можна навіть полум'я несите&lt;br /&gt;</w:t>
        <w:br/>
        <w:t>Рішучою рукою погасити,&lt;br /&gt;</w:t>
        <w:br/>
        <w:t>Тоді утихнуть нечестиві страсті,&lt;br /&gt;</w:t>
        <w:br/>
        <w:t>І вже тобі на небесах воздається!&lt;br /&gt;</w:t>
        <w:br/>
        <w:t>Ведмеді і вовки, орли і гади&lt;br /&gt;</w:t>
        <w:br/>
        <w:t>Колоні гордопишній мармуряній,&lt;br /&gt;</w:t>
        <w:br/>
        <w:t>А заодно й собі вчиняють шкоду —&lt;br /&gt;</w:t>
        <w:br/>
        <w:t>Од них і плаче тая люба пані,&lt;br /&gt;</w:t>
        <w:br/>
        <w:t>Що кличе тебе виполоть розсаду,&lt;br /&gt;</w:t>
        <w:br/>
        <w:t>Де бур'янистому привільно роду.&lt;br /&gt;</w:t>
        <w:br/>
        <w:t>Тисячоліття перейшло відтоді,&lt;br /&gt;</w:t>
        <w:br/>
        <w:t>Як пломінких немає вже сердець.&lt;br /&gt;</w:t>
        <w:br/>
        <w:t>Ото, як у гордоту удалася,&lt;br /&gt;</w:t>
        <w:br/>
        <w:t>Безрадною нова зробилась раса&lt;br /&gt;</w:t>
        <w:br/>
        <w:t>І материн ославила вінець!&lt;br /&gt;</w:t>
        <w:br/>
        <w:t>Ти муж і ти отець!&lt;br /&gt;</w:t>
        <w:br/>
        <w:t>І це тобі під силу, як нікому,&lt;br /&gt;</w:t>
        <w:br/>
        <w:t>Ба навіть нашому отцю святому.&lt;br /&gt;</w:t>
        <w:br/>
        <w:t>Зазвичай перебірлива Фортуна,&lt;br /&gt;</w:t>
        <w:br/>
        <w:t>Як помисли виношуєш високі,&lt;br /&gt;</w:t>
        <w:br/>
        <w:t>Стає з тобою люта й зловорожа.&lt;br /&gt;</w:t>
        <w:br/>
        <w:t>Та, порівнявши із тобою кроки,&lt;br /&gt;</w:t>
        <w:br/>
        <w:t>Зробилась нині лагідна любуня,&lt;br /&gt;</w:t>
        <w:br/>
        <w:t>На себе анітрохи не похожа.&lt;br /&gt;</w:t>
        <w:br/>
        <w:t>Та й перед ким вона ще може&lt;br /&gt;</w:t>
        <w:br/>
        <w:t>Одкрити, як перед тобою, путь?&lt;br /&gt;</w:t>
        <w:br/>
        <w:t>І вірю я: в небесній славі,&lt;br /&gt;</w:t>
        <w:br/>
        <w:t>У царевінчаній державі&lt;br /&gt;</w:t>
        <w:br/>
        <w:t>Нова відродиться могуть,&lt;br /&gt;</w:t>
        <w:br/>
        <w:t>Аби колись гукнуть:&lt;br /&gt;</w:t>
        <w:br/>
        <w:t>"Служили інші юній вперто,&lt;br /&gt;</w:t>
        <w:br/>
        <w:t>А я стару відбив у смерті".&lt;br /&gt;</w:t>
        <w:br/>
        <w:t>Тобі, канцоно, на скалі Тарпейській&lt;br /&gt;</w:t>
        <w:br/>
        <w:t>Постане чоловік, перед яким&lt;br /&gt;</w:t>
        <w:br/>
        <w:t>Схиляємося ми усі уклінно.&lt;br /&gt;</w:t>
        <w:br/>
        <w:t>Скажи йому: "У тебе нині&lt;br /&gt;</w:t>
        <w:br/>
        <w:t>Є друг, хоч ти і не знайомий з ним,&lt;br /&gt;</w:t>
        <w:br/>
        <w:t>Так він передає, що Рим&lt;br /&gt;</w:t>
        <w:br/>
        <w:t>Тобі хвалу, вмиваючись слізьми,&lt;br /&gt;</w:t>
        <w:br/>
        <w:t>Піє з усіх горбів семи".&lt;br /&gt;</w:t>
        <w:br/>
        <w:t>Балада&lt;br /&gt;</w:t>
        <w:br/>
        <w:t>Амурів знак прикрасив їй чоло,&lt;br /&gt;</w:t>
        <w:br/>
        <w:t>І серце перед нею не боролось:&lt;br /&gt;</w:t>
        <w:br/>
        <w:t>Звабливіших за діву не було.&lt;br /&gt;</w:t>
        <w:br/>
        <w:t>І рушив я за нею через трави,&lt;br /&gt;</w:t>
        <w:br/>
        <w:t>Аж це гучний почувся з лісу голос:&lt;br /&gt;</w:t>
        <w:br/>
        <w:t>"Цей шлях і голови тебе позбавить!"&lt;br /&gt;</w:t>
        <w:br/>
        <w:t>І зупинивсь у затінку я дуба,&lt;br /&gt;</w:t>
        <w:br/>
        <w:t>Задуманий, навколо озирнувся&lt;br /&gt;</w:t>
        <w:br/>
        <w:t>І зрозумів, що тут чигає згуба!&lt;br /&gt;</w:t>
        <w:br/>
        <w:t>І в полудень уже назад вернувся.&lt;br /&gt;</w:t>
        <w:br/>
        <w:t>IX&lt;br /&gt;</w:t>
        <w:br/>
        <w:t>Балада&lt;br /&gt;</w:t>
        <w:br/>
        <w:t>Я вірив, що уже погас цей пломінь,&lt;br /&gt;</w:t>
        <w:br/>
        <w:t>Бо вистудили роки і зима,&lt;br /&gt;</w:t>
        <w:br/>
        <w:t>Та чую: він в душі поворітьма.&lt;br /&gt;</w:t>
        <w:br/>
        <w:t>Не все потухло, як оце я бачу,&lt;br /&gt;</w:t>
        <w:br/>
        <w:t>Жар тліє — недогода ще й яка,&lt;br /&gt;</w:t>
        <w:br/>
        <w:t>Жага знов прокидається гаряча,&lt;br /&gt;</w:t>
        <w:br/>
        <w:t>Коли нестримна слізна ця ріка&lt;br /&gt;</w:t>
        <w:br/>
        <w:t>Із серця, щоб спочило, витиска&lt;br /&gt;</w:t>
        <w:br/>
        <w:t>Ті іскри, і огнина вже сама&lt;br /&gt;</w:t>
        <w:br/>
        <w:t>Лютує так — лютішої нема.&lt;br /&gt;</w:t>
        <w:br/>
        <w:t>Як я, дощем проливши стільки сліз,&lt;br /&gt;</w:t>
        <w:br/>
        <w:t>Ще й досі не зумів залить огнину?&lt;br /&gt;</w:t>
        <w:br/>
        <w:t>Амур мене у жертву знов приніс,&lt;br /&gt;</w:t>
        <w:br/>
        <w:t>Палити і гасити без упину,&lt;br /&gt;</w:t>
        <w:br/>
        <w:t>І без надії я тепера гину.&lt;br /&gt;</w:t>
        <w:br/>
        <w:t>Від пут любовних вирватись дарма,&lt;br /&gt;</w:t>
        <w:br/>
        <w:t>Як ти од її личка без ума.&lt;br /&gt;</w:t>
        <w:br/>
        <w:t>Марне сподівання&lt;br /&gt;</w:t>
        <w:br/>
        <w:t>У серце палом вражений сліпим,&lt;br /&gt;</w:t>
        <w:br/>
        <w:t>Лічу години і даремно марю,&lt;br /&gt;</w:t>
        <w:br/>
        <w:t>Шкодую за минущим часом тим,&lt;br /&gt;</w:t>
        <w:br/>
        <w:t>Коли з тобою ми були у парі.&lt;br /&gt;</w:t>
        <w:br/>
        <w:t>І що за тінь лягла над садом цим?&lt;br /&gt;</w:t>
        <w:br/>
        <w:t>То що, тепер плодам пропасти даром?&lt;br /&gt;</w:t>
        <w:br/>
        <w:t>Не ляже колос під серпом моїм?&lt;br /&gt;</w:t>
        <w:br/>
        <w:t>А звір залізе з ревом до кошари?&lt;br /&gt;</w:t>
        <w:br/>
        <w:t>Таким ось сподіванням бунтівливим&lt;br /&gt;</w:t>
        <w:br/>
        <w:t>Амур мене карати здавна звик:&lt;br /&gt;</w:t>
        <w:br/>
        <w:t>Надіятись найважче нетерпливим;&lt;br /&gt;</w:t>
        <w:br/>
        <w:t>А вихід я вважаю справедливим:&lt;br /&gt;</w:t>
        <w:br/>
        <w:t>Як смертний ще не звікував свій вік,&lt;br /&gt;</w:t>
        <w:br/>
        <w:t>Не називайте смертного щасливим.&lt;br /&gt;</w:t>
        <w:br/>
        <w:t>ІЛТІ&lt;br /&gt;</w:t>
        <w:br/>
        <w:t>В любові багато гіркоти і трохи&lt;br /&gt;</w:t>
        <w:br/>
        <w:t>солодкості&lt;br /&gt;</w:t>
        <w:br/>
        <w:t>Крок радощів ступає через силу,&lt;br /&gt;</w:t>
        <w:br/>
        <w:t>Нудьга цупка, надія лиш на мить,&lt;br /&gt;</w:t>
        <w:br/>
        <w:t>То страда й змора у душі щемить,&lt;br /&gt;</w:t>
        <w:br/>
        <w:t>То мчить порив, як кінь, увесь у милі.&lt;br /&gt;</w:t>
        <w:br/>
        <w:t>Та радше сніг затепліє, без хвилі&lt;br /&gt;</w:t>
        <w:br/>
        <w:t>Моря залишаться, рибалки кинуть сіть&lt;br /&gt;</w:t>
        <w:br/>
        <w:t>У горах, радше сонце піде встріть,&lt;br /&gt;</w:t>
        <w:br/>
        <w:t>Де Тигр й Євфрат ще води не розлили,&lt;br /&gt;</w:t>
        <w:br/>
        <w:t>Ніж я діждусь спокою благостині,&lt;br /&gt;</w:t>
        <w:br/>
        <w:t>І впинять вже зі мною свару ту,&lt;br /&gt;</w:t>
        <w:br/>
        <w:t>Яку затіяли Амур і діва;&lt;br /&gt;</w:t>
        <w:br/>
        <w:t>Та губи хоч скуштують лагомини —&lt;br /&gt;</w:t>
        <w:br/>
        <w:t>Гортань таки відчує гіркоту,&lt;br /&gt;</w:t>
        <w:br/>
        <w:t>Поки судьба до мене ще зрадлива.&lt;br /&gt;</w:t>
        <w:br/>
        <w:t>ІЛЛІІ&lt;br /&gt;</w:t>
        <w:br/>
        <w:t>Месерові Аґапітові, посилаючи&lt;br /&gt;</w:t>
        <w:br/>
        <w:t>йому гостинці&lt;br /&gt;</w:t>
        <w:br/>
        <w:t>На перший, любий мій синьйоре, дар,&lt;br /&gt;</w:t>
        <w:br/>
        <w:t>Куди ви клоните заплакану ланиту,&lt;br /&gt;</w:t>
        <w:br/>
        <w:t>Віддячитись Амуру не спішіте,&lt;br /&gt;</w:t>
        <w:br/>
        <w:t>Поводьтеся, як ніби ви скупар.&lt;br /&gt;</w:t>
        <w:br/>
        <w:t>А другим слід відводити удар&lt;br /&gt;</w:t>
        <w:br/>
        <w:t>Тих стріл, які втомилися летіти,&lt;br /&gt;</w:t>
        <w:br/>
        <w:t>Байдуже, чи зима стоїть, чи літо,&lt;br /&gt;</w:t>
        <w:br/>
        <w:t>У стужу дзвонячи чи сикаючи в сквар.&lt;br /&gt;</w:t>
        <w:br/>
        <w:t>А щоб утишити сердечні рани,&lt;br /&gt;</w:t>
        <w:br/>
        <w:t>Із третього скуштуйте зілля сік —&lt;br /&gt;</w:t>
        <w:br/>
        <w:t>Солодкий він, а потім горенить,&lt;br /&gt;</w:t>
        <w:br/>
        <w:t>І — хизуватися я тут не стану! —&lt;br /&gt;</w:t>
        <w:br/>
        <w:t>Мене стигійський не зляка візник,&lt;br /&gt;</w:t>
        <w:br/>
        <w:t>Поки вас можна буде ще молить.&lt;br /&gt;</w:t>
        <w:br/>
        <w:t>Прокляття лавру&lt;br /&gt;</w:t>
        <w:br/>
        <w:t>Шляхетна і улюблена лаврина,&lt;br /&gt;</w:t>
        <w:br/>
        <w:t>Зростав я при тобі немало літ,&lt;br /&gt;</w:t>
        <w:br/>
        <w:t>Ти вміла кволий хист мій запалить,&lt;br /&gt;</w:t>
        <w:br/>
        <w:t>Але й була до мене негостинна.&lt;br /&gt;</w:t>
        <w:br/>
        <w:t>Мене ти колисала безневинно,&lt;br /&gt;</w:t>
        <w:br/>
        <w:t>Та скоро я відчув колючість віт,&lt;br /&gt;</w:t>
        <w:br/>
        <w:t>І довелось мені заговорить&lt;br /&gt;</w:t>
        <w:br/>
        <w:t>Про те, за чим я сохну, сиротина.&lt;br /&gt;</w:t>
        <w:br/>
        <w:t>Хіба якийсь любас згада про мене,&lt;br /&gt;</w:t>
        <w:br/>
        <w:t>Кого підтримує в коханні віршик мій&lt;br /&gt;</w:t>
        <w:br/>
        <w:t>Та хто позбувся всіх своїх надій?&lt;br /&gt;</w:t>
        <w:br/>
        <w:t>Я не врятую Лавра, ні Гримій&lt;br /&gt;</w:t>
        <w:br/>
        <w:t>Не пощадить, та й Сонце навіжене&lt;br /&gt;</w:t>
        <w:br/>
        <w:t>Посушить листя все його зелене.&lt;br /&gt;</w:t>
        <w:br/>
        <w:t>ЬХІ&lt;br /&gt;</w:t>
        <w:br/>
        <w:t>Поет благословляє все,&lt;br /&gt;</w:t>
        <w:br/>
        <w:t>пов 'язане з початком його кохання&lt;br /&gt;</w:t>
        <w:br/>
        <w:t>Благословен рік, день, і час урочий,&lt;br /&gt;</w:t>
        <w:br/>
        <w:t>І та пора, та мить, і та година,&lt;br /&gt;</w:t>
        <w:br/>
        <w:t>1 той чудовий край, і та хатина,&lt;br /&gt;</w:t>
        <w:br/>
        <w:t>Де в бран мене взяли прекрасні очі.&lt;br /&gt;</w:t>
        <w:br/>
        <w:t>Благословенна перша дрож невинна,&lt;br /&gt;</w:t>
        <w:br/>
        <w:t>Що я признався в ній собі охоче,&lt;br /&gt;</w:t>
        <w:br/>
        <w:t>І пущена стріла та серед ночі,&lt;br /&gt;</w:t>
        <w:br/>
        <w:t>І біль той, що уже не знає впину.&lt;br /&gt;</w:t>
        <w:br/>
        <w:t>Благословен упертий голос мій,&lt;br /&gt;</w:t>
        <w:br/>
        <w:t>Що розтинав повітря голосінням,&lt;br /&gt;</w:t>
        <w:br/>
        <w:t>Відгомін будячи іменням донни!&lt;br /&gt;</w:t>
        <w:br/>
        <w:t>Благословенні всі мої канцон и,&lt;br /&gt;</w:t>
        <w:br/>
        <w:t>Що їй на славу, та й не без уміння,&lt;br /&gt;</w:t>
        <w:br/>
        <w:t>Присвячував завжди я тільки їй!&lt;br /&gt;</w:t>
        <w:br/>
        <w:t>ЬХІІ&lt;br /&gt;</w:t>
        <w:br/>
        <w:t>Акт покути на одинадцяту&lt;br /&gt;</w:t>
        <w:br/>
        <w:t>річницю кохання&lt;br /&gt;</w:t>
        <w:br/>
        <w:t>Марнуючи безславно всі ці дні&lt;br /&gt;</w:t>
        <w:br/>
        <w:t>І ночі, беззмістовністю повиті,&lt;br /&gt;</w:t>
        <w:br/>
        <w:t>У полум'ї згораючи неситім,&lt;br /&gt;</w:t>
        <w:br/>
        <w:t>Дивуюсь тій, що гожа, як у сні.&lt;br /&gt;</w:t>
        <w:br/>
        <w:t>Царю небес, молю, дозволь мені&lt;br /&gt;</w:t>
        <w:br/>
        <w:t>Молитвою свій прогріх відкупити.&lt;br /&gt;</w:t>
        <w:br/>
        <w:t>І хай злодійні наставляють сіті,&lt;br /&gt;</w:t>
        <w:br/>
        <w:t>А сорому завдам я сатані.&lt;br /&gt;</w:t>
        <w:br/>
        <w:t>Вже збігло одинадцять років от,&lt;br /&gt;</w:t>
        <w:br/>
        <w:t>Як знемагаю я під гнітом владним,&lt;br /&gt;</w:t>
        <w:br/>
        <w:t>Що мучить тих, живе хто в суєті.&lt;br /&gt;</w:t>
        <w:br/>
        <w:t>Помилуй недостойного щедрот&lt;br /&gt;</w:t>
        <w:br/>
        <w:t>І нагадай моїм думкам безладним,&lt;br /&gt;</w:t>
        <w:br/>
        <w:t>Як того дня повис ти на хресті.&lt;br /&gt;</w:t>
        <w:br/>
        <w:t>ЬХШ&lt;br /&gt;</w:t>
        <w:br/>
        <w:t>Балада&lt;br /&gt;</w:t>
        <w:br/>
        <w:t>Моє обличчя вздрівши без кровини,&lt;br /&gt;</w:t>
        <w:br/>
        <w:t>Позначене уже печаттю смерті,&lt;br /&gt;</w:t>
        <w:br/>
        <w:t>Не віддали ви їй мене пожерти,&lt;br /&gt;</w:t>
        <w:br/>
        <w:t>Жалем урятували од загину.&lt;br /&gt;</w:t>
        <w:br/>
        <w:t>І як життя мені ще не докука,&lt;br /&gt;</w:t>
        <w:br/>
        <w:t>Воно живе (це ваші все щедроти!)&lt;br /&gt;</w:t>
        <w:br/>
        <w:t>Цим любим голосочком і очами,&lt;br /&gt;</w:t>
        <w:br/>
        <w:t>І вам належить вся моя істота.&lt;br /&gt;</w:t>
        <w:br/>
        <w:t>Мій дух, як ледар од удару бука,&lt;br /&gt;</w:t>
        <w:br/>
        <w:t>Прокинувся під вашими речами,&lt;br /&gt;</w:t>
        <w:br/>
        <w:t>Відкрилось серце вашими ключами,&lt;br /&gt;</w:t>
        <w:br/>
        <w:t>І нині, донно, в вас моє опертя,&lt;br /&gt;</w:t>
        <w:br/>
        <w:t>По вашій волі я пливу уперто,&lt;br /&gt;</w:t>
        <w:br/>
        <w:t>1 все, що йде од вас, — то благостиня.&lt;br /&gt;</w:t>
        <w:br/>
        <w:t>Прохання до Лаури не зневажати&lt;br /&gt;</w:t>
        <w:br/>
        <w:t>її оселі, яка є поетовим серцем&lt;br /&gt;</w:t>
        <w:br/>
        <w:t>Коли, воліючи погордливість явить,&lt;br /&gt;</w:t>
        <w:br/>
        <w:t>Киваєте ви на чужу провину&lt;br /&gt;</w:t>
        <w:br/>
        <w:t>Чи квапитесь позбутися людини,&lt;br /&gt;</w:t>
        <w:br/>
        <w:t>Що звикла вам самі поклони бить,&lt;br /&gt;</w:t>
        <w:br/>
        <w:t>Тоді ви утекти могли б умить&lt;br /&gt;</w:t>
        <w:br/>
        <w:t>Із персів, де розкинулась лаврина&lt;br /&gt;</w:t>
        <w:br/>
        <w:t>Гіллям любові, — втеча неодмінно&lt;br /&gt;</w:t>
        <w:br/>
        <w:t>У мене пробудила б тільки бридь.&lt;br /&gt;</w:t>
        <w:br/>
        <w:t>Вибагливий живець серед сухого поля&lt;br /&gt;</w:t>
        <w:br/>
        <w:t>Не виживе — і тягнеться жаждиво&lt;br /&gt;</w:t>
        <w:br/>
        <w:t>Кудись, де край із кліматом м'яким.&lt;br /&gt;</w:t>
        <w:br/>
        <w:t>А що вже вам не дозволяє доля&lt;br /&gt;</w:t>
        <w:br/>
        <w:t>Забратись звідси, — постарайтесь, діво,&lt;br /&gt;</w:t>
        <w:br/>
        <w:t>Не завжди зневажати рідний дім.&lt;br /&gt;</w:t>
        <w:br/>
        <w:t>Поет благає, щоб його сердечний&lt;br /&gt;</w:t>
        <w:br/>
        <w:t>пал передався Лаурі&lt;br /&gt;</w:t>
        <w:br/>
        <w:t>Втомившись, я не чув ходи Амура,&lt;br /&gt;</w:t>
        <w:br/>
        <w:t>Незчувся, як попав до нього в бран,&lt;br /&gt;</w:t>
        <w:br/>
        <w:t>Зробився він мені вельможний пан,&lt;br /&gt;</w:t>
        <w:br/>
        <w:t>І ось тепер я завше у зажурі.&lt;br /&gt;</w:t>
        <w:br/>
        <w:t>Не вірилось, що в цій сердечній бурі&lt;br /&gt;</w:t>
        <w:br/>
        <w:t>Не виручить мене уже талан&lt;br /&gt;</w:t>
        <w:br/>
        <w:t>І я ходитиму від болю п'ян.&lt;br /&gt;</w:t>
        <w:br/>
        <w:t>Ось кара самовпевненій натурі!&lt;br /&gt;</w:t>
        <w:br/>
        <w:t>Одне мені лишається в цю мить:&lt;br /&gt;</w:t>
        <w:br/>
        <w:t>А раптом він ізглянеться на мене&lt;br /&gt;</w:t>
        <w:br/>
        <w:t>І це моє благання не відкине.&lt;br /&gt;</w:t>
        <w:br/>
        <w:t>Ідеться не про те, аби страшенне&lt;br /&gt;</w:t>
        <w:br/>
        <w:t>Це полум'я в душі моїй згасить,&lt;br /&gt;</w:t>
        <w:br/>
        <w:t>А хай впаде і їй якась жарина.&lt;br /&gt;</w:t>
        <w:br/>
        <w:t>ЬХУІ&lt;br /&gt;</w:t>
        <w:br/>
        <w:t>Секстина&lt;br /&gt;</w:t>
        <w:br/>
        <w:t>Гниле повітря з в'їдливим туманом,&lt;br /&gt;</w:t>
        <w:br/>
        <w:t>Ще й шарпаним рвачким на волі вітром,&lt;br /&gt;</w:t>
        <w:br/>
        <w:t>Збирається замжити все дощем;&lt;br /&gt;</w:t>
        <w:br/>
        <w:t>Уже скалки кругом — замерзли ріки,&lt;br /&gt;</w:t>
        <w:br/>
        <w:t>Трава не зеленіє вже у долах,&lt;br /&gt;</w:t>
        <w:br/>
        <w:t>Куди не глянь — лиш паморозь і лід.&lt;br /&gt;</w:t>
        <w:br/>
        <w:t>Ось і на серці в мене стане лід,&lt;br /&gt;</w:t>
        <w:br/>
        <w:t>І думи важко стеляться туманом,&lt;br /&gt;</w:t>
        <w:br/>
        <w:t>Народженим по цих глибоких долах,&lt;br /&gt;</w:t>
        <w:br/>
        <w:t>Куди не залетить любовний вітер,&lt;br /&gt;</w:t>
        <w:br/>
        <w:t>І де завмерли нерухомі ріки,&lt;br /&gt;</w:t>
        <w:br/>
        <w:t>А небеса сотаються дощем.&lt;br /&gt;</w:t>
        <w:br/>
        <w:t>Та вже вщухає і ливний цей дощ,&lt;br /&gt;</w:t>
        <w:br/>
        <w:t>Під сонцем тане паморозь і лід,&lt;br /&gt;</w:t>
        <w:br/>
        <w:t>Скресаючи, водою грають ріки,&lt;br /&gt;</w:t>
        <w:br/>
        <w:t>І не буває так, аби туман&lt;br /&gt;</w:t>
        <w:br/>
        <w:t>Не вимітався під поривом вітру,&lt;br /&gt;</w:t>
        <w:br/>
        <w:t>І клапті снігу осідають в долах.&lt;br /&gt;</w:t>
        <w:br/>
        <w:t>Та що мені до цих розквітлих долів?&lt;br /&gt;</w:t>
        <w:br/>
        <w:t>Я плачу і у спеку, і у дощ,&lt;br /&gt;</w:t>
        <w:br/>
        <w:t>І на холоднім вітрі, і без вітру,&lt;br /&gt;</w:t>
        <w:br/>
        <w:t>І тане лиш тоді у серці діви лід,&lt;br /&gt;</w:t>
        <w:br/>
        <w:t>1 лик її прогляне із туману,&lt;br /&gt;</w:t>
        <w:br/>
        <w:t>Як висохнуть усі моря і ріки.&lt;br /&gt;</w:t>
        <w:br/>
        <w:t>Поки до моря ще збігають ріки&lt;br /&gt;</w:t>
        <w:br/>
        <w:t>1 звір ховається у тихих долах,&lt;br /&gt;</w:t>
        <w:br/>
        <w:t>Прекрасні очі будуть за туманом,&lt;br /&gt;</w:t>
        <w:br/>
        <w:t>В який і мої очі б'ють дощем,&lt;br /&gt;</w:t>
        <w:br/>
        <w:t>І груди діви не покине лід,&lt;br /&gt;</w:t>
        <w:br/>
        <w:t>Змінивши й мої груди в виток вітру.&lt;br /&gt;</w:t>
        <w:br/>
        <w:t>Та як же не мириться з кожним вітром,&lt;br /&gt;</w:t>
        <w:br/>
        <w:t>Що полонив мене в краю, де ріки&lt;br /&gt;</w:t>
        <w:br/>
        <w:t>Породжують і трави, й чистий лід?&lt;br /&gt;</w:t>
        <w:br/>
        <w:t>Про лавра тінь я повідомлю доли,&lt;br /&gt;</w:t>
        <w:br/>
        <w:t>їй не страшні ні буря, ані дощ,&lt;br /&gt;</w:t>
        <w:br/>
        <w:t>Ні спека, ні густі драглі туману.&lt;br /&gt;</w:t>
        <w:br/>
        <w:t>Тумани не тікають так від вітру,&lt;br /&gt;</w:t>
        <w:br/>
        <w:t>Як збіг той день, ні ріки під дощем,&lt;br /&gt;</w:t>
        <w:br/>
        <w:t>Ні лід, як нині, коли жарко в долах.&lt;br /&gt;</w:t>
        <w:br/>
        <w:t>ЬХУІІ&lt;br /&gt;</w:t>
        <w:br/>
        <w:t>Падіння&lt;br /&gt;</w:t>
        <w:br/>
        <w:t>На лівім березі в Тірренськім морі,&lt;br /&gt;</w:t>
        <w:br/>
        <w:t>Де вітер із квилінням хвилі гонить,&lt;br /&gt;</w:t>
        <w:br/>
        <w:t>Узрів я раптом ту високу крону,&lt;br /&gt;</w:t>
        <w:br/>
        <w:t>Що так я оспівав, собі на горе.&lt;br /&gt;</w:t>
        <w:br/>
        <w:t>Амур мене заваб туди на гору,&lt;br /&gt;</w:t>
        <w:br/>
        <w:t>Згадавши, у чиїх я кіс полоні,&lt;br /&gt;</w:t>
        <w:br/>
        <w:t>Там був струмок, що тік на цілі гони,&lt;br /&gt;</w:t>
        <w:br/>
        <w:t>І я упав туди, як мертвий, в зморі.&lt;br /&gt;</w:t>
        <w:br/>
        <w:t>Серед горбів, лощин і перелогів&lt;br /&gt;</w:t>
        <w:br/>
        <w:t>Ожить мені поміг стид несусвітній —&lt;br /&gt;</w:t>
        <w:br/>
        <w:t>Я іншої й не хтів би підохоти.&lt;br /&gt;</w:t>
        <w:br/>
        <w:t>Я жив, не обсушивши очі, доти,&lt;br /&gt;</w:t>
        <w:br/>
        <w:t>А ліпше б промочив собі я ноги,&lt;br /&gt;</w:t>
        <w:br/>
        <w:t>Коли б мені таланило у квітні.&lt;br /&gt;</w:t>
        <w:br/>
        <w:t>Побачивши Рим, поет пробує скинути&lt;br /&gt;</w:t>
        <w:br/>
        <w:t>Лаурину владу, але кохання не дає&lt;br /&gt;</w:t>
        <w:br/>
        <w:t>цього зробити&lt;br /&gt;</w:t>
        <w:br/>
        <w:t>Священний рідний край, угодний Богу,&lt;br /&gt;</w:t>
        <w:br/>
        <w:t>В'ялить скорботою постійно мозок мій,&lt;br /&gt;</w:t>
        <w:br/>
        <w:t>Волаючи: "Одумайсь!", й шлях прямий&lt;br /&gt;</w:t>
        <w:br/>
        <w:t>Мені показує до вишнього чертогу.&lt;br /&gt;</w:t>
        <w:br/>
        <w:t>Та інша мисль одразу б'є тривогу&lt;br /&gt;</w:t>
        <w:br/>
        <w:t>І мовить: "Ти куди тікаєш? Стій,&lt;br /&gt;</w:t>
        <w:br/>
        <w:t>Чого ти перестав вклонятись їй,&lt;br /&gt;</w:t>
        <w:br/>
        <w:t>Ти що, до донни вже забув дорогу?"&lt;br /&gt;</w:t>
        <w:br/>
        <w:t>Ці речі вислуховую я з сумом,&lt;br /&gt;</w:t>
        <w:br/>
        <w:t>Мовчу, як той, кого недобра новина,&lt;br /&gt;</w:t>
        <w:br/>
        <w:t>Принесена раптово, може вбить.&lt;br /&gt;</w:t>
        <w:br/>
        <w:t>І знову побиває думу дума...&lt;br /&gt;</w:t>
        <w:br/>
        <w:t>Не знаю, хто подужає: війна&lt;br /&gt;</w:t>
        <w:br/>
        <w:t>Все точиться, чи ж довго ще — Бог відь!&lt;br /&gt;</w:t>
        <w:br/>
        <w:t>ЬХІХ&lt;br /&gt;</w:t>
        <w:br/>
        <w:t>Поет тікає від кохання і потрапляє&lt;br /&gt;</w:t>
        <w:br/>
        <w:t>до рук його служителів&lt;br /&gt;</w:t>
        <w:br/>
        <w:t>Я знав, Амуре, ти противник втіх,&lt;br /&gt;</w:t>
        <w:br/>
        <w:t>Ніхто тебе у цім не переборе,&lt;br /&gt;</w:t>
        <w:br/>
        <w:t>На підступи і каверзи ти скорий&lt;br /&gt;</w:t>
        <w:br/>
        <w:t>І чіпкість пазурів довів своїх.&lt;br /&gt;</w:t>
        <w:br/>
        <w:t>Тепер мені ясніш по брехнях тих,&lt;br /&gt;</w:t>
        <w:br/>
        <w:t>Коли мені згадались наші спори&lt;br /&gt;</w:t>
        <w:br/>
        <w:t>Між Ельбою й Тосканою у морі&lt;br /&gt;</w:t>
        <w:br/>
        <w:t>Серед валів солоних і крутих.&lt;br /&gt;</w:t>
        <w:br/>
        <w:t>І ось од тебе втік з твоїх обіймів&lt;br /&gt;</w:t>
        <w:br/>
        <w:t>Дорогою крізь шквали й хвилі ці,&lt;br /&gt;</w:t>
        <w:br/>
        <w:t>У пілігрима перебравшись шати.&lt;br /&gt;</w:t>
        <w:br/>
        <w:t>А тут мені услід твої гінці,&lt;br /&gt;</w:t>
        <w:br/>
        <w:t>І чути крики їх: "Куди ти? Стій-но,&lt;br /&gt;</w:t>
        <w:br/>
        <w:t>Від долі, друже, нікуди тікати!"&lt;br /&gt;</w:t>
        <w:br/>
        <w:t>ьхх&lt;br /&gt;</w:t>
        <w:br/>
        <w:t>Канцона&lt;br /&gt;</w:t>
        <w:br/>
        <w:t>Якщо поет, переконавшись&lt;br /&gt;</w:t>
        <w:br/>
        <w:t>у марності своїх благань,&lt;br /&gt;</w:t>
        <w:br/>
        <w:t>не перестає нарікати, то винен&lt;br /&gt;</w:t>
        <w:br/>
        <w:t>він сам, а не зірки чи доля&lt;br /&gt;</w:t>
        <w:br/>
        <w:t>На що мені зосталось уповать,&lt;br /&gt;</w:t>
        <w:br/>
        <w:t>Якщо не раз надії омилили?&lt;br /&gt;</w:t>
        <w:br/>
        <w:t>Нащо, як з мене висотали жили,&lt;br /&gt;</w:t>
        <w:br/>
        <w:t>Здіймати руки — Небо ублагать?&lt;br /&gt;</w:t>
        <w:br/>
        <w:t>Але якщо не стихнуть до могили&lt;br /&gt;</w:t>
        <w:br/>
        <w:t>Ці мої квилі,&lt;br /&gt;</w:t>
        <w:br/>
        <w:t>Молю, Амуре, не перебивать,&lt;br /&gt;</w:t>
        <w:br/>
        <w:t>Якщо скажу, ряст топчучи і трави:&lt;br /&gt;</w:t>
        <w:br/>
        <w:t>"Поки живу, співати маю право".&lt;br /&gt;</w:t>
        <w:br/>
        <w:t>Почавши, маю право я на спів,&lt;br /&gt;</w:t>
        <w:br/>
        <w:t>Бо сміх (таки довгенько я зітхаю!)&lt;br /&gt;</w:t>
        <w:br/>
        <w:t>Журбу не врівноважує безкраю.&lt;br /&gt;</w:t>
        <w:br/>
        <w:t>Аби ж по поданні моїх рядків&lt;br /&gt;</w:t>
        <w:br/>
        <w:t>Небесний зір усмішкою розцвів,&lt;br /&gt;</w:t>
        <w:br/>
        <w:t>Я б по такій напасті&lt;br /&gt;</w:t>
        <w:br/>
        <w:t>Найвище щастя&lt;br /&gt;</w:t>
        <w:br/>
        <w:t>Серед усіх залюблених зажив!&lt;br /&gt;</w:t>
        <w:br/>
        <w:t>До того ж заявити б міг законно:&lt;br /&gt;</w:t>
        <w:br/>
        <w:t>"Співаю на догоду я мадонні".&lt;br /&gt;</w:t>
        <w:br/>
        <w:t>Прекрасні мислі, здатні занести&lt;br /&gt;</w:t>
        <w:br/>
        <w:t>Так високо мої палкі стремління,&lt;br /&gt;</w:t>
        <w:br/>
        <w:t>Дивіться, серце у мадам камінне,&lt;br /&gt;</w:t>
        <w:br/>
        <w:t>Мені самому в нього не ввійти.&lt;br /&gt;</w:t>
        <w:br/>
        <w:t>Із нею в нас розходяться путі&lt;br /&gt;</w:t>
        <w:br/>
        <w:t>І вже не зійдуться ніколи,&lt;br /&gt;</w:t>
        <w:br/>
        <w:t>Так присудила доля,&lt;br /&gt;</w:t>
        <w:br/>
        <w:t>З якою я втомився спір вести.&lt;br /&gt;</w:t>
        <w:br/>
        <w:t>Отож у мене серце запеклося.&lt;br /&gt;</w:t>
        <w:br/>
        <w:t>Не хочу буть плохутою, як досі.&lt;br /&gt;</w:t>
        <w:br/>
        <w:t>Та що це я? де я? хто кулі ллє?&lt;br /&gt;</w:t>
        <w:br/>
        <w:t>Хіба не сам я, не хотіння голе?&lt;br /&gt;</w:t>
        <w:br/>
        <w:t>Хоч обійду усі небесні кола,&lt;br /&gt;</w:t>
        <w:br/>
        <w:t>Планета жодна сліз мені не шле.&lt;br /&gt;</w:t>
        <w:br/>
        <w:t>Якщо мені від тіла зле,&lt;br /&gt;</w:t>
        <w:br/>
        <w:t>Чому винити зорі&lt;br /&gt;</w:t>
        <w:br/>
        <w:t>Чи те, що любе зору?&lt;br /&gt;</w:t>
        <w:br/>
        <w:t>Зі мною винуватець всіх "але"&lt;br /&gt;</w:t>
        <w:br/>
        <w:t>З тих пір, як мені світить дні і ночі&lt;br /&gt;</w:t>
        <w:br/>
        <w:t>Чудове личко і прегарні очі.&lt;br /&gt;</w:t>
        <w:br/>
        <w:t>Від Вседержителевих рук&lt;br /&gt;</w:t>
        <w:br/>
        <w:t>Усе, чим хвален світ одвіку,&lt;br /&gt;</w:t>
        <w:br/>
        <w:t>Та я лиш бачив невелику&lt;br /&gt;</w:t>
        <w:br/>
        <w:t>Красу, яка пиша довкруг.&lt;br /&gt;</w:t>
        <w:br/>
        <w:t>Й коротші були стрічі од розлук&lt;br /&gt;</w:t>
        <w:br/>
        <w:t>З світилом, з нею.&lt;br /&gt;</w:t>
        <w:br/>
        <w:t>Провиною ж моєю&lt;br /&gt;</w:t>
        <w:br/>
        <w:t>Зір, а не день, коли відкрила пруг&lt;br /&gt;</w:t>
        <w:br/>
        <w:t>Небесна ліпота для зору мого&lt;br /&gt;</w:t>
        <w:br/>
        <w:t>Начало мого віку молодого.&lt;br /&gt;</w:t>
        <w:br/>
        <w:t>ЬХХІУ&lt;br /&gt;</w:t>
        <w:br/>
        <w:t>Яким дивом поет знайшов для кохання&lt;br /&gt;</w:t>
        <w:br/>
        <w:t>стільки ходів, думок, рим і слів&lt;br /&gt;</w:t>
        <w:br/>
        <w:t>Я вже знебувся від безплідних дум, —&lt;br /&gt;</w:t>
        <w:br/>
        <w:t>1 все довкола вас думки мої знебулі&lt;br /&gt;</w:t>
        <w:br/>
        <w:t>Про те, як ви мене ще, може, не забули,&lt;br /&gt;</w:t>
        <w:br/>
        <w:t>Якщо всі дні мої оповиває сум.&lt;br /&gt;</w:t>
        <w:br/>
        <w:t>Про те, як я живий ще, як мій ум&lt;br /&gt;</w:t>
        <w:br/>
        <w:t>Все рветься мріями до вас, моя гарнулю,&lt;br /&gt;</w:t>
        <w:br/>
        <w:t>Хоч скільки вже часу безслідно промайнуло,&lt;br /&gt;</w:t>
        <w:br/>
        <w:t>І як у березі дзвенить прибою шум.&lt;br /&gt;</w:t>
        <w:br/>
        <w:t>І як мої не утомились ноги&lt;br /&gt;</w:t>
        <w:br/>
        <w:t>Розшукувать сліди коханих ніг,&lt;br /&gt;</w:t>
        <w:br/>
        <w:t>Блукаючи наосліп без дороги.&lt;br /&gt;</w:t>
        <w:br/>
        <w:t>І як для вас я стільки рим зберіг,&lt;br /&gt;</w:t>
        <w:br/>
        <w:t>Які не приведуть до перемоги,&lt;br /&gt;</w:t>
        <w:br/>
        <w:t>Адже Амур поета переміг.&lt;br /&gt;</w:t>
        <w:br/>
        <w:t>ЬХХУ&lt;br /&gt;</w:t>
        <w:br/>
        <w:t>Лаурині очі&lt;br /&gt;</w:t>
        <w:br/>
        <w:t>Така дотклива міць цього ясного зору,&lt;br /&gt;</w:t>
        <w:br/>
        <w:t>Що рану здатна лиш вона зцілить,&lt;br /&gt;</w:t>
        <w:br/>
        <w:t>Не здужа зілля тут, ні мудрий ворожбит,&lt;br /&gt;</w:t>
        <w:br/>
        <w:t>Ні камінь, що привезений з-за моря.&lt;br /&gt;</w:t>
        <w:br/>
        <w:t>Шукатимеш когось ти ще не скоро,&lt;br /&gt;</w:t>
        <w:br/>
        <w:t>Одній співатимеш пеани кожну мить,&lt;br /&gt;</w:t>
        <w:br/>
        <w:t>Та мисль сама, щоб іншу полюбить,&lt;br /&gt;</w:t>
        <w:br/>
        <w:t>Постане висміхом, а не якимсь докором.&lt;br /&gt;</w:t>
        <w:br/>
        <w:t>Такими вас зробив, прекрасні очі,&lt;br /&gt;</w:t>
        <w:br/>
        <w:t>Мій повелитель і звитяжний пан&lt;br /&gt;</w:t>
        <w:br/>
        <w:t>1 відпускати вже мене не хоче.&lt;br /&gt;</w:t>
        <w:br/>
        <w:t>Я знемагаю від сердечних ран,&lt;br /&gt;</w:t>
        <w:br/>
        <w:t>У грудях полум'я горить уроче, —&lt;br /&gt;</w:t>
        <w:br/>
        <w:t>Навік судивсь мені любовний бран.&lt;br /&gt;</w:t>
        <w:br/>
        <w:t>ЬХХУІ&lt;br /&gt;</w:t>
        <w:br/>
        <w:t>Поетові люба Амурова&lt;br /&gt;</w:t>
        <w:br/>
        <w:t>в 'язниця&lt;br /&gt;</w:t>
        <w:br/>
        <w:t>Амур, мене зумівши спокусити,&lt;br /&gt;</w:t>
        <w:br/>
        <w:t>Завабив у знайому вже тюрму,&lt;br /&gt;</w:t>
        <w:br/>
        <w:t>А ключ віддав тирану моєму,&lt;br /&gt;</w:t>
        <w:br/>
        <w:t>Яка зробила з мене й так баніту.&lt;br /&gt;</w:t>
        <w:br/>
        <w:t>В життя провести задум страховитий&lt;br /&gt;</w:t>
        <w:br/>
        <w:t>Я сам же й посприяв іще йому.&lt;br /&gt;</w:t>
        <w:br/>
        <w:t>Тікати! — та я ніг не підніму,&lt;br /&gt;</w:t>
        <w:br/>
        <w:t>Ожити хочу, й лячно вже ожити.&lt;br /&gt;</w:t>
        <w:br/>
        <w:t>Ось так і брязкаю я ланцюгами,&lt;br /&gt;</w:t>
        <w:br/>
        <w:t>На лобі в мене і в моїх очах&lt;br /&gt;</w:t>
        <w:br/>
        <w:t>Написана душі моєї драма.&lt;br /&gt;</w:t>
        <w:br/>
        <w:t>Побачивши мою незмірну втому,&lt;br /&gt;</w:t>
        <w:br/>
        <w:t>Ти скажеш: "Як з хреста він знятий! Ах,&lt;br /&gt;</w:t>
        <w:br/>
        <w:t>Хоч поминки уже справляй по ньому!"&lt;br /&gt;</w:t>
        <w:br/>
        <w:t>ЬХХУІІ&lt;br /&gt;</w:t>
        <w:br/>
        <w:t>Лаурин портрет&lt;br /&gt;</w:t>
        <w:br/>
        <w:t>Хоч як би там старався Поліклет&lt;br /&gt;</w:t>
        <w:br/>
        <w:t>Та інші малярі — їм не віддати вдало&lt;br /&gt;</w:t>
        <w:br/>
        <w:t>Красу, що так мене причарувала&lt;br /&gt;</w:t>
        <w:br/>
        <w:t>І мої думи поривала в лет.&lt;br /&gt;</w:t>
        <w:br/>
        <w:t>Та мій Сімон зажив світлистий мед&lt;br /&gt;</w:t>
        <w:br/>
        <w:t>Тих райських місць, де діва пробувала,&lt;br /&gt;</w:t>
        <w:br/>
        <w:t>І святобожно длань намалювала,&lt;br /&gt;</w:t>
        <w:br/>
        <w:t>Унесмертельнивши, її портрет.&lt;br /&gt;</w:t>
        <w:br/>
        <w:t>Воістину, на небі, не у нас,&lt;br /&gt;</w:t>
        <w:br/>
        <w:t>Де душу затуляє бренне тіло,&lt;br /&gt;</w:t>
        <w:br/>
        <w:t>Подібний труд постав в урочий час:&lt;br /&gt;</w:t>
        <w:br/>
        <w:t>То вищий дар, то благородне діло!&lt;br /&gt;</w:t>
        <w:br/>
        <w:t>Його вогонь у долах би погас,&lt;br /&gt;</w:t>
        <w:br/>
        <w:t>І очі в персті геть би потьмяніли.&lt;br /&gt;</w:t>
        <w:br/>
        <w:t>ЬХХУПІ&lt;br /&gt;</w:t>
        <w:br/>
        <w:t>Цей самий сюжет&lt;br /&gt;</w:t>
        <w:br/>
        <w:t>Коли, натхненний закликом моїм,&lt;br /&gt;</w:t>
        <w:br/>
        <w:t>Симон задумував своє творіння,&lt;br /&gt;</w:t>
        <w:br/>
        <w:t>Аби ж то він в високім устремлінні&lt;br /&gt;</w:t>
        <w:br/>
        <w:t>Дав голос їй і дух пружкам живим.&lt;br /&gt;</w:t>
        <w:br/>
        <w:t>Я б серце гамував, спинившись перед ним.&lt;br /&gt;</w:t>
        <w:br/>
        <w:t>Що любо всім, від того я не гину,&lt;br /&gt;</w:t>
        <w:br/>
        <w:t>Хоча вона пресвітла в цю годину,&lt;br /&gt;</w:t>
        <w:br/>
        <w:t>І благосна, як Божий херувим.&lt;br /&gt;</w:t>
        <w:br/>
        <w:t>Проте щоразу, тільки б захотів,&lt;br /&gt;</w:t>
        <w:br/>
        <w:t>Я розмовляти йду до неї сміло,&lt;br /&gt;</w:t>
        <w:br/>
        <w:t>Хоч відповіді ти не чуєш, брате.&lt;br /&gt;</w:t>
        <w:br/>
        <w:t>Пігмаліон, той ублагав богів.&lt;br /&gt;</w:t>
        <w:br/>
        <w:t>Бодай би раз мені пораювати,&lt;br /&gt;</w:t>
        <w:br/>
        <w:t>Як перед ликом тішивсь він ожилим.&lt;br /&gt;</w:t>
        <w:br/>
        <w:t>ЬХХІХ&lt;br /&gt;</w:t>
        <w:br/>
        <w:t>У чотирнадцяту річницю&lt;br /&gt;</w:t>
        <w:br/>
        <w:t>поетового кохання&lt;br /&gt;</w:t>
        <w:br/>
        <w:t>Коли початок зійдеться і край&lt;br /&gt;</w:t>
        <w:br/>
        <w:t>Того, що вже пала літ чотирнадцять,&lt;br /&gt;</w:t>
        <w:br/>
        <w:t>Ніхто не полегчить мого нещастя,&lt;br /&gt;</w:t>
        <w:br/>
        <w:t>І не остудить страсті через край.&lt;br /&gt;</w:t>
        <w:br/>
        <w:t>Амуре, хоч зітхнути вільно дай,&lt;br /&gt;</w:t>
        <w:br/>
        <w:t>Для мене мука так за нею гнаться,&lt;br /&gt;</w:t>
        <w:br/>
        <w:t>Я знемощів, нездатний відірваться&lt;br /&gt;</w:t>
        <w:br/>
        <w:t>Від тої, хто для мене рай-не-рай.&lt;br /&gt;</w:t>
        <w:br/>
        <w:t>Тому-то я щодня і знемагаю,&lt;br /&gt;</w:t>
        <w:br/>
        <w:t>Цього стороннє око не помітить,&lt;br /&gt;</w:t>
        <w:br/>
        <w:t>Та не вона, мучителька моя.&lt;br /&gt;</w:t>
        <w:br/>
        <w:t>Ось так допосі докаланив я.&lt;br /&gt;</w:t>
        <w:br/>
        <w:t>Коли кінець — у кого ж я спитаю,&lt;br /&gt;</w:t>
        <w:br/>
        <w:t>Та я вже не житець на цьому світі.&lt;br /&gt;</w:t>
        <w:br/>
        <w:t>ьххх&lt;br /&gt;</w:t>
        <w:br/>
        <w:t>Секстина&lt;br /&gt;</w:t>
        <w:br/>
        <w:t>Хто важився довірить свою долю&lt;br /&gt;</w:t>
        <w:br/>
        <w:t>Підступним хвилям і таємним рифам,&lt;br /&gt;</w:t>
        <w:br/>
        <w:t>Бережений лиш стінками човенця,&lt;br /&gt;</w:t>
        <w:br/>
        <w:t>Тому уже два кроки від конання,&lt;br /&gt;</w:t>
        <w:br/>
        <w:t>І ліпше б повернувся він у гавань,&lt;br /&gt;</w:t>
        <w:br/>
        <w:t>Поки слухняне ще стерну вітрило.&lt;br /&gt;</w:t>
        <w:br/>
        <w:t>Я леготу віддав стерно й вітрило, —&lt;br /&gt;</w:t>
        <w:br/>
        <w:t>А що коли мого кохання долю&lt;br /&gt;</w:t>
        <w:br/>
        <w:t>Спрямує він у благодатну гавань, —&lt;br /&gt;</w:t>
        <w:br/>
        <w:t>А він мене поніс якраз на рифи;&lt;br /&gt;</w:t>
        <w:br/>
        <w:t>І до сумного призведе конання&lt;br /&gt;</w:t>
        <w:br/>
        <w:t>Не буйність хвиль, а мій таки човенець.&lt;br /&gt;</w:t>
        <w:br/>
        <w:t>Давно мене сліпий несе човенець,&lt;br /&gt;</w:t>
        <w:br/>
        <w:t>Уже пропало із очей вітрило,&lt;br /&gt;</w:t>
        <w:br/>
        <w:t>Все ближче мить дочасного конання.&lt;br /&gt;</w:t>
        <w:br/>
        <w:t>Одначе той, в чиїм приполі доля,&lt;br /&gt;</w:t>
        <w:br/>
        <w:t>Устиг остерегти мене про рифи&lt;br /&gt;</w:t>
        <w:br/>
        <w:t>І оддаль показав мені і гавань.&lt;br /&gt;</w:t>
        <w:br/>
        <w:t>Вогні, що кличуть уночі у гавань,&lt;br /&gt;</w:t>
        <w:br/>
        <w:t>Шлях прокладають суднам і човенцям&lt;br /&gt;</w:t>
        <w:br/>
        <w:t>Туди, де бурі не страшні і рифи,&lt;br /&gt;</w:t>
        <w:br/>
        <w:t>Так небо, надимаючи вітрило,&lt;br /&gt;</w:t>
        <w:br/>
        <w:t>Мені відкрило ще й інакшу долю,&lt;br /&gt;</w:t>
        <w:br/>
        <w:t>І я зітхнув: бариться час конання.&lt;br /&gt;</w:t>
        <w:br/>
        <w:t>І не тому, що вірю я в конання,&lt;br /&gt;</w:t>
        <w:br/>
        <w:t>Надіюсь засвітла ввійти у гавань,&lt;br /&gt;</w:t>
        <w:br/>
        <w:t>Чи це не значить в найкоротшу долю&lt;br /&gt;</w:t>
        <w:br/>
        <w:t>Вмістить найдовшу путь? Адже човенець&lt;br /&gt;</w:t>
        <w:br/>
        <w:t>Під вітром, що напнув украй вітрило,&lt;br /&gt;</w:t>
        <w:br/>
        <w:t>Мені на безголов'я, мчить на рифи.&lt;br /&gt;</w:t>
        <w:br/>
        <w:t>Коли врятуюсь я від грізних рифів&lt;br /&gt;</w:t>
        <w:br/>
        <w:t>І в певний час діждусь свого конання, —&lt;br /&gt;</w:t>
        <w:br/>
        <w:t>Як весело я поверну вітрило&lt;br /&gt;</w:t>
        <w:br/>
        <w:t>І кину якір у гостинну гавань.&lt;br /&gt;</w:t>
        <w:br/>
        <w:t>Та я палаю, як сухий човенець,&lt;br /&gt;</w:t>
        <w:br/>
        <w:t>Не в змозі щось змінити в вражій долі!&lt;br /&gt;</w:t>
        <w:br/>
        <w:t>Ти долю звершуєш мого конання.&lt;br /&gt;</w:t>
        <w:br/>
        <w:t>Не віддавай човенця згубним рифам,&lt;br /&gt;</w:t>
        <w:br/>
        <w:t>Нехай жене його вітрило в гавань.&lt;br /&gt;</w:t>
        <w:br/>
        <w:t>ЬХХХІ&lt;br /&gt;</w:t>
        <w:br/>
        <w:t>Поетові хочеться віддати себе&lt;br /&gt;</w:t>
        <w:br/>
        <w:t>до рук Богові&lt;br /&gt;</w:t>
        <w:br/>
        <w:t>Натомлений іздавна нести гніт&lt;br /&gt;</w:t>
        <w:br/>
        <w:t>Провин моїх, дрібної суєти,&lt;br /&gt;</w:t>
        <w:br/>
        <w:t>Боюсь у цій дорозі не дійти,&lt;br /&gt;</w:t>
        <w:br/>
        <w:t>Упавши під навалою всіх бід.&lt;br /&gt;</w:t>
        <w:br/>
        <w:t>Бог появив мені свій дружній вид&lt;br /&gt;</w:t>
        <w:br/>
        <w:t>На знак, що знов готовий помогти.&lt;br /&gt;</w:t>
        <w:br/>
        <w:t>Та скоро зник у вишній висоті,&lt;br /&gt;</w:t>
        <w:br/>
        <w:t>І зір вже перестав за ним зорить.&lt;br /&gt;</w:t>
        <w:br/>
        <w:t>Проте і досі чути його зов:&lt;br /&gt;</w:t>
        <w:br/>
        <w:t>"Ось вірна путь, кому іти несила,&lt;br /&gt;</w:t>
        <w:br/>
        <w:t>Зверніть до мене серце одиноке!"&lt;br /&gt;</w:t>
        <w:br/>
        <w:t>Чиї жаління і чия любов&lt;br /&gt;</w:t>
        <w:br/>
        <w:t>Надасть мені, щоб полетіти, крила,&lt;br /&gt;</w:t>
        <w:br/>
        <w:t>І віднайти, уже деінде, спокій?&lt;br /&gt;</w:t>
        <w:br/>
        <w:t>ЬХХХІІ&lt;br /&gt;</w:t>
        <w:br/>
        <w:t>Якщо Лаура й далі буде такою&lt;br /&gt;</w:t>
        <w:br/>
        <w:t>жорстокою, поет покине її&lt;br /&gt;</w:t>
        <w:br/>
        <w:t>Кохання мого змора не впинила,&lt;br /&gt;</w:t>
        <w:br/>
        <w:t>Хоча живу на світі в самоті,&lt;br /&gt;</w:t>
        <w:br/>
        <w:t>Зморивсь я вічно сльози лити ті&lt;br /&gt;</w:t>
        <w:br/>
        <w:t>І почуватись на душі немило.&lt;br /&gt;</w:t>
        <w:br/>
        <w:t>Хотів би я лягти в гробовець білий,&lt;br /&gt;</w:t>
        <w:br/>
        <w:t>Щоб на могильній вибито плиті&lt;br /&gt;</w:t>
        <w:br/>
        <w:t>Наймення ваше, ці слова круті&lt;br /&gt;</w:t>
        <w:br/>
        <w:t>Про зло, яке мене в цвіту прибило.&lt;br /&gt;</w:t>
        <w:br/>
        <w:t>О, якщо ви побачили одраду&lt;br /&gt;</w:t>
        <w:br/>
        <w:t>Не в муках серця, відданого вам,&lt;br /&gt;</w:t>
        <w:br/>
        <w:t>Тоді благатиму у вас ощади!&lt;br /&gt;</w:t>
        <w:br/>
        <w:t>Коли ж вам треба зовсім інших драм, —&lt;br /&gt;</w:t>
        <w:br/>
        <w:t>Любов моя спричинить з вами зваду,&lt;br /&gt;</w:t>
        <w:br/>
        <w:t>І на поталу я себе не дам.&lt;br /&gt;</w:t>
        <w:br/>
        <w:t>иосхш&lt;br /&gt;</w:t>
        <w:br/>
        <w:t>Поет дивується, чому він так&lt;br /&gt;</w:t>
        <w:br/>
        <w:t>страшиться кохання, випивши&lt;br /&gt;</w:t>
        <w:br/>
        <w:t>через нього добру повну&lt;br /&gt;</w:t>
        <w:br/>
        <w:t>Поки не білі сивиною скроні,&lt;br /&gt;</w:t>
        <w:br/>
        <w:t>Яку підмішує безжальний час,&lt;br /&gt;</w:t>
        <w:br/>
        <w:t>Амура з луком вгледівши, щораз&lt;br /&gt;</w:t>
        <w:br/>
        <w:t>Я почуваюсь зовсім безборонний.&lt;br /&gt;</w:t>
        <w:br/>
        <w:t>Проте хай стріли і летять з розгону,&lt;br /&gt;</w:t>
        <w:br/>
        <w:t>Хай навіть невичерпний їх запас:&lt;br /&gt;</w:t>
        <w:br/>
        <w:t>До серця їм тепер закритий лаз,&lt;br /&gt;</w:t>
        <w:br/>
        <w:t>Узятого уже в міцну обслону.&lt;br /&gt;</w:t>
        <w:br/>
        <w:t>Уже в моїх очах і сліз нема,&lt;br /&gt;</w:t>
        <w:br/>
        <w:t>Хоч ходи їм туди іще відомі&lt;br /&gt;</w:t>
        <w:br/>
        <w:t>1 можна їм ввійти без заборон.&lt;br /&gt;</w:t>
        <w:br/>
        <w:t>Ще, може, груди і зігріє пломінь,&lt;br /&gt;</w:t>
        <w:br/>
        <w:t>Та образ, що панує над всіма,&lt;br /&gt;</w:t>
        <w:br/>
        <w:t>Обурить лиш, та не урве мій сон.&lt;br /&gt;</w:t>
        <w:br/>
        <w:t>ЬХХХІУ&lt;br /&gt;</w:t>
        <w:br/>
        <w:t>Поет розмовляє, звертаючись&lt;br /&gt;</w:t>
        <w:br/>
        <w:t>до своїх очей&lt;br /&gt;</w:t>
        <w:br/>
        <w:t>— О вічі! Вилийте сльозами гріх:&lt;br /&gt;</w:t>
        <w:br/>
        <w:t>Від вас на серці тільки смертна стома.&lt;br /&gt;</w:t>
        <w:br/>
        <w:t>— Ми плачемо, нам туга так знайома,&lt;br /&gt;</w:t>
        <w:br/>
        <w:t>Та винні, ті страждають більш за всіх.&lt;br /&gt;</w:t>
        <w:br/>
        <w:t>— Пустили ви суцігу із суціг,&lt;br /&gt;</w:t>
        <w:br/>
        <w:t>Амура, і розсівсь він, як удома.&lt;br /&gt;</w:t>
        <w:br/>
        <w:t>— Не ми, у нас любов зникома,&lt;br /&gt;</w:t>
        <w:br/>
        <w:t>Сконати гріховода тільки міг.&lt;br /&gt;</w:t>
        <w:br/>
        <w:t>— Покуту! Ось чого від вас ми зичим!&lt;br /&gt;</w:t>
        <w:br/>
        <w:t>Запрагнули бо це видіння любе&lt;br /&gt;</w:t>
        <w:br/>
        <w:t>Ви перші у пориві самохіть.&lt;br /&gt;</w:t>
        <w:br/>
        <w:t>— А звісно: це таки погуба&lt;br /&gt;</w:t>
        <w:br/>
        <w:t>Ставати на суді сім сторонничім,&lt;br /&gt;</w:t>
        <w:br/>
        <w:t>Де можуть нас за іншого судить.&lt;br /&gt;</w:t>
        <w:br/>
        <w:t>ЬХХХУ&lt;br /&gt;</w:t>
        <w:br/>
        <w:t>Знов бачачи свою донну в тому місці&lt;br /&gt;</w:t>
        <w:br/>
        <w:t>і в той час, коли поет закохався&lt;br /&gt;</w:t>
        <w:br/>
        <w:t>Любов, завжди для мене лиш любов.&lt;br /&gt;</w:t>
        <w:br/>
        <w:t>І з кожним днем сильніш любить охота&lt;br /&gt;</w:t>
        <w:br/>
        <w:t>Той край, де сліз ніколи не збороти.&lt;br /&gt;</w:t>
        <w:br/>
        <w:t>Любов одна з моїх міцних основ.&lt;br /&gt;</w:t>
        <w:br/>
        <w:t>І згадую добу я знов і знов,&lt;br /&gt;</w:t>
        <w:br/>
        <w:t>Що врятувала дух мій від марноти,&lt;br /&gt;</w:t>
        <w:br/>
        <w:t>А надто ту, яка сама чеснота,&lt;br /&gt;</w:t>
        <w:br/>
        <w:t>В якій для себе приклад я знайшов.&lt;br /&gt;</w:t>
        <w:br/>
        <w:t>Хто б зміркував, що ворог мій коханий&lt;br /&gt;</w:t>
        <w:br/>
        <w:t>Як друг пробратись до душі зуміє&lt;br /&gt;</w:t>
        <w:br/>
        <w:t>У приступі завзятім та урочім?&lt;br /&gt;</w:t>
        <w:br/>
        <w:t>Якою ти, Любове, стала пані!&lt;br /&gt;</w:t>
        <w:br/>
        <w:t>І, коли б я не фів іще надії,&lt;br /&gt;</w:t>
        <w:br/>
        <w:t>Я б мертвий впав, тоді як жити хочу.&lt;br /&gt;</w:t>
        <w:br/>
        <w:t>ІХХХУІ&lt;br /&gt;</w:t>
        <w:br/>
        <w:t>Поет воліє вмерти щасливим,&lt;br /&gt;</w:t>
        <w:br/>
        <w:t>ніж жити у муках&lt;br /&gt;</w:t>
        <w:br/>
        <w:t>О, ця стрільниця угорі страшна!&lt;br /&gt;</w:t>
        <w:br/>
        <w:t>Амур пускав у мене роєм стріли,&lt;br /&gt;</w:t>
        <w:br/>
        <w:t>Та несмертельні — мимо все летіли:&lt;br /&gt;</w:t>
        <w:br/>
        <w:t>Тому б умерти, хто життя не зна.&lt;br /&gt;</w:t>
        <w:br/>
        <w:t>В'язниця, як колись, оця земна&lt;br /&gt;</w:t>
        <w:br/>
        <w:t>Мій дім, бо я зостався цілий,&lt;br /&gt;</w:t>
        <w:br/>
        <w:t>І, поки дух перебуває в тілі,&lt;br /&gt;</w:t>
        <w:br/>
        <w:t>Моя сердечна мука не мина.&lt;br /&gt;</w:t>
        <w:br/>
        <w:t>Давно збагнуло моє серце бідне,&lt;br /&gt;</w:t>
        <w:br/>
        <w:t>Що часу вже не повернуть назад, —&lt;br /&gt;</w:t>
        <w:br/>
        <w:t>Це досвід мудрий, що не говори.&lt;br /&gt;</w:t>
        <w:br/>
        <w:t>Я намагавсь його усовіщать:&lt;br /&gt;</w:t>
        <w:br/>
        <w:t>"Не думай, що відійде без пори,&lt;br /&gt;</w:t>
        <w:br/>
        <w:t>Хто пережив деньки свої погідні".&lt;br /&gt;</w:t>
        <w:br/>
        <w:t>ЬХХХУІІ&lt;br /&gt;</w:t>
        <w:br/>
        <w:t>Очі поетової донни хочуть,&lt;br /&gt;</w:t>
        <w:br/>
        <w:t>щоб він тільки мучився,&lt;br /&gt;</w:t>
        <w:br/>
        <w:t>а не сконав&lt;br /&gt;</w:t>
        <w:br/>
        <w:t>Як тільки з лука пущена стріла,&lt;br /&gt;</w:t>
        <w:br/>
        <w:t>Кмітливий лучник провістить береться,&lt;br /&gt;</w:t>
        <w:br/>
        <w:t>Улучить він у ціль чи промахнеться&lt;br /&gt;</w:t>
        <w:br/>
        <w:t>1 чи рахуба точною була.&lt;br /&gt;</w:t>
        <w:br/>
        <w:t>Ви, донно, та, хто поглядом стріля,&lt;br /&gt;</w:t>
        <w:br/>
        <w:t>Ви знали, що у мене він уп'ється,&lt;br /&gt;</w:t>
        <w:br/>
        <w:t>Що потім мучитись мені прийдеться&lt;br /&gt;</w:t>
        <w:br/>
        <w:t>І серце слізьми випалить дотла.&lt;br /&gt;</w:t>
        <w:br/>
        <w:t>І, звісно, прорекли тоді мені:&lt;br /&gt;</w:t>
        <w:br/>
        <w:t>"Ну що, зітхальнику, дістали ви у шкуру?&lt;br /&gt;</w:t>
        <w:br/>
        <w:t>Вона смертельна, ця стріла Амура".&lt;br /&gt;</w:t>
        <w:br/>
        <w:t>Тепер гіркі переживаю дні,&lt;br /&gt;</w:t>
        <w:br/>
        <w:t>Ні, не бажали ви мені загину:&lt;br /&gt;</w:t>
        <w:br/>
        <w:t>Живий я ще потрібен ворогині.&lt;br /&gt;</w:t>
        <w:br/>
        <w:t>ЬХХХУІИ&lt;br /&gt;</w:t>
        <w:br/>
        <w:t>Поет радить іншим не тішити&lt;br /&gt;</w:t>
        <w:br/>
        <w:t>себе, як він, любовними надіями&lt;br /&gt;</w:t>
        <w:br/>
        <w:t>Та й забарна вона, моя надія,&lt;br /&gt;</w:t>
        <w:br/>
        <w:t>Тоді як час життя такий малий!&lt;br /&gt;</w:t>
        <w:br/>
        <w:t>Було б раніше гнать, як вітровій,&lt;br /&gt;</w:t>
        <w:br/>
        <w:t>Та ще прудкіше, так, як той не віє.&lt;br /&gt;</w:t>
        <w:br/>
        <w:t>Хоч нині ще біжу, на ногу я кривію&lt;br /&gt;</w:t>
        <w:br/>
        <w:t>І бік рукою підпираю свій.&lt;br /&gt;</w:t>
        <w:br/>
        <w:t>Ух, пронесло. Лиш на лиці маркий&lt;br /&gt;</w:t>
        <w:br/>
        <w:t>Зостався слід страшної веремії.&lt;br /&gt;</w:t>
        <w:br/>
        <w:t>Якщо ти до кохання на шляху,&lt;br /&gt;</w:t>
        <w:br/>
        <w:t>Пораджу я тобі назад вертатись:&lt;br /&gt;</w:t>
        <w:br/>
        <w:t>Жага тобі мучителькою стане.&lt;br /&gt;</w:t>
        <w:br/>
        <w:t>Зуміє з тисячі один урятуватись.&lt;br /&gt;</w:t>
        <w:br/>
        <w:t>Бо й ворогиню ту мою лиху&lt;br /&gt;</w:t>
        <w:br/>
        <w:t>Уразила-таки сердечна рана.&lt;br /&gt;</w:t>
        <w:br/>
        <w:t>ЬХХХІХ&lt;br /&gt;</w:t>
        <w:br/>
        <w:t>Поет не може жити на волі відтоді,&lt;br /&gt;</w:t>
        <w:br/>
        <w:t>як став Амуровим бранцем&lt;br /&gt;</w:t>
        <w:br/>
        <w:t>Щасливо втікши з клятої в'язниці,&lt;br /&gt;</w:t>
        <w:br/>
        <w:t>Де цілий вік мене тримав Амур,&lt;br /&gt;</w:t>
        <w:br/>
        <w:t>Признаюсь, дами, що мені не мур,&lt;br /&gt;</w:t>
        <w:br/>
        <w:t>А вольна воля зовсім не годиться.&lt;br /&gt;</w:t>
        <w:br/>
        <w:t>Казало моє серце: веселиться&lt;br /&gt;</w:t>
        <w:br/>
        <w:t>Одне не зможе, й прошу, що за дур,&lt;br /&gt;</w:t>
        <w:br/>
        <w:t>На мудрого пустий знайшовся балагур,&lt;br /&gt;</w:t>
        <w:br/>
        <w:t>1 в дурні довелось мені пошиться.&lt;br /&gt;</w:t>
        <w:br/>
        <w:t>Зітхаючи віднині за минулим,&lt;br /&gt;</w:t>
        <w:br/>
        <w:t>Я бубоню: "Любіше волокти&lt;br /&gt;</w:t>
        <w:br/>
        <w:t>Кайдани, скрипиці, окови, диби!"&lt;br /&gt;</w:t>
        <w:br/>
        <w:t>Досадно знать, як помилився ти.&lt;br /&gt;</w:t>
        <w:br/>
        <w:t>І, знову ставши в'язнем тим нечулим,&lt;br /&gt;</w:t>
        <w:br/>
        <w:t>Все виправляти неймовірну хибу.&lt;br /&gt;</w:t>
        <w:br/>
        <w:t>ХС&lt;br /&gt;</w:t>
        <w:br/>
        <w:t>Любов живе красою, що її&lt;br /&gt;</w:t>
        <w:br/>
        <w:t>породила&lt;br /&gt;</w:t>
        <w:br/>
        <w:t>Кучериками золотисті жмути&lt;br /&gt;</w:t>
        <w:br/>
        <w:t>Закручував грайливо тиховій.&lt;br /&gt;</w:t>
        <w:br/>
        <w:t>І світ очей сіяв, такий ясний,&lt;br /&gt;</w:t>
        <w:br/>
        <w:t>Який сьогодні втратив злото суте.&lt;br /&gt;</w:t>
        <w:br/>
        <w:t>І твар не строга, хоч і не збагнути,&lt;br /&gt;</w:t>
        <w:br/>
        <w:t>Чи то личина, не бува, на ній.&lt;br /&gt;</w:t>
        <w:br/>
        <w:t>І скинувсь я: як у біді такій&lt;br /&gt;</w:t>
        <w:br/>
        <w:t>Огнем любовним знов не спалахнути?&lt;br /&gt;</w:t>
        <w:br/>
        <w:t>Створіння смертне так ще не ходило,&lt;br /&gt;</w:t>
        <w:br/>
        <w:t>Як рухалась вона, і янгольські слова&lt;br /&gt;</w:t>
        <w:br/>
        <w:t>Лилися, ніби музика незнана.&lt;br /&gt;</w:t>
        <w:br/>
        <w:t>Небесний світлий дух, живе світило&lt;br /&gt;</w:t>
        <w:br/>
        <w:t>Я споглядав... Та не гоїться рана,&lt;br /&gt;</w:t>
        <w:br/>
        <w:t>Коли втрачає силу тятива.&lt;br /&gt;</w:t>
        <w:br/>
        <w:t>ХСІ&lt;br /&gt;</w:t>
        <w:br/>
        <w:t>Братові Ґерардові, який&lt;br /&gt;</w:t>
        <w:br/>
        <w:t>постригся в монахи&lt;br /&gt;</w:t>
        <w:br/>
        <w:t>Вродливиця, укохана тобою,&lt;br /&gt;</w:t>
        <w:br/>
        <w:t>Зненацька геть осиротила нас.&lt;br /&gt;</w:t>
        <w:br/>
        <w:t>Гадаю, в небо путь її прийшлась:&lt;br /&gt;</w:t>
        <w:br/>
        <w:t>Жила, як мишка, тихою такою.&lt;br /&gt;</w:t>
        <w:br/>
        <w:t>Ключі від серця — ті, що під рукою&lt;br /&gt;</w:t>
        <w:br/>
        <w:t>Були у неї, забирати час&lt;br /&gt;</w:t>
        <w:br/>
        <w:t>І йти за нею, це тобі наказ,&lt;br /&gt;</w:t>
        <w:br/>
        <w:t>Хай не обтяжений ти ношею земною.&lt;br /&gt;</w:t>
        <w:br/>
        <w:t>Бо від найтяжчої ти вільний ваготи,&lt;br /&gt;</w:t>
        <w:br/>
        <w:t>А інші всі неважко вже відперти,&lt;br /&gt;</w:t>
        <w:br/>
        <w:t>Як богомольцю на шляху до Бога.&lt;br /&gt;</w:t>
        <w:br/>
        <w:t>Адже стокрот переконався ти:&lt;br /&gt;</w:t>
        <w:br/>
        <w:t>Усе живе поволі йде до смерті,&lt;br /&gt;</w:t>
        <w:br/>
        <w:t>Душі любіш відходить без усього.&lt;br /&gt;</w:t>
        <w:br/>
        <w:t>ХСІІ&lt;br /&gt;</w:t>
        <w:br/>
        <w:t>На смерть Чіна з Пістої&lt;br /&gt;</w:t>
        <w:br/>
        <w:t>Заплачте, донни, і Амур, ридай!&lt;br /&gt;</w:t>
        <w:br/>
        <w:t>Закохані, прийшло його до нього.&lt;br /&gt;</w:t>
        <w:br/>
        <w:t>А він же славив вас усіх від Бога&lt;br /&gt;</w:t>
        <w:br/>
        <w:t>І оспівав любові дивний рай.&lt;br /&gt;</w:t>
        <w:br/>
        <w:t>І ти, мій смутку, сльози не втирай!&lt;br /&gt;</w:t>
        <w:br/>
        <w:t>Сама скорбота стала край порога,&lt;br /&gt;</w:t>
        <w:br/>
        <w:t>Зітхання ллються хай аж до знемоги,&lt;br /&gt;</w:t>
        <w:br/>
        <w:t>Бо серце повне ними через край.&lt;br /&gt;</w:t>
        <w:br/>
        <w:t>Уболіває вірш, уболіває рима.&lt;br /&gt;</w:t>
        <w:br/>
        <w:t>Печалиться наш люд по всіх домах,&lt;br /&gt;</w:t>
        <w:br/>
        <w:t>Оплакуючи смерть месера Чіна.&lt;br /&gt;</w:t>
        <w:br/>
        <w:t>Пістойці вболівають нещадимо,&lt;br /&gt;</w:t>
        <w:br/>
        <w:t>Бо навіть їм гірка його кончина,&lt;br /&gt;</w:t>
        <w:br/>
        <w:t>Зате радіють гостю в небесах.&lt;br /&gt;</w:t>
        <w:br/>
        <w:t>ХСІІІ&lt;br /&gt;</w:t>
        <w:br/>
        <w:t>Поет розповідає про Амурові&lt;br /&gt;</w:t>
        <w:br/>
        <w:t>погрози&lt;br /&gt;</w:t>
        <w:br/>
        <w:t>Не раз Амур мені казав: "Мереж,&lt;br /&gt;</w:t>
        <w:br/>
        <w:t>Мереж, що бачив, в'яззю золотою.&lt;br /&gt;</w:t>
        <w:br/>
        <w:t>Як значу вид я краскою блідою,&lt;br /&gt;</w:t>
        <w:br/>
        <w:t>Дарую горлом і вбиваю теж.&lt;br /&gt;</w:t>
        <w:br/>
        <w:t>Та й ти конав і оживав усе ж,&lt;br /&gt;</w:t>
        <w:br/>
        <w:t>А потім розлучились ми з тобою,&lt;br /&gt;</w:t>
        <w:br/>
        <w:t>Обходив ти мене все стороною,&lt;br /&gt;</w:t>
        <w:br/>
        <w:t>Та я меткий, від мене не втечеш.&lt;br /&gt;</w:t>
        <w:br/>
        <w:t>І якщо зір, в який мені постать&lt;br /&gt;</w:t>
        <w:br/>
        <w:t>Прийшлось тобі, щоб гордощі убить,&lt;br /&gt;</w:t>
        <w:br/>
        <w:t>В які твоя душа була убрана,&lt;br /&gt;</w:t>
        <w:br/>
        <w:t>Верне мій лук, щоб зрушивсь супостат,&lt;br /&gt;</w:t>
        <w:br/>
        <w:t>У нім твій вид розчулить сили стане,&lt;br /&gt;</w:t>
        <w:br/>
        <w:t>Бо я сльозою лиш умію жить".&lt;br /&gt;</w:t>
        <w:br/>
        <w:t>ХСІУ&lt;br /&gt;</w:t>
        <w:br/>
        <w:t>Потрясіння і метаморфоза коханців&lt;br /&gt;</w:t>
        <w:br/>
        <w:t>перед пасією&lt;br /&gt;</w:t>
        <w:br/>
        <w:t>Заледве впущений до серця зором&lt;br /&gt;</w:t>
        <w:br/>
        <w:t>Прекрасний образ, зверхник і властитель,&lt;br /&gt;</w:t>
        <w:br/>
        <w:t>Життєвих сил розгублений блюститель&lt;br /&gt;</w:t>
        <w:br/>
        <w:t>Завжди заскочений зненацька цим напором;&lt;br /&gt;</w:t>
        <w:br/>
        <w:t>Подвоюючи диво це повтором,&lt;br /&gt;</w:t>
        <w:br/>
        <w:t>Вигнанець у противницьку обитель&lt;br /&gt;</w:t>
        <w:br/>
        <w:t>Вдирається, жорстокий відомститель&lt;br /&gt;</w:t>
        <w:br/>
        <w:t>І там загрожує грабунком і розором;&lt;br /&gt;</w:t>
        <w:br/>
        <w:t>Ось так коханці встали, мов з труни,&lt;br /&gt;</w:t>
        <w:br/>
        <w:t>А все тому, що їх життєва сила&lt;br /&gt;</w:t>
        <w:br/>
        <w:t>Обителі свої перемінила,&lt;br /&gt;</w:t>
        <w:br/>
        <w:t>Вчинивши шкоду кожній стороні;&lt;br /&gt;</w:t>
        <w:br/>
        <w:t>Я теж так почуваюсь, як вони,&lt;br /&gt;</w:t>
        <w:br/>
        <w:t>Бо і мене така біда скосила.&lt;br /&gt;</w:t>
        <w:br/>
        <w:t>ХСУ&lt;br /&gt;</w:t>
        <w:br/>
        <w:t>Очі поетової донни пом 'якшали&lt;br /&gt;</w:t>
        <w:br/>
        <w:t>не від кохання, коли читали в його&lt;br /&gt;</w:t>
        <w:br/>
        <w:t>серці&lt;br /&gt;</w:t>
        <w:br/>
        <w:t>Аби зумів замкнуть я в стихотвори&lt;br /&gt;</w:t>
        <w:br/>
        <w:t>Усе, чим моє серце так болить,&lt;br /&gt;</w:t>
        <w:br/>
        <w:t>Я міг би жаль у кожного збудить,&lt;br /&gt;</w:t>
        <w:br/>
        <w:t>Хоч би яким здавався він суворим.&lt;br /&gt;</w:t>
        <w:br/>
        <w:t>Одначе ти, святий прекрасний зоре, —&lt;br /&gt;</w:t>
        <w:br/>
        <w:t>Слабий від тебе і шолом, і щит, —&lt;br /&gt;</w:t>
        <w:br/>
        <w:t>Навіщо змушуєш мене ти сльози лить,&lt;br /&gt;</w:t>
        <w:br/>
        <w:t>Коли наочно бачиш моє горе.&lt;br /&gt;</w:t>
        <w:br/>
        <w:t>Подібний променю, тому, що в шибі&lt;br /&gt;</w:t>
        <w:br/>
        <w:t>Просмикується у доми ранкові,&lt;br /&gt;</w:t>
        <w:br/>
        <w:t>Ти знаєш, чом я лементую нині.&lt;br /&gt;</w:t>
        <w:br/>
        <w:t>Бо віра — ворог мій, і тим сильніш Петрові&lt;br /&gt;</w:t>
        <w:br/>
        <w:t>Завидую в душі і Магдалині.&lt;br /&gt;</w:t>
        <w:br/>
        <w:t>Мене ти розумієш... що ж, спасибі.&lt;br /&gt;</w:t>
        <w:br/>
        <w:t>ХСУІ&lt;br /&gt;</w:t>
        <w:br/>
        <w:t>Безповоротна втрата свободи&lt;br /&gt;</w:t>
        <w:br/>
        <w:t>Зітхати я уже не маю сили,&lt;br /&gt;</w:t>
        <w:br/>
        <w:t>Розтерзаний марнотою надій,&lt;br /&gt;</w:t>
        <w:br/>
        <w:t>Тепер противник я незбутніх мрій,&lt;br /&gt;</w:t>
        <w:br/>
        <w:t>Що так мою свободу підкосили.&lt;br /&gt;</w:t>
        <w:br/>
        <w:t>Та не дає відставки образ милий&lt;br /&gt;</w:t>
        <w:br/>
        <w:t>І вимагає шлях верстати мій,&lt;br /&gt;</w:t>
        <w:br/>
        <w:t>Хай буде він стражденний і крутий, —&lt;br /&gt;</w:t>
        <w:br/>
        <w:t>Тоді уперше я напну всі жили.&lt;br /&gt;</w:t>
        <w:br/>
        <w:t>Коли завада встала на путі,&lt;br /&gt;</w:t>
        <w:br/>
        <w:t>Не треба б слухатись очей своїх:&lt;br /&gt;</w:t>
        <w:br/>
        <w:t>Душі не слід за ними вірно йти.&lt;br /&gt;</w:t>
        <w:br/>
        <w:t>Вона потрапила у бран до них&lt;br /&gt;</w:t>
        <w:br/>
        <w:t>І вже невільна. Це ж бо бачиш ти.&lt;br /&gt;</w:t>
        <w:br/>
        <w:t>Хоча за нею це єдиний гріх.&lt;br /&gt;</w:t>
        <w:br/>
        <w:t>ХСУІІ&lt;br /&gt;</w:t>
        <w:br/>
        <w:t>Цей самий сюжет&lt;br /&gt;</w:t>
        <w:br/>
        <w:t>Свободо, золота моя, кохана,&lt;br /&gt;</w:t>
        <w:br/>
        <w:t>Як я тебе покинув без розмов,&lt;br /&gt;</w:t>
        <w:br/>
        <w:t>Угледів, схаменувшись, що любов —&lt;br /&gt;</w:t>
        <w:br/>
        <w:t>Біда, тяжка невиліковна рана.&lt;br /&gt;</w:t>
        <w:br/>
        <w:t>Для зору те, що грає полум'яно, —-&lt;br /&gt;</w:t>
        <w:br/>
        <w:t>Холодний розум ненадійний схов.&lt;br /&gt;</w:t>
        <w:br/>
        <w:t>В очах краса земна поблякла мов, —&lt;br /&gt;</w:t>
        <w:br/>
        <w:t>Так мучусь я, так серце бідне в'яне.&lt;br /&gt;</w:t>
        <w:br/>
        <w:t>І слухаю того я лиш, хто муки&lt;br /&gt;</w:t>
        <w:br/>
        <w:t>Збагне мої, хто іменем її&lt;br /&gt;</w:t>
        <w:br/>
        <w:t>Наповнить звуками солодкими лазур.&lt;br /&gt;</w:t>
        <w:br/>
        <w:t>До іншої не поверне Амур&lt;br /&gt;</w:t>
        <w:br/>
        <w:t>Стопи мої, ну і, звичайно, руки&lt;br /&gt;</w:t>
        <w:br/>
        <w:t>Тій іншій не пошлють рядки свої.&lt;br /&gt;</w:t>
        <w:br/>
        <w:t>XCV1II&lt;br /&gt;</w:t>
        <w:br/>
        <w:t>Герць. — Орсо, графові&lt;br /&gt;</w:t>
        <w:br/>
        <w:t>Ангілярському&lt;br /&gt;</w:t>
        <w:br/>
        <w:t>Що ж, вашого, мій Орсо, скакуна&lt;br /&gt;</w:t>
        <w:br/>
        <w:t>Тримати, звісно, можна на оброті,&lt;br /&gt;</w:t>
        <w:br/>
        <w:t>Але як дух лицарський побороти,&lt;br /&gt;</w:t>
        <w:br/>
        <w:t>Що рветься в бій і остраху не зна?&lt;br /&gt;</w:t>
        <w:br/>
        <w:t>А скарга, чи потрібна так вона?&lt;br /&gt;</w:t>
        <w:br/>
        <w:t>Ви тут, а він на ратній тій роботі,&lt;br /&gt;</w:t>
        <w:br/>
        <w:t>Хай ви й пробудете без руху доти,&lt;br /&gt;</w:t>
        <w:br/>
        <w:t>Він на чолі, з ним сила чарівна.&lt;br /&gt;</w:t>
        <w:br/>
        <w:t>Пишайтесь тим, що він не для забави&lt;br /&gt;</w:t>
        <w:br/>
        <w:t>На полі честі в справі бойовій,&lt;br /&gt;</w:t>
        <w:br/>
        <w:t>Що її вік, любов і кров дарує,&lt;br /&gt;</w:t>
        <w:br/>
        <w:t>Гукаючи, що рветься він до слави,&lt;br /&gt;</w:t>
        <w:br/>
        <w:t>А пан його, в уяві вже своїй&lt;br /&gt;</w:t>
        <w:br/>
        <w:t>З ним злитий, сам-один горює.&lt;br /&gt;</w:t>
        <w:br/>
        <w:t>ХСІХ&lt;br /&gt;</w:t>
        <w:br/>
        <w:t>Другові, який уникає світської&lt;br /&gt;</w:t>
        <w:br/>
        <w:t>любові&lt;br /&gt;</w:t>
        <w:br/>
        <w:t>Не раз розчарувавшися в омані&lt;br /&gt;</w:t>
        <w:br/>
        <w:t>Всіх наших сподіванок і надій,&lt;br /&gt;</w:t>
        <w:br/>
        <w:t>Переконайтесь в вимозі такій:&lt;br /&gt;</w:t>
        <w:br/>
        <w:t>Звертатися до Бога ненастанно.&lt;br /&gt;</w:t>
        <w:br/>
        <w:t>Земне життя — як майова поляна,&lt;br /&gt;</w:t>
        <w:br/>
        <w:t>Де серед квітів зачаївся змій.&lt;br /&gt;</w:t>
        <w:br/>
        <w:t>Довіришся картині тій благій,&lt;br /&gt;</w:t>
        <w:br/>
        <w:t>Й тобі помститься доля невблаганна.&lt;br /&gt;</w:t>
        <w:br/>
        <w:t>Тож поки смертна не прийшла минута,&lt;br /&gt;</w:t>
        <w:br/>
        <w:t>Збагни, що путь низоти не для нас,&lt;br /&gt;</w:t>
        <w:br/>
        <w:t>Інакше спочиву для серця не здобути.&lt;br /&gt;</w:t>
        <w:br/>
        <w:t>Та, може, запитає хтось нараз:&lt;br /&gt;</w:t>
        <w:br/>
        <w:t>"Яка ж це путь? Кумедно чути!&lt;br /&gt;</w:t>
        <w:br/>
        <w:t>Зовеш туди, де сам захряс".&lt;br /&gt;</w:t>
        <w:br/>
        <w:t>С&lt;br /&gt;</w:t>
        <w:br/>
        <w:t>Любовні спогади&lt;br /&gt;</w:t>
        <w:br/>
        <w:t>Віконце, де пала одне світило&lt;br /&gt;</w:t>
        <w:br/>
        <w:t>Із примхи, інше — злинувши в зеніт;&lt;br /&gt;</w:t>
        <w:br/>
        <w:t>Віконниця, в якій вночі свистить&lt;br /&gt;</w:t>
        <w:br/>
        <w:t>Борей на всю свою студену силу.&lt;br /&gt;</w:t>
        <w:br/>
        <w:t>І скеля, звідки влітку так любила&lt;br /&gt;</w:t>
        <w:br/>
        <w:t>Моя мадонна, сидячи, глядіть,&lt;br /&gt;</w:t>
        <w:br/>
        <w:t>Місця, де найніжніша із харит&lt;br /&gt;</w:t>
        <w:br/>
        <w:t>Ступала, тінь кидаючи, премило.&lt;br /&gt;</w:t>
        <w:br/>
        <w:t>І стежка, де зустрівся я з Любов'ю,&lt;br /&gt;</w:t>
        <w:br/>
        <w:t>Той день, що все нагадує мені,&lt;br /&gt;</w:t>
        <w:br/>
        <w:t>Яку страшну уразу він приніс;&lt;br /&gt;</w:t>
        <w:br/>
        <w:t>І лик, назнаменований вже кров'ю&lt;br /&gt;</w:t>
        <w:br/>
        <w:t>Навіки у сердечній глибині, —&lt;br /&gt;</w:t>
        <w:br/>
        <w:t>Мене доводять повсякчас до сліз.&lt;br /&gt;</w:t>
        <w:br/>
        <w:t>СІ&lt;br /&gt;</w:t>
        <w:br/>
        <w:t>Поет бачить свої заблуди і не може&lt;br /&gt;</w:t>
        <w:br/>
        <w:t>піти геть&lt;br /&gt;</w:t>
        <w:br/>
        <w:t>Овва, ми всі переступаєм грань,&lt;br /&gt;</w:t>
        <w:br/>
        <w:t>Яка чекає по життєвій зморі.&lt;br /&gt;</w:t>
        <w:br/>
        <w:t>І світ нас забуває дуже скоро,&lt;br /&gt;</w:t>
        <w:br/>
        <w:t>Хоч ти блаженним чи щасливим стань.&lt;br /&gt;</w:t>
        <w:br/>
        <w:t>Ще трошечки, — і час для розставань,&lt;br /&gt;</w:t>
        <w:br/>
        <w:t>Однак, удовжуючи випробу сувору,&lt;br /&gt;</w:t>
        <w:br/>
        <w:t>Амур і досі держить нас у шорах,&lt;br /&gt;</w:t>
        <w:br/>
        <w:t>Бо править у очей звичайну дань.&lt;br /&gt;</w:t>
        <w:br/>
        <w:t>Я бачу добре, що літа, як миті,&lt;br /&gt;</w:t>
        <w:br/>
        <w:t>А сила чарів може дати мало&lt;br /&gt;</w:t>
        <w:br/>
        <w:t>Мені потрібної на це підпори.&lt;br /&gt;</w:t>
        <w:br/>
        <w:t>Ось два уже минуло семиліття,&lt;br /&gt;</w:t>
        <w:br/>
        <w:t>Як розум і чуття на битву стали:&lt;br /&gt;</w:t>
        <w:br/>
        <w:t>Хто кращий, той і візьме гору.&lt;br /&gt;</w:t>
        <w:br/>
        <w:t>СІІ&lt;br /&gt;</w:t>
        <w:br/>
        <w:t>Не можна судити, що в тебе&lt;br /&gt;</w:t>
        <w:br/>
        <w:t>на серці, з обличчя&lt;br /&gt;</w:t>
        <w:br/>
        <w:t>Коли в Єгипті цар звелів послать&lt;br /&gt;</w:t>
        <w:br/>
        <w:t>В дар Цезареві голову Помпея,&lt;br /&gt;</w:t>
        <w:br/>
        <w:t>Той сльози лив удавано над нею,&lt;br /&gt;</w:t>
        <w:br/>
        <w:t>А сам, як свідчить хроніка, був рад.&lt;br /&gt;</w:t>
        <w:br/>
        <w:t>І Ганнібал, імперський потентат,&lt;br /&gt;</w:t>
        <w:br/>
        <w:t>Передчуваючи, що лишиться без неї,&lt;br /&gt;</w:t>
        <w:br/>
        <w:t>Ошукував веселістю своєю,&lt;br /&gt;</w:t>
        <w:br/>
        <w:t>Щоб картагенцям тайни не узнать.&lt;br /&gt;</w:t>
        <w:br/>
        <w:t>Так учинити кожен має право:&lt;br /&gt;</w:t>
        <w:br/>
        <w:t>Щоб скрити почуття свої лукаві,&lt;br /&gt;</w:t>
        <w:br/>
        <w:t>Прибрати хмуру чи веселу міну.&lt;br /&gt;</w:t>
        <w:br/>
        <w:t>Коли лунають вірші величаві&lt;br /&gt;</w:t>
        <w:br/>
        <w:t>У мене, то це значить неодмінно,&lt;br /&gt;</w:t>
        <w:br/>
        <w:t>Що я бажаю лиш уникнуть слави.&lt;br /&gt;</w:t>
        <w:br/>
        <w:t>СІП&lt;br /&gt;</w:t>
        <w:br/>
        <w:t>До Стефана Колонки з порадою&lt;br /&gt;</w:t>
        <w:br/>
        <w:t>розправитися з Орсіні&lt;br /&gt;</w:t>
        <w:br/>
        <w:t>Наш Ганнібал орудував не влад:&lt;br /&gt;</w:t>
        <w:br/>
        <w:t>Узявши гору, не добив вражину.&lt;br /&gt;</w:t>
        <w:br/>
        <w:t>Отож, мій пане, дійте без упину,&lt;br /&gt;</w:t>
        <w:br/>
        <w:t>Добутий меч не треба опускать.&lt;br /&gt;</w:t>
        <w:br/>
        <w:t>Ведмедиця, позбувшись ведмежат,&lt;br /&gt;</w:t>
        <w:br/>
        <w:t>На попасу на майській полонині,&lt;br /&gt;</w:t>
        <w:br/>
        <w:t>Вищирюючи зуби у ревінні,&lt;br /&gt;</w:t>
        <w:br/>
        <w:t>Готова кровопімством відомщать.&lt;br /&gt;</w:t>
        <w:br/>
        <w:t>Щоб не штрикали в серце вам віднині,&lt;br /&gt;</w:t>
        <w:br/>
        <w:t>Держіть завжди напоготові зброю&lt;br /&gt;</w:t>
        <w:br/>
        <w:t>І кваптеся туди, куди зове&lt;br /&gt;</w:t>
        <w:br/>
        <w:t>Щаслива доля воїна-героя,&lt;br /&gt;</w:t>
        <w:br/>
        <w:t>І через сотні років по кончині&lt;br /&gt;</w:t>
        <w:br/>
        <w:t>У світі ваша слава оживе.&lt;br /&gt;</w:t>
        <w:br/>
        <w:t>CIV&lt;br /&gt;</w:t>
        <w:br/>
        <w:t>Пандольфові Малацесті,&lt;br /&gt;</w:t>
        <w:br/>
        <w:t>сеньйорові Ріміні&lt;br /&gt;</w:t>
        <w:br/>
        <w:t>Пандольфе, вже у молодості ранній,&lt;br /&gt;</w:t>
        <w:br/>
        <w:t>Коли любовна гра розпочалась,&lt;br /&gt;</w:t>
        <w:br/>
        <w:t>Хіба лише ледачий серед нас&lt;br /&gt;</w:t>
        <w:br/>
        <w:t>Не сподівався вашого буяння.&lt;br /&gt;</w:t>
        <w:br/>
        <w:t>Бо серце підказало не останній&lt;br /&gt;</w:t>
        <w:br/>
        <w:t>Мені ярмис, аби уславить вас,&lt;br /&gt;</w:t>
        <w:br/>
        <w:t>Граніт і фарбу роз'їдає час,&lt;br /&gt;</w:t>
        <w:br/>
        <w:t>Та не здолать йому мого писання.&lt;br /&gt;</w:t>
        <w:br/>
        <w:t>Хто Цезаря увічнив і Павла,&lt;br /&gt;</w:t>
        <w:br/>
        <w:t>Марцелла й Африканця Сципіона?&lt;br /&gt;</w:t>
        <w:br/>
        <w:t>Чому їх слава й досі не пройшла?&lt;br /&gt;</w:t>
        <w:br/>
        <w:t>Хіба тримає їх узніжжя чи колона?&lt;br /&gt;</w:t>
        <w:br/>
        <w:t>У цього ремесла творіння бренне,&lt;br /&gt;</w:t>
        <w:br/>
        <w:t>А вічне те перо, що є у мене.&lt;br /&gt;</w:t>
        <w:br/>
        <w:t>CVI&lt;br /&gt;</w:t>
        <w:br/>
        <w:t>Мадригал&lt;br /&gt;</w:t>
        <w:br/>
        <w:t>Нова краса в подобі янголиній&lt;br /&gt;</w:t>
        <w:br/>
        <w:t>Спустилась біля річки випадково,&lt;br /&gt;</w:t>
        <w:br/>
        <w:t>Де я знічев'я саме простував.&lt;br /&gt;</w:t>
        <w:br/>
        <w:t>Побачивши, що я, мов сиротина,&lt;br /&gt;</w:t>
        <w:br/>
        <w:t>Один, вона сплела шовкові&lt;br /&gt;</w:t>
        <w:br/>
        <w:t>Тенета і сховала серед трав.&lt;br /&gt;</w:t>
        <w:br/>
        <w:t>Так я попавсь. Та скаржиться не хочу,&lt;br /&gt;</w:t>
        <w:br/>
        <w:t>Таке струмили сяйво її очі.&lt;br /&gt;</w:t>
        <w:br/>
        <w:t>СУП&lt;br /&gt;</w:t>
        <w:br/>
        <w:t>П'ятнадцять років не можуть&lt;br /&gt;</w:t>
        <w:br/>
        <w:t>розбити влади, яку мають&lt;br /&gt;</w:t>
        <w:br/>
        <w:t>над поетом очі його донни&lt;br /&gt;</w:t>
        <w:br/>
        <w:t>Не бачу, як цьому покласти край:&lt;br /&gt;</w:t>
        <w:br/>
        <w:t>Зі мною ворогують гожі очі,&lt;br /&gt;</w:t>
        <w:br/>
        <w:t>Щоб знати, як вони мене морочать,&lt;br /&gt;</w:t>
        <w:br/>
        <w:t>Про це у мого серця запитай.&lt;br /&gt;</w:t>
        <w:br/>
        <w:t>П'ятнадцять років ось уже, вважай,&lt;br /&gt;</w:t>
        <w:br/>
        <w:t>Зоріє їхнє сяєво уроче&lt;br /&gt;</w:t>
        <w:br/>
        <w:t>І променями засліпити хоче&lt;br /&gt;</w:t>
        <w:br/>
        <w:t>Мене сильніш, ніж у весни розмай.&lt;br /&gt;</w:t>
        <w:br/>
        <w:t>Переді мною скрізь горять промінні,&lt;br /&gt;</w:t>
        <w:br/>
        <w:t>Аж сліплячи, такої вони сили —&lt;br /&gt;</w:t>
        <w:br/>
        <w:t>Чи ці, чи, може, інші паруси.&lt;br /&gt;</w:t>
        <w:br/>
        <w:t>Гущавиною розрослась лаврина,&lt;br /&gt;</w:t>
        <w:br/>
        <w:t>І я бреду, сліди згубивши всі,&lt;br /&gt;</w:t>
        <w:br/>
        <w:t>Туди, куди Амур веде уміло.&lt;br /&gt;</w:t>
        <w:br/>
        <w:t>СУПІ&lt;br /&gt;</w:t>
        <w:br/>
        <w:t>Порятунок&lt;br /&gt;</w:t>
        <w:br/>
        <w:t>Щасливе місце, де недавно лиш&lt;br /&gt;</w:t>
        <w:br/>
        <w:t>Стопи моє кохання зупинило&lt;br /&gt;</w:t>
        <w:br/>
        <w:t>І зори на мені його спочили,&lt;br /&gt;</w:t>
        <w:br/>
        <w:t>Ясніючи ясного дня ясніш&lt;br /&gt;</w:t>
        <w:br/>
        <w:t>(Алмаз подасться від часу скоріш,&lt;br /&gt;</w:t>
        <w:br/>
        <w:t>Ніж я забуду, як було це мило:&lt;br /&gt;</w:t>
        <w:br/>
        <w:t>І стерти з пам'яті уже несила,&lt;br /&gt;</w:t>
        <w:br/>
        <w:t>Яку відчув я благодать і тиш).&lt;br /&gt;</w:t>
        <w:br/>
        <w:t>Якщо я теж піду тропою цею,&lt;br /&gt;</w:t>
        <w:br/>
        <w:t>Схилюся низько, щоб шукати слід&lt;br /&gt;</w:t>
        <w:br/>
        <w:t>Тієї ніжки, що ступала тут.&lt;br /&gt;</w:t>
        <w:br/>
        <w:t>Коли в Амура доблесть ще не спить,&lt;br /&gt;</w:t>
        <w:br/>
        <w:t>Сеннуччо, попроси при стрічі з нею&lt;br /&gt;</w:t>
        <w:br/>
        <w:t>Хоч просльозитись чи разок зітхнуть.&lt;br /&gt;</w:t>
        <w:br/>
        <w:t>СІХ&lt;br /&gt;</w:t>
        <w:br/>
        <w:t>На цю ж саму тему&lt;br /&gt;</w:t>
        <w:br/>
        <w:t>Натомлений жагою, вкотре лину —&lt;br /&gt;</w:t>
        <w:br/>
        <w:t>Чи в небі сонце, чи зірки, туди,&lt;br /&gt;</w:t>
        <w:br/>
        <w:t>Куди мене Амур зове завжди,&lt;br /&gt;</w:t>
        <w:br/>
        <w:t>Укинувши у серце цю огнину.&lt;br /&gt;</w:t>
        <w:br/>
        <w:t>Затоплений у думу соколину&lt;br /&gt;</w:t>
        <w:br/>
        <w:t>Про неї, про її палкі плоди,&lt;br /&gt;</w:t>
        <w:br/>
        <w:t>Звільняюсь я від всякої нужди,&lt;br /&gt;</w:t>
        <w:br/>
        <w:t>Утихомирений у цю годину.&lt;br /&gt;</w:t>
        <w:br/>
        <w:t>Уранці, ввечері, удень, з півночі&lt;br /&gt;</w:t>
        <w:br/>
        <w:t>Солодкий голос щось мені шепоче,&lt;br /&gt;</w:t>
        <w:br/>
        <w:t>Якого іншому не розпізнать.&lt;br /&gt;</w:t>
        <w:br/>
        <w:t>Від нього чимось райським ніби віє,&lt;br /&gt;</w:t>
        <w:br/>
        <w:t>Покріплюючи у мені надію,&lt;br /&gt;</w:t>
        <w:br/>
        <w:t>Впускаючи у душу благодать.&lt;br /&gt;</w:t>
        <w:br/>
        <w:t>СХ&lt;br /&gt;</w:t>
        <w:br/>
        <w:t>Той самий сюжет&lt;br /&gt;</w:t>
        <w:br/>
        <w:t>Я знов ішов, куди гонитель мій&lt;br /&gt;</w:t>
        <w:br/>
        <w:t>Щодня мене примушував чвалати,&lt;br /&gt;</w:t>
        <w:br/>
        <w:t>Щоб стати там, закутому у лати,&lt;br /&gt;</w:t>
        <w:br/>
        <w:t>Й нікого не пускати на постій.&lt;br /&gt;</w:t>
        <w:br/>
        <w:t>Я озирався, коли це, як стій,&lt;br /&gt;</w:t>
        <w:br/>
        <w:t>Почавши мені сонце заступати,&lt;br /&gt;</w:t>
        <w:br/>
        <w:t>Постала тінь, — не міг я хиби дати, —&lt;br /&gt;</w:t>
        <w:br/>
        <w:t>Якій витати в вишині святій.&lt;br /&gt;</w:t>
        <w:br/>
        <w:t>Та тільки я спитав: "Чому цей страх?"&lt;br /&gt;</w:t>
        <w:br/>
        <w:t>І голову почав підводить сміло,&lt;br /&gt;</w:t>
        <w:br/>
        <w:t>Аж це мене проміння спопелило&lt;br /&gt;</w:t>
        <w:br/>
        <w:t>Вогню, що в гарних спалахнув очах.&lt;br /&gt;</w:t>
        <w:br/>
        <w:t>До того ж оглушив мене ще й грім&lt;br /&gt;</w:t>
        <w:br/>
        <w:t>І кілька слів привітних разом з ним.&lt;br /&gt;</w:t>
        <w:br/>
        <w:t>СХІ&lt;br /&gt;</w:t>
        <w:br/>
        <w:t>Інший порятунок поетової донни&lt;br /&gt;</w:t>
        <w:br/>
        <w:t>Та, що в очах несе моє життя&lt;br /&gt;</w:t>
        <w:br/>
        <w:t>І що мені виймає душу з тіла,&lt;br /&gt;</w:t>
        <w:br/>
        <w:t>З'явилась, і в пошані осмутніло&lt;br /&gt;</w:t>
        <w:br/>
        <w:t>Схилив бліде чоло з уклоном я.&lt;br /&gt;</w:t>
        <w:br/>
        <w:t>Помітивши, що я мов манія,&lt;br /&gt;</w:t>
        <w:br/>
        <w:t>Вона раптово вся аж заясніла&lt;br /&gt;</w:t>
        <w:br/>
        <w:t>Так лагідно, що зором би згасила&lt;br /&gt;</w:t>
        <w:br/>
        <w:t>Найбільше пересердя Гримія.&lt;br /&gt;</w:t>
        <w:br/>
        <w:t>Вона сказала щось, пройшовши мимо,&lt;br /&gt;</w:t>
        <w:br/>
        <w:t>В нестямі я не чув, переді мною&lt;br /&gt;</w:t>
        <w:br/>
        <w:t>Горіли милі очі невгасимо.&lt;br /&gt;</w:t>
        <w:br/>
        <w:t>Снувалися якісь думки юрбою,&lt;br /&gt;</w:t>
        <w:br/>
        <w:t>Я відчував — душа моя в роздорі,&lt;br /&gt;</w:t>
        <w:br/>
        <w:t>Проте вже відійшли і біль, і горе.&lt;br /&gt;</w:t>
        <w:br/>
        <w:t>CXI I&lt;br /&gt;</w:t>
        <w:br/>
        <w:t>Сеннуччові дель Бене&lt;br /&gt;</w:t>
        <w:br/>
        <w:t>Сеннуччо, хочеш, я тобі скажу,&lt;br /&gt;</w:t>
        <w:br/>
        <w:t>Якою я живу тепер бідою,&lt;br /&gt;</w:t>
        <w:br/>
        <w:t>Так відай же, товаришу, — все тою,&lt;br /&gt;</w:t>
        <w:br/>
        <w:t>її одну на мислі я держу.&lt;br /&gt;</w:t>
        <w:br/>
        <w:t>Раз рідну її бачу, раз чужу,&lt;br /&gt;</w:t>
        <w:br/>
        <w:t>То чуйною вона, то крижаною,&lt;br /&gt;</w:t>
        <w:br/>
        <w:t>То лагідна, то знов лиха зі мною,&lt;br /&gt;</w:t>
        <w:br/>
        <w:t>Допустить, потім покладе межу.&lt;br /&gt;</w:t>
        <w:br/>
        <w:t>Тут заспівала, тут вона сиділа,&lt;br /&gt;</w:t>
        <w:br/>
        <w:t>Тут обернулась, глянула ув очі,&lt;br /&gt;</w:t>
        <w:br/>
        <w:t>Тут викликала стільки в серці бур.&lt;br /&gt;</w:t>
        <w:br/>
        <w:t>Тут заклопотана, а тут премила...&lt;br /&gt;</w:t>
        <w:br/>
        <w:t>Я повен нею — бо всі дні і ночі&lt;br /&gt;</w:t>
        <w:br/>
        <w:t>Повеліває мною пан Амур.&lt;br /&gt;</w:t>
        <w:br/>
        <w:t>СХШ&lt;br /&gt;</w:t>
        <w:br/>
        <w:t>Йому ж таки&lt;br /&gt;</w:t>
        <w:br/>
        <w:t>Без тебе тут я тільки половина,&lt;br /&gt;</w:t>
        <w:br/>
        <w:t>Бо друга, друже мій Сеннуччо, — ти.&lt;br /&gt;</w:t>
        <w:br/>
        <w:t>Я втік сюди од вітру і сльоти,&lt;br /&gt;</w:t>
        <w:br/>
        <w:t>Шукаючи хорошої години.&lt;br /&gt;</w:t>
        <w:br/>
        <w:t>Отож я тут, і знай, тому причина&lt;br /&gt;</w:t>
        <w:br/>
        <w:t>Не блискавка, не грім із висоти,&lt;br /&gt;</w:t>
        <w:br/>
        <w:t>Ні, я спокійний, я доп'явсь мети,&lt;br /&gt;</w:t>
        <w:br/>
        <w:t>І серце ще гаряче мов жарина.&lt;br /&gt;</w:t>
        <w:br/>
        <w:t>Побачив я гостинну оболонь —&lt;br /&gt;</w:t>
        <w:br/>
        <w:t>Повітря свіже, перла на листках,&lt;br /&gt;</w:t>
        <w:br/>
        <w:t>Очистилися небеса урочі.&lt;br /&gt;</w:t>
        <w:br/>
        <w:t>Амур у серці запалив вогонь&lt;br /&gt;</w:t>
        <w:br/>
        <w:t>І позосталий погасив там страх.&lt;br /&gt;</w:t>
        <w:br/>
        <w:t>Ось тільки б це узріли її очі.&lt;br /&gt;</w:t>
        <w:br/>
        <w:t>СХІУ&lt;br /&gt;</w:t>
        <w:br/>
        <w:t>Локидаючи Авіньйон&lt;br /&gt;</w:t>
        <w:br/>
        <w:t>Цей Вавилон лишивши нечестивий,&lt;br /&gt;</w:t>
        <w:br/>
        <w:t>Столицю мерзощів, заплилу в скверну сить,&lt;br /&gt;</w:t>
        <w:br/>
        <w:t>Подавсь я від гріха подалі в світ,&lt;br /&gt;</w:t>
        <w:br/>
        <w:t>Щоб жить, допоки не зроблюся сивий.&lt;br /&gt;</w:t>
        <w:br/>
        <w:t>Любові не чужі мені пориви,&lt;br /&gt;</w:t>
        <w:br/>
        <w:t>Римую, у полях збираю цвіт,&lt;br /&gt;</w:t>
        <w:br/>
        <w:t>До себе говорю, — думок тих не злічить, —&lt;br /&gt;</w:t>
        <w:br/>
        <w:t>І кращих днів чекаю неквапливо.&lt;br /&gt;</w:t>
        <w:br/>
        <w:t>Дарма, чи я багатий, чи убогий,&lt;br /&gt;</w:t>
        <w:br/>
        <w:t>Я не турбуюсь долею моєю,&lt;br /&gt;</w:t>
        <w:br/>
        <w:t>Сердечний і сонцевий жар зачах.&lt;br /&gt;</w:t>
        <w:br/>
        <w:t>Аби лиш двох побачить мав я змогу:&lt;br /&gt;</w:t>
        <w:br/>
        <w:t>Одну — не з так суворою душею,&lt;br /&gt;</w:t>
        <w:br/>
        <w:t>А другого — твердого на ногах.&lt;br /&gt;</w:t>
        <w:br/>
        <w:t>СХУ&lt;br /&gt;</w:t>
        <w:br/>
        <w:t>Про погляд поетової донни&lt;br /&gt;</w:t>
        <w:br/>
        <w:t>Така прекрасна й осяйна, мов диво,&lt;br /&gt;</w:t>
        <w:br/>
        <w:t>Між двох коханців діва йшла, й при ній&lt;br /&gt;</w:t>
        <w:br/>
        <w:t>Був той, хто на землі і в небі чародій,&lt;br /&gt;</w:t>
        <w:br/>
        <w:t>1 справа я, а сонце йшло ізліва.&lt;br /&gt;</w:t>
        <w:br/>
        <w:t>Тут, одвернувшись від дружка спесиво,&lt;br /&gt;</w:t>
        <w:br/>
        <w:t>Звела на мене зір веселий свій.&lt;br /&gt;</w:t>
        <w:br/>
        <w:t>Мені було б хоч щось сказати їй,&lt;br /&gt;</w:t>
        <w:br/>
        <w:t>Аби до мене мала ласку діва.&lt;br /&gt;</w:t>
        <w:br/>
        <w:t>Я ревнував її до Аполлона,&lt;br /&gt;</w:t>
        <w:br/>
        <w:t>Та ревність миттю радістю змінилась,&lt;br /&gt;</w:t>
        <w:br/>
        <w:t>Як мій суперник став ні в сих ні в тих.&lt;br /&gt;</w:t>
        <w:br/>
        <w:t>Раптово з неба хмара опустилась&lt;br /&gt;</w:t>
        <w:br/>
        <w:t>І заховала вид його червоний,&lt;br /&gt;</w:t>
        <w:br/>
        <w:t>А з ним патьоки сліз таких рясних.&lt;br /&gt;</w:t>
        <w:br/>
        <w:t>СХУІ&lt;br /&gt;</w:t>
        <w:br/>
        <w:t>Поет бачить лише кохану&lt;br /&gt;</w:t>
        <w:br/>
        <w:t>Пригадую, яка мене нудна&lt;br /&gt;</w:t>
        <w:br/>
        <w:t>Млість охопила від тієї миті,&lt;br /&gt;</w:t>
        <w:br/>
        <w:t>Коли б волів я очі ввік склепити,&lt;br /&gt;</w:t>
        <w:br/>
        <w:t>Щоб кращої не бачить, ніж вона.&lt;br /&gt;</w:t>
        <w:br/>
        <w:t>Такий клейнод — хіба не дивина.&lt;br /&gt;</w:t>
        <w:br/>
        <w:t>Тепер прийдеться вже без неї жити,&lt;br /&gt;</w:t>
        <w:br/>
        <w:t>Не бачить світ, її красою вмитий,&lt;br /&gt;</w:t>
        <w:br/>
        <w:t>І все, що рідне, стане чужина.&lt;br /&gt;</w:t>
        <w:br/>
        <w:t>У цю забуту усіма тіснину,&lt;br /&gt;</w:t>
        <w:br/>
        <w:t>Де буду я смутний і невеселий,&lt;br /&gt;</w:t>
        <w:br/>
        <w:t>Удвох з Амуром повернувся я.&lt;br /&gt;</w:t>
        <w:br/>
        <w:t>Дівчат нема тут, лиш потічки й скелі,&lt;br /&gt;</w:t>
        <w:br/>
        <w:t>Куди я оч замислено не скину,&lt;br /&gt;</w:t>
        <w:br/>
        <w:t>Переді мною ти, любов моя.&lt;br /&gt;</w:t>
        <w:br/>
        <w:t>СХУІІ&lt;br /&gt;</w:t>
        <w:br/>
        <w:t>Стрімчак Воклюза&lt;br /&gt;</w:t>
        <w:br/>
        <w:t>Аби скала, що сторожить тіснину,&lt;br /&gt;</w:t>
        <w:br/>
        <w:t>Від чого та і назвище здобула,&lt;br /&gt;</w:t>
        <w:br/>
        <w:t>За примхою природи повернула&lt;br /&gt;</w:t>
        <w:br/>
        <w:t>На Рим лице, до Вавилону спину, —&lt;br /&gt;</w:t>
        <w:br/>
        <w:t>Тоді б мої зітхання без упину&lt;br /&gt;</w:t>
        <w:br/>
        <w:t>Попри усі сподіванки знебулі&lt;br /&gt;</w:t>
        <w:br/>
        <w:t>Летіли б схилом, там би їх почула&lt;br /&gt;</w:t>
        <w:br/>
        <w:t>Та, до якої я душею лину.&lt;br /&gt;</w:t>
        <w:br/>
        <w:t>А там до них, гадаю я, зичливі,&lt;br /&gt;</w:t>
        <w:br/>
        <w:t>Бо ні одне назад не прилітає,&lt;br /&gt;</w:t>
        <w:br/>
        <w:t>їм так утішно біля свого бога.&lt;br /&gt;</w:t>
        <w:br/>
        <w:t>Від оч весь біль, і зі світанком сивим,&lt;br /&gt;</w:t>
        <w:br/>
        <w:t>Все побиваючись за милим краєм,&lt;br /&gt;</w:t>
        <w:br/>
        <w:t>Шлють мені сльози, а ногам знемогу.&lt;br /&gt;</w:t>
        <w:br/>
        <w:t>СХУІІІ&lt;br /&gt;</w:t>
        <w:br/>
        <w:t>У шістнадцяту річницю&lt;br /&gt;</w:t>
        <w:br/>
        <w:t>поетового кохання&lt;br /&gt;</w:t>
        <w:br/>
        <w:t>Ось уже збігло аж шістнадцять літ,&lt;br /&gt;</w:t>
        <w:br/>
        <w:t>Як я зітхаю. Жить лишилось мало.&lt;br /&gt;</w:t>
        <w:br/>
        <w:t>І мариться — мені ще гірше стало,&lt;br /&gt;</w:t>
        <w:br/>
        <w:t>Так остогид для мене білий світ.&lt;br /&gt;</w:t>
        <w:br/>
        <w:t>Любов солодка, благо всякий гніт,&lt;br /&gt;</w:t>
        <w:br/>
        <w:t>Благаю, щоб життя торжествувало&lt;br /&gt;</w:t>
        <w:br/>
        <w:t>Над лихом, тільки б сперш не завітала&lt;br /&gt;</w:t>
        <w:br/>
        <w:t>До донни свашка очі їй склепить.&lt;br /&gt;</w:t>
        <w:br/>
        <w:t>Я зараз тут, а серцем рвусь кудись,&lt;br /&gt;</w:t>
        <w:br/>
        <w:t>Та більше, ніж я можу, вже незмога,&lt;br /&gt;</w:t>
        <w:br/>
        <w:t>Бажати дужче, сил нема в бажання.&lt;br /&gt;</w:t>
        <w:br/>
        <w:t>Я не зів'яв, пробившись крізь пороги.&lt;br /&gt;</w:t>
        <w:br/>
        <w:t>Нові у давній пристрасті страждання&lt;br /&gt;</w:t>
        <w:br/>
        <w:t>Свідкують: я такий, як був колись.&lt;br /&gt;</w:t>
        <w:br/>
        <w:t>СХХ&lt;br /&gt;</w:t>
        <w:br/>
        <w:t>Антонію Беккарі з Феррари у відповідь&lt;br /&gt;</w:t>
        <w:br/>
        <w:t>на його канцону, де цей поет оплакує&lt;br /&gt;</w:t>
        <w:br/>
        <w:t>Петрарчину смерть, звістка про яку&lt;br /&gt;</w:t>
        <w:br/>
        <w:t>поширилася тоді&lt;br /&gt;</w:t>
        <w:br/>
        <w:t>Довідавшись з віршів таких сумних&lt;br /&gt;</w:t>
        <w:br/>
        <w:t>Про те, яка мені належить шана,&lt;br /&gt;</w:t>
        <w:br/>
        <w:t>Приготував паперу я зарані,&lt;br /&gt;</w:t>
        <w:br/>
        <w:t>Щоб повідомить вас, що, аби міг,&lt;br /&gt;</w:t>
        <w:br/>
        <w:t>Давно б уже сконав, бо я не з тих,&lt;br /&gt;</w:t>
        <w:br/>
        <w:t>Для кого смерть — це тільки щось погане,&lt;br /&gt;</w:t>
        <w:br/>
        <w:t>Вона мене іноді навіть манить,&lt;br /&gt;</w:t>
        <w:br/>
        <w:t>А раз до неї вже було лиш змиг,&lt;br /&gt;</w:t>
        <w:br/>
        <w:t>Та відступивсь я, збитий з пантелику,&lt;br /&gt;</w:t>
        <w:br/>
        <w:t>Що прочитати не зумів на брамі,&lt;br /&gt;</w:t>
        <w:br/>
        <w:t>Коли ж до мене прийде смертний час.&lt;br /&gt;</w:t>
        <w:br/>
        <w:t>Отож я вдячен вам за честь велику,&lt;br /&gt;</w:t>
        <w:br/>
        <w:t>Та вибір зроблений невдало вами:&lt;br /&gt;</w:t>
        <w:br/>
        <w:t>Достойніші є люди серед нас.&lt;br /&gt;</w:t>
        <w:br/>
        <w:t>СХХІ&lt;br /&gt;</w:t>
        <w:br/>
        <w:t>Мадригал&lt;br /&gt;</w:t>
        <w:br/>
        <w:t>Гляди, Амур, як діва яснолиця&lt;br /&gt;</w:t>
        <w:br/>
        <w:t>Тебе не велича і нехтує мене,&lt;br /&gt;</w:t>
        <w:br/>
        <w:t>Між ворогів двох навіть не моргне.&lt;br /&gt;</w:t>
        <w:br/>
        <w:t>Ти з луком, вона боса, у спідниці,&lt;br /&gt;</w:t>
        <w:br/>
        <w:t>Та ще і коси зовсім розпустила,&lt;br /&gt;</w:t>
        <w:br/>
        <w:t>Мене не милує, з тобою надто сміла.&lt;br /&gt;</w:t>
        <w:br/>
        <w:t>Я бранець, та, як єсть у тебе стріли,&lt;br /&gt;</w:t>
        <w:br/>
        <w:t>Оборонити честь ще можеш ти,&lt;br /&gt;</w:t>
        <w:br/>
        <w:t>За двох нас, пане, добре відомсти.&lt;br /&gt;</w:t>
        <w:br/>
        <w:t>СХХІІ&lt;br /&gt;</w:t>
        <w:br/>
        <w:t>У сімнадцяту річницю&lt;br /&gt;</w:t>
        <w:br/>
        <w:t>поетового кохання&lt;br /&gt;</w:t>
        <w:br/>
        <w:t>Сімнадцять літ кружляє неба звід&lt;br /&gt;</w:t>
        <w:br/>
        <w:t>Відтоді, як палаю непогасно,&lt;br /&gt;</w:t>
        <w:br/>
        <w:t>Дивлюся в себе й помічаю ясно,&lt;br /&gt;</w:t>
        <w:br/>
        <w:t>Що пломінь уже холодом кипить.&lt;br /&gt;</w:t>
        <w:br/>
        <w:t>Нам легше, за прислів'ям, шерсть змінить,&lt;br /&gt;</w:t>
        <w:br/>
        <w:t>Ніж звичку. Пристрасті яріють повсякчасно,&lt;br /&gt;</w:t>
        <w:br/>
        <w:t>Людське життя безповоротно гасне,&lt;br /&gt;</w:t>
        <w:br/>
        <w:t>На плоть мою лягає тяжкий гніт.&lt;br /&gt;</w:t>
        <w:br/>
        <w:t>Гай-гай, чи я іще діждуся зміни,&lt;br /&gt;</w:t>
        <w:br/>
        <w:t>Коли я озирнусь на збіглі роки,&lt;br /&gt;</w:t>
        <w:br/>
        <w:t>Прорвавши це кільце вогню і мук?&lt;br /&gt;</w:t>
        <w:br/>
        <w:t>Чи прийде час, як, вийшовши із тіні,&lt;br /&gt;</w:t>
        <w:br/>
        <w:t>До неї підійду я вільним кроком&lt;br /&gt;</w:t>
        <w:br/>
        <w:t>І гляну в оч, стлумивши серця стук?&lt;br /&gt;</w:t>
        <w:br/>
        <w:t>СХХІІІ&lt;br /&gt;</w:t>
        <w:br/>
        <w:t>Розлука&lt;br /&gt;</w:t>
        <w:br/>
        <w:t>Блідота та, що розлилась, як стій,&lt;br /&gt;</w:t>
        <w:br/>
        <w:t>По ще рожевих, як зоря, ланитах,&lt;br /&gt;</w:t>
        <w:br/>
        <w:t>Як тільки я устиг її вловити,&lt;br /&gt;</w:t>
        <w:br/>
        <w:t>У відповідь і вид покрила мій.&lt;br /&gt;</w:t>
        <w:br/>
        <w:t>В коханні я повівся як німий,&lt;br /&gt;</w:t>
        <w:br/>
        <w:t>Так у раю блаженні можуть жити&lt;br /&gt;</w:t>
        <w:br/>
        <w:t>І сяйвом лиш на лицях говорити,&lt;br /&gt;</w:t>
        <w:br/>
        <w:t>Бо те, що думав, я відчув у ній.&lt;br /&gt;</w:t>
        <w:br/>
        <w:t>Як в ангела світився лик урочий,&lt;br /&gt;</w:t>
        <w:br/>
        <w:t>Сама любов стояла он яка —&lt;br /&gt;</w:t>
        <w:br/>
        <w:t>Не буде порівняння за провину?&lt;br /&gt;</w:t>
        <w:br/>
        <w:t>І натяком, схиливши долу очі,&lt;br /&gt;</w:t>
        <w:br/>
        <w:t>Вона мені сказала мовчака:&lt;br /&gt;</w:t>
        <w:br/>
        <w:t>"Невже мій вірний друг мене покине?"&lt;br /&gt;</w:t>
        <w:br/>
        <w:t>СХХІУ&lt;br /&gt;</w:t>
        <w:br/>
        <w:t>Поет не знає, звідки його біди&lt;br /&gt;</w:t>
        <w:br/>
        <w:t>і як їх лікувати&lt;br /&gt;</w:t>
        <w:br/>
        <w:t>Амур, фортуна, розум, що утік&lt;br /&gt;</w:t>
        <w:br/>
        <w:t>Од дійсності в життя давноодбуте,&lt;br /&gt;</w:t>
        <w:br/>
        <w:t>Такі тяжкі, що заздрість не відчути&lt;br /&gt;</w:t>
        <w:br/>
        <w:t>Не можу я до тих, що по той бік.&lt;br /&gt;</w:t>
        <w:br/>
        <w:t>Амур мені рве серце, жереб звик&lt;br /&gt;</w:t>
        <w:br/>
        <w:t>Діймать його, — що мою думку скуту&lt;br /&gt;</w:t>
        <w:br/>
        <w:t>Лютить до сліз; ось так живу я в знуті,&lt;br /&gt;</w:t>
        <w:br/>
        <w:t>Воюючи з гризотами повік.&lt;br /&gt;</w:t>
        <w:br/>
        <w:t>Не повернуть до того, що було,&lt;br /&gt;</w:t>
        <w:br/>
        <w:t>З тим, що лихе, ще більше лихо спіє,&lt;br /&gt;</w:t>
        <w:br/>
        <w:t>Шляху я половину встиг покрить.&lt;br /&gt;</w:t>
        <w:br/>
        <w:t>Не на алмази схожі, а на скло&lt;br /&gt;</w:t>
        <w:br/>
        <w:t>Снує моя рука бліді надії,&lt;br /&gt;</w:t>
        <w:br/>
        <w:t>І рветься посередині їх нить.&lt;br /&gt;</w:t>
        <w:br/>
        <w:t>СХХУ&lt;br /&gt;</w:t>
        <w:br/>
        <w:t>Канцона&lt;br /&gt;</w:t>
        <w:br/>
        <w:t>Одвідуючи місця, де ступали ноги&lt;br /&gt;</w:t>
        <w:br/>
        <w:t>його донни, поет нарікає, що й тут&lt;br /&gt;</w:t>
        <w:br/>
        <w:t>не знайшов полегші од своїх гризот&lt;br /&gt;</w:t>
        <w:br/>
        <w:t>Аби ж тому, що рве&lt;br /&gt;</w:t>
        <w:br/>
        <w:t>Мене, моїй запеклій страсті,&lt;br /&gt;</w:t>
        <w:br/>
        <w:t>Вдалось убратися в шарлат,&lt;br /&gt;</w:t>
        <w:br/>
        <w:t>Тоді чуття це огневе&lt;br /&gt;</w:t>
        <w:br/>
        <w:t>Могло б і серцю передаться,&lt;br /&gt;</w:t>
        <w:br/>
        <w:t>Що звикло спать.&lt;br /&gt;</w:t>
        <w:br/>
        <w:t>І рідше б випало стрічать&lt;br /&gt;</w:t>
        <w:br/>
        <w:t>Слід одинокий&lt;br /&gt;</w:t>
        <w:br/>
        <w:t>На долах і горбах,&lt;br /&gt;</w:t>
        <w:br/>
        <w:t>І рідше б ув очах&lt;br /&gt;</w:t>
        <w:br/>
        <w:t>Стояли сльози, отоді жорстокий&lt;br /&gt;</w:t>
        <w:br/>
        <w:t>Спахнув би лід —&lt;br /&gt;</w:t>
        <w:br/>
        <w:t>Причина лих і бід.&lt;br /&gt;</w:t>
        <w:br/>
        <w:t>З Амуром я на прю,&lt;br /&gt;</w:t>
        <w:br/>
        <w:t>За ним не бачу світу,&lt;br /&gt;</w:t>
        <w:br/>
        <w:t>Рядки терпкі, у голові сумбур.&lt;br /&gt;</w:t>
        <w:br/>
        <w:t>Оглянувши кору&lt;br /&gt;</w:t>
        <w:br/>
        <w:t>Або листок чи віти,&lt;br /&gt;</w:t>
        <w:br/>
        <w:t>Судить про серцевину — цур!&lt;br /&gt;</w:t>
        <w:br/>
        <w:t>У серце хай Амур&lt;br /&gt;</w:t>
        <w:br/>
        <w:t>Очима тої гляне,&lt;br /&gt;</w:t>
        <w:br/>
        <w:t>Що завдала мені удар,&lt;br /&gt;</w:t>
        <w:br/>
        <w:t>Цей любосний пожар,&lt;br /&gt;</w:t>
        <w:br/>
        <w:t>Ісплакавшись, лише квилінням стане.&lt;br /&gt;</w:t>
        <w:br/>
        <w:t>Тоді вже й інший враз&lt;br /&gt;</w:t>
        <w:br/>
        <w:t>Заквилить од ураз.&lt;br /&gt;</w:t>
        <w:br/>
        <w:t>Де щебет рим дзвінких,&lt;br /&gt;</w:t>
        <w:br/>
        <w:t>Народжених рядками?&lt;br /&gt;</w:t>
        <w:br/>
        <w:t>Де грація? Де лавр мій серед піль?&lt;br /&gt;</w:t>
        <w:br/>
        <w:t>Хто б цього серця міг&lt;br /&gt;</w:t>
        <w:br/>
        <w:t>Розбити камінь,&lt;br /&gt;</w:t>
        <w:br/>
        <w:t>Аби полегшить звичний біль?&lt;br /&gt;</w:t>
        <w:br/>
        <w:t>І голос чуть відтіль —&lt;br /&gt;</w:t>
        <w:br/>
        <w:t>Це річ Амур заводить,&lt;br /&gt;</w:t>
        <w:br/>
        <w:t>Про неї править лиш&lt;br /&gt;</w:t>
        <w:br/>
        <w:t>Куди сильніше, ніж&lt;br /&gt;</w:t>
        <w:br/>
        <w:t>У мене це, на превеликий жаль, виходить.&lt;br /&gt;</w:t>
        <w:br/>
        <w:t>Що ж, цей раз не вдалось.&lt;br /&gt;</w:t>
        <w:br/>
        <w:t>О фатуме! О льос!&lt;br /&gt;</w:t>
        <w:br/>
        <w:t>Як те хлоп'я,&lt;br /&gt;</w:t>
        <w:br/>
        <w:t>Вродившись язикате,&lt;br /&gt;</w:t>
        <w:br/>
        <w:t>Вже хоче забалакати, як стій,&lt;br /&gt;</w:t>
        <w:br/>
        <w:t>Рвусь мовить я,&lt;br /&gt;</w:t>
        <w:br/>
        <w:t>Щоб дать про себе знати,&lt;br /&gt;</w:t>
        <w:br/>
        <w:t>Моїй врагині, поки я живий.&lt;br /&gt;</w:t>
        <w:br/>
        <w:t>А може, щастя їй&lt;br /&gt;</w:t>
        <w:br/>
        <w:t>Лише одне малює&lt;br /&gt;</w:t>
        <w:br/>
        <w:t>На весь широкий світ —&lt;br /&gt;</w:t>
        <w:br/>
        <w:t>Пригожий власний вид.&lt;br /&gt;</w:t>
        <w:br/>
        <w:t>Зелений падоле, щоб не зітхати всує,&lt;br /&gt;</w:t>
        <w:br/>
        <w:t>Хоч ти понад водою рознеси&lt;br /&gt;</w:t>
        <w:br/>
        <w:t>Цей гук вітальної яси!&lt;br /&gt;</w:t>
        <w:br/>
        <w:t>Гарніша ще стопа&lt;br /&gt;</w:t>
        <w:br/>
        <w:t>На землю не ступала,&lt;br /&gt;</w:t>
        <w:br/>
        <w:t>Ніж та, що тут лишила слід.&lt;br /&gt;</w:t>
        <w:br/>
        <w:t>Любов моя сліпа&lt;br /&gt;</w:t>
        <w:br/>
        <w:t>Тебе одну обрала,&lt;br /&gt;</w:t>
        <w:br/>
        <w:t>Готовий завше я сюди спішить.&lt;br /&gt;</w:t>
        <w:br/>
        <w:t>Аби ж то між суцвіть&lt;br /&gt;</w:t>
        <w:br/>
        <w:t>Зберігся ніг відбиток,&lt;br /&gt;</w:t>
        <w:br/>
        <w:t>Своїм чуттям я б вихід дав&lt;br /&gt;</w:t>
        <w:br/>
        <w:t>І не блукав би серед трав,&lt;br /&gt;</w:t>
        <w:br/>
        <w:t>Приречений на спиток.&lt;br /&gt;</w:t>
        <w:br/>
        <w:t>Ти ж не зійдеш з тропи?&lt;br /&gt;</w:t>
        <w:br/>
        <w:t>Отож, душе, терпи!&lt;br /&gt;</w:t>
        <w:br/>
        <w:t>Куди не позирну,&lt;br /&gt;</w:t>
        <w:br/>
        <w:t>Як славно все і мило,&lt;br /&gt;</w:t>
        <w:br/>
        <w:t>І скільки тут розлито ясоти!&lt;br /&gt;</w:t>
        <w:br/>
        <w:t>Рву кітку запашну&lt;br /&gt;</w:t>
        <w:br/>
        <w:t>І думаю: її ж бо породила&lt;br /&gt;</w:t>
        <w:br/>
        <w:t>Земля, якою гарно так брести.&lt;br /&gt;</w:t>
        <w:br/>
        <w:t>І трави ці густі&lt;br /&gt;</w:t>
        <w:br/>
        <w:t>Вона потолочила,&lt;br /&gt;</w:t>
        <w:br/>
        <w:t>Присівши, тут пройшла вона —&lt;br /&gt;</w:t>
        <w:br/>
        <w:t>Про це билинка зна.&lt;br /&gt;</w:t>
        <w:br/>
        <w:t>Нічого не проочив я на схилі.&lt;br /&gt;</w:t>
        <w:br/>
        <w:t>Блаженний будь,&lt;br /&gt;</w:t>
        <w:br/>
        <w:t>Хто відкриває путь.&lt;br /&gt;</w:t>
        <w:br/>
        <w:t>Простацький, вбогий спів!&lt;br /&gt;</w:t>
        <w:br/>
        <w:t>Ти сам же зрозумів:&lt;br /&gt;</w:t>
        <w:br/>
        <w:t>Лишайся тут, серед полів.&lt;br /&gt;</w:t>
        <w:br/>
        <w:t>СХХУІ&lt;br /&gt;</w:t>
        <w:br/>
        <w:t>Канцона&lt;br /&gt;</w:t>
        <w:br/>
        <w:t>Біля Воклюзького ключа&lt;br /&gt;</w:t>
        <w:br/>
        <w:t>Спокійний плюск води,&lt;br /&gt;</w:t>
        <w:br/>
        <w:t>Що кликав освіжиться&lt;br /&gt;</w:t>
        <w:br/>
        <w:t>Вродливицю (пригадую, зітхання!),&lt;br /&gt;</w:t>
        <w:br/>
        <w:t>І дерево, куди&lt;br /&gt;</w:t>
        <w:br/>
        <w:t>Любила прихилиться, —&lt;br /&gt;</w:t>
        <w:br/>
        <w:t>Підпора для її стрункого стану.&lt;br /&gt;</w:t>
        <w:br/>
        <w:t>І майова поляна,&lt;br /&gt;</w:t>
        <w:br/>
        <w:t>Де янголина грудь&lt;br /&gt;</w:t>
        <w:br/>
        <w:t>Лежала, і повітря чисте,&lt;br /&gt;</w:t>
        <w:br/>
        <w:t>Де очі променисті&lt;br /&gt;</w:t>
        <w:br/>
        <w:t>Явив мені Амур, щоб серце одімкнуть.&lt;br /&gt;</w:t>
        <w:br/>
        <w:t>Почуйте ж хоч востаннє&lt;br /&gt;</w:t>
        <w:br/>
        <w:t>Жаління ненастанне.&lt;br /&gt;</w:t>
        <w:br/>
        <w:t>Якщо урветься нить,&lt;br /&gt;</w:t>
        <w:br/>
        <w:t>Як небо порішило,&lt;br /&gt;</w:t>
        <w:br/>
        <w:t>І вже мені Амур замкне повіки,&lt;br /&gt;</w:t>
        <w:br/>
        <w:t>Хай тіло моє спить&lt;br /&gt;</w:t>
        <w:br/>
        <w:t>Десь біля вас в могилі,&lt;br /&gt;</w:t>
        <w:br/>
        <w:t>А дух витає в небесах довіку.&lt;br /&gt;</w:t>
        <w:br/>
        <w:t>Страшного смерті лику&lt;br /&gt;</w:t>
        <w:br/>
        <w:t>Я не боюсь, вона усім дана.&lt;br /&gt;</w:t>
        <w:br/>
        <w:t>Та в смутний час розпуття&lt;br /&gt;</w:t>
        <w:br/>
        <w:t>Не можу дорікнуть я&lt;br /&gt;</w:t>
        <w:br/>
        <w:t>Душі, бо вірю, що вона,&lt;br /&gt;</w:t>
        <w:br/>
        <w:t>Плоть склавши і стражденні кості,&lt;br /&gt;</w:t>
        <w:br/>
        <w:t>Знайде догідну гавань в високості.&lt;br /&gt;</w:t>
        <w:br/>
        <w:t>Прийде, можливо, час,&lt;br /&gt;</w:t>
        <w:br/>
        <w:t>Коли в земну оселю&lt;br /&gt;</w:t>
        <w:br/>
        <w:t>Тиран поверне, добрий і прекрасний,&lt;br /&gt;</w:t>
        <w:br/>
        <w:t>І де, на щастя, нас&lt;br /&gt;</w:t>
        <w:br/>
        <w:t>Застав той день веселий,&lt;br /&gt;</w:t>
        <w:br/>
        <w:t>І зір її погасне,&lt;br /&gt;</w:t>
        <w:br/>
        <w:t>Заставши персть безгласну&lt;br /&gt;</w:t>
        <w:br/>
        <w:t>Серед каміння, й тут&lt;br /&gt;</w:t>
        <w:br/>
        <w:t>Любові бог крилатий&lt;br /&gt;</w:t>
        <w:br/>
        <w:t>Навчить її зітхати,&lt;br /&gt;</w:t>
        <w:br/>
        <w:t>І небеса до страдника зійдуть&lt;br /&gt;</w:t>
        <w:br/>
        <w:t>І покривалом очі&lt;br /&gt;</w:t>
        <w:br/>
        <w:t>Втиратимуть охоче.&lt;br /&gt;</w:t>
        <w:br/>
        <w:t>Розкішний цвіт&lt;br /&gt;</w:t>
        <w:br/>
        <w:t>(У пам'яті священний!)&lt;br /&gt;</w:t>
        <w:br/>
        <w:t>З гілля струмує на її коліна,&lt;br /&gt;</w:t>
        <w:br/>
        <w:t>1 в славі цій вона сидить,&lt;br /&gt;</w:t>
        <w:br/>
        <w:t>Погідна і смиренна,&lt;br /&gt;</w:t>
        <w:br/>
        <w:t>А на її одіння&lt;br /&gt;</w:t>
        <w:br/>
        <w:t>Спадають квіти плинно,&lt;br /&gt;</w:t>
        <w:br/>
        <w:t>Блищать в косатій голові,&lt;br /&gt;</w:t>
        <w:br/>
        <w:t>Рахтять достоту,&lt;br /&gt;</w:t>
        <w:br/>
        <w:t>Як перла й злото,&lt;br /&gt;</w:t>
        <w:br/>
        <w:t>А інші ще на хвилях й на траві.&lt;br /&gt;</w:t>
        <w:br/>
        <w:t>А деякі, б'ючи легкі поклони,&lt;br /&gt;</w:t>
        <w:br/>
        <w:t>Шепочуть: "Тут Амур наш пан законний!"&lt;br /&gt;</w:t>
        <w:br/>
        <w:t>Не раз я говорив&lt;br /&gt;</w:t>
        <w:br/>
        <w:t>У захваті урочім:&lt;br /&gt;</w:t>
        <w:br/>
        <w:t>"Ця народилася у кущах раю!"&lt;br /&gt;</w:t>
        <w:br/>
        <w:t>Обличчя, вигин брів,&lt;br /&gt;</w:t>
        <w:br/>
        <w:t>Небесна стать, сяйливі очі&lt;br /&gt;</w:t>
        <w:br/>
        <w:t>І сміх, який дзвінцем лунає,&lt;br /&gt;</w:t>
        <w:br/>
        <w:t>Чаруючи без краю,&lt;br /&gt;</w:t>
        <w:br/>
        <w:t>Допевнились, що геть забув&lt;br /&gt;</w:t>
        <w:br/>
        <w:t>Я істину од щастя —&lt;br /&gt;</w:t>
        <w:br/>
        <w:t>Як міг сюди попасти?&lt;br /&gt;</w:t>
        <w:br/>
        <w:t>Я ж бо на небі, очевидно, був.&lt;br /&gt;</w:t>
        <w:br/>
        <w:t>Відтоді я не зустрічав ніколи&lt;br /&gt;</w:t>
        <w:br/>
        <w:t>Тихішого за ці зелені доли.&lt;br /&gt;</w:t>
        <w:br/>
        <w:t>Аби ж то ти убралась до вподоби,&lt;br /&gt;</w:t>
        <w:br/>
        <w:t>То ти б, не боячись уже огуди,&lt;br /&gt;</w:t>
        <w:br/>
        <w:t>Із лісу вийшла і пішла б у люди.&lt;br /&gt;</w:t>
        <w:br/>
        <w:t>СХХУІІ&lt;br /&gt;</w:t>
        <w:br/>
        <w:t>Канцона&lt;br /&gt;</w:t>
        <w:br/>
        <w:t>Поет скрізь віднаходить образ&lt;br /&gt;</w:t>
        <w:br/>
        <w:t>своєї донни&lt;br /&gt;</w:t>
        <w:br/>
        <w:t>Куди мене спонукує Амур,&lt;br /&gt;</w:t>
        <w:br/>
        <w:t>Журливі рими й спрямувати маю —&lt;br /&gt;</w:t>
        <w:br/>
        <w:t>Крилатому це богу данина.&lt;br /&gt;</w:t>
        <w:br/>
        <w:t>Як починати? Як дійти до краю?&lt;br /&gt;</w:t>
        <w:br/>
        <w:t>Чимало випало мені душевних бур.&lt;br /&gt;</w:t>
        <w:br/>
        <w:t>Амур мою любовну повість зна,&lt;br /&gt;</w:t>
        <w:br/>
        <w:t>В моїй душі записана вона&lt;br /&gt;</w:t>
        <w:br/>
        <w:t>Його нетерпеливою рукою.&lt;br /&gt;</w:t>
        <w:br/>
        <w:t>Хоч од зітхань на мить передихну,&lt;br /&gt;</w:t>
        <w:br/>
        <w:t>Повідаю про цю ману&lt;br /&gt;</w:t>
        <w:br/>
        <w:t>І біль мій трошки заспокою.&lt;br /&gt;</w:t>
        <w:br/>
        <w:t>Куди не поверну,&lt;br /&gt;</w:t>
        <w:br/>
        <w:t>На що лиш погляд перевожу,&lt;br /&gt;</w:t>
        <w:br/>
        <w:t>Усюди донна, її личко гоже.&lt;br /&gt;</w:t>
        <w:br/>
        <w:t>Відтоді як недоля навісна&lt;br /&gt;</w:t>
        <w:br/>
        <w:t>Мене із моїм скарбом розлучила,&lt;br /&gt;</w:t>
        <w:br/>
        <w:t>Амур мені все держить впам'ятку.&lt;br /&gt;</w:t>
        <w:br/>
        <w:t>А якщо так, тоді, мов юність мила,&lt;br /&gt;</w:t>
        <w:br/>
        <w:t>На землю повернулася весна.&lt;br /&gt;</w:t>
        <w:br/>
        <w:t>Як зійде перша травка на горбку,&lt;br /&gt;</w:t>
        <w:br/>
        <w:t>Я знову бачу гостру і їдку&lt;br /&gt;</w:t>
        <w:br/>
        <w:t>Вродливицю, якій підвладний чарам.&lt;br /&gt;</w:t>
        <w:br/>
        <w:t>І коли сонце в небі запала,&lt;br /&gt;</w:t>
        <w:br/>
        <w:t>Випалюючи все дотла,&lt;br /&gt;</w:t>
        <w:br/>
        <w:t>Хіба не схоже це з любовним жаром?&lt;br /&gt;</w:t>
        <w:br/>
        <w:t>Та ось вечірня мла&lt;br /&gt;</w:t>
        <w:br/>
        <w:t>Всі барви крок по кроку пригасила.&lt;br /&gt;</w:t>
        <w:br/>
        <w:t>Лише вона стоїть у всій жіночій силі.&lt;br /&gt;</w:t>
        <w:br/>
        <w:t>У лісову вступивши засторонь,&lt;br /&gt;</w:t>
        <w:br/>
        <w:t>Що килими уже під ноги стеле,&lt;br /&gt;</w:t>
        <w:br/>
        <w:t>Як холод тепла змінює пора,&lt;br /&gt;</w:t>
        <w:br/>
        <w:t>Фіалки бачу я і всяке зело, —&lt;br /&gt;</w:t>
        <w:br/>
        <w:t>Для бою це Амур привичну бронь&lt;br /&gt;</w:t>
        <w:br/>
        <w:t>Серед квіток старанно добира.&lt;br /&gt;</w:t>
        <w:br/>
        <w:t>А чи не ця ніжнісінька кора&lt;br /&gt;</w:t>
        <w:br/>
        <w:t>Дівоче укривала тіло,&lt;br /&gt;</w:t>
        <w:br/>
        <w:t>Де нині пробува її душа,&lt;br /&gt;</w:t>
        <w:br/>
        <w:t>І зараз воскреша&lt;br /&gt;</w:t>
        <w:br/>
        <w:t>Про неї спомин милий?&lt;br /&gt;</w:t>
        <w:br/>
        <w:t>І вслід руша&lt;br /&gt;</w:t>
        <w:br/>
        <w:t>Й моя душа, захоплена ще дужче із роками,&lt;br /&gt;</w:t>
        <w:br/>
        <w:t>Причиною втішання і нестями.&lt;br /&gt;</w:t>
        <w:br/>
        <w:t>Коли сія у горах чистий сніг,&lt;br /&gt;</w:t>
        <w:br/>
        <w:t>Під сонцем золотим такий урочий,&lt;br /&gt;</w:t>
        <w:br/>
        <w:t>Малюється мені небесний лик,&lt;br /&gt;</w:t>
        <w:br/>
        <w:t>Що сповнює сльозами мої очі&lt;br /&gt;</w:t>
        <w:br/>
        <w:t>Здаля, а поруч сліпить їх,&lt;br /&gt;</w:t>
        <w:br/>
        <w:t>Бо серце підкоряти звик.&lt;br /&gt;</w:t>
        <w:br/>
        <w:t>Під золотом, під снігом віддалік&lt;br /&gt;</w:t>
        <w:br/>
        <w:t>Я бачу те, що іншому не вздріти:&lt;br /&gt;</w:t>
        <w:br/>
        <w:t>До мене усміхається вона, —&lt;br /&gt;</w:t>
        <w:br/>
        <w:t>І пал, що перешкод не зна,&lt;br /&gt;</w:t>
        <w:br/>
        <w:t>Поймає душу полум'ям неситим,&lt;br /&gt;</w:t>
        <w:br/>
        <w:t>Бентежачи її до дна.&lt;br /&gt;</w:t>
        <w:br/>
        <w:t>І вже його ніколи не вгасити&lt;br /&gt;</w:t>
        <w:br/>
        <w:t>Ні віхолам зими, ні грозам літа.&lt;br /&gt;</w:t>
        <w:br/>
        <w:t>Коли минеться горобина ніч&lt;br /&gt;</w:t>
        <w:br/>
        <w:t>І в темнім небі інеєм-росою&lt;br /&gt;</w:t>
        <w:br/>
        <w:t>Світила поспішають розцвісти,&lt;br /&gt;</w:t>
        <w:br/>
        <w:t>У відповідь на муки перед мною&lt;br /&gt;</w:t>
        <w:br/>
        <w:t>Розпуститься прегарне сяйво віч,&lt;br /&gt;</w:t>
        <w:br/>
        <w:t>Палаючи, мов зорі з висоти.&lt;br /&gt;</w:t>
        <w:br/>
        <w:t>Як у минулі дні із-під фати&lt;br /&gt;</w:t>
        <w:br/>
        <w:t>Я бачив їхній блиск погідний.&lt;br /&gt;</w:t>
        <w:br/>
        <w:t>Коли огонь охопить небозвід,&lt;br /&gt;</w:t>
        <w:br/>
        <w:t>Я ладен все любить.&lt;br /&gt;</w:t>
        <w:br/>
        <w:t>А коли день мине і світ західний&lt;br /&gt;</w:t>
        <w:br/>
        <w:t>Перестає горіть,&lt;br /&gt;</w:t>
        <w:br/>
        <w:t>Мені здається, відвернулись очі,&lt;br /&gt;</w:t>
        <w:br/>
        <w:t>Мене на тьму обрікши ночі.&lt;br /&gt;</w:t>
        <w:br/>
        <w:t>Угледівши у чаші золотій&lt;br /&gt;</w:t>
        <w:br/>
        <w:t>Густо-червоні і сніжисті рожі,&lt;br /&gt;</w:t>
        <w:br/>
        <w:t>Мені вже уявляється вона,&lt;br /&gt;</w:t>
        <w:br/>
        <w:t>З ким порівнятися ніхто не може.&lt;br /&gt;</w:t>
        <w:br/>
        <w:t>Три доскональства зібрані у ній:&lt;br /&gt;</w:t>
        <w:br/>
        <w:t>Кіс злото, шиї білина —&lt;br /&gt;</w:t>
        <w:br/>
        <w:t>Білішої й набіл на зна —&lt;br /&gt;</w:t>
        <w:br/>
        <w:t>Та ще той полумінь рожевий,&lt;br /&gt;</w:t>
        <w:br/>
        <w:t>Що так пасує до її ланит&lt;br /&gt;</w:t>
        <w:br/>
        <w:t>І ніжно так горить.&lt;br /&gt;</w:t>
        <w:br/>
        <w:t>Коли бриз тихо торгає дерева,&lt;br /&gt;</w:t>
        <w:br/>
        <w:t>Мій дух туди летить,&lt;br /&gt;</w:t>
        <w:br/>
        <w:t>Де мені вперше бачить довелося,&lt;br /&gt;</w:t>
        <w:br/>
        <w:t>Як вітер рвав її огненні коси..&lt;br /&gt;</w:t>
        <w:br/>
        <w:t>Я ніби зорі в небі полічив,&lt;br /&gt;</w:t>
        <w:br/>
        <w:t>Або усі, як є, на світі води&lt;br /&gt;</w:t>
        <w:br/>
        <w:t>В одну скляницю захотів зібрать, —&lt;br /&gt;</w:t>
        <w:br/>
        <w:t>Щоб міг я те, що є в природі,&lt;br /&gt;</w:t>
        <w:br/>
        <w:t>Серед її великих див,&lt;br /&gt;</w:t>
        <w:br/>
        <w:t>З коханою своєю порівнять.&lt;br /&gt;</w:t>
        <w:br/>
        <w:t>На всьому тут лежить її печать.&lt;br /&gt;</w:t>
        <w:br/>
        <w:t>І як мені захочеться порою&lt;br /&gt;</w:t>
        <w:br/>
        <w:t>Од цього наслання втекти,&lt;br /&gt;</w:t>
        <w:br/>
        <w:t>Я знаю — всі путі&lt;br /&gt;</w:t>
        <w:br/>
        <w:t>Закриті для рятунку перед мною.&lt;br /&gt;</w:t>
        <w:br/>
        <w:t>І вже як не крути —&lt;br /&gt;</w:t>
        <w:br/>
        <w:t>На звук лише єдиного імення&lt;br /&gt;</w:t>
        <w:br/>
        <w:t>З грудей зітхання вирвуться у мене.&lt;br /&gt;</w:t>
        <w:br/>
        <w:t>Канцоно, знаєш, що мої слова&lt;br /&gt;</w:t>
        <w:br/>
        <w:t>Ні крапельки не годні передати,&lt;br /&gt;</w:t>
        <w:br/>
        <w:t>Як я натерпівсь од Амура бід,&lt;br /&gt;</w:t>
        <w:br/>
        <w:t>Гнобив би й далі гніт&lt;br /&gt;</w:t>
        <w:br/>
        <w:t>Мене, якби не помисли крилаті.&lt;br /&gt;</w:t>
        <w:br/>
        <w:t>І ось вам вочевидь:&lt;br /&gt;</w:t>
        <w:br/>
        <w:t>Я лементом живу на цьому світі,&lt;br /&gt;</w:t>
        <w:br/>
        <w:t>То й смерть звеліла скін мій відрочити.&lt;br /&gt;</w:t>
        <w:br/>
        <w:t>СХХУІИ&lt;br /&gt;</w:t>
        <w:br/>
        <w:t>Канцона&lt;br /&gt;</w:t>
        <w:br/>
        <w:t>До італійських княжат&lt;br /&gt;</w:t>
        <w:br/>
        <w:t>Італіє моя! Я знаю, марно&lt;br /&gt;</w:t>
        <w:br/>
        <w:t>Гоїть речами рани,&lt;br /&gt;</w:t>
        <w:br/>
        <w:t>Якими зранено твою прекрасну плоть.&lt;br /&gt;</w:t>
        <w:br/>
        <w:t>Та все ж мовчать не стану&lt;br /&gt;</w:t>
        <w:br/>
        <w:t>На Тибрі, і на Арно,&lt;br /&gt;</w:t>
        <w:br/>
        <w:t>І тут на По, де пропадаю от.&lt;br /&gt;</w:t>
        <w:br/>
        <w:t>Молю тебе, Господь,&lt;br /&gt;</w:t>
        <w:br/>
        <w:t>На землю оберни пресвітле око&lt;br /&gt;</w:t>
        <w:br/>
        <w:t>І змилуйся над бідним краєм,&lt;br /&gt;</w:t>
        <w:br/>
        <w:t>Де боїще триває,&lt;br /&gt;</w:t>
        <w:br/>
        <w:t>Криваве і жорстоке.&lt;br /&gt;</w:t>
        <w:br/>
        <w:t>Скажи, мій пане, доки?&lt;br /&gt;</w:t>
        <w:br/>
        <w:t>Відкрий, зм'ягчи і примири&lt;br /&gt;</w:t>
        <w:br/>
        <w:t>Серця, що Марс убрав у крицю.&lt;br /&gt;</w:t>
        <w:br/>
        <w:t>Хай істина хоча б з ції пори&lt;br /&gt;</w:t>
        <w:br/>
        <w:t>З негідних уст моїх віститься!&lt;br /&gt;</w:t>
        <w:br/>
        <w:t>О ви, кому талан примхливий&lt;br /&gt;</w:t>
        <w:br/>
        <w:t>Під руку ниспослав чудовий люд,&lt;br /&gt;</w:t>
        <w:br/>
        <w:t>Який для вас немов якесь маля, —&lt;br /&gt;</w:t>
        <w:br/>
        <w:t>Чому товчеться це гультяйство тут?&lt;br /&gt;</w:t>
        <w:br/>
        <w:t>Чому на рідних нивах&lt;br /&gt;</w:t>
        <w:br/>
        <w:t>Чужинців розливається крівля?&lt;br /&gt;</w:t>
        <w:br/>
        <w:t>Надія щось не те вам промовля,&lt;br /&gt;</w:t>
        <w:br/>
        <w:t>Видющим заснітило очі:&lt;br /&gt;</w:t>
        <w:br/>
        <w:t>Ті найманці готові&lt;br /&gt;</w:t>
        <w:br/>
        <w:t>Свої кувати кови,&lt;br /&gt;</w:t>
        <w:br/>
        <w:t>Продай-душа із віри знай регоче.&lt;br /&gt;</w:t>
        <w:br/>
        <w:t>Отак вали охоче&lt;br /&gt;</w:t>
        <w:br/>
        <w:t>Накотяться, зродившись у пустині,&lt;br /&gt;</w:t>
        <w:br/>
        <w:t>Оселі мирні геть знесуть.&lt;br /&gt;</w:t>
        <w:br/>
        <w:t>Хіба ж ми не повинні&lt;br /&gt;</w:t>
        <w:br/>
        <w:t>Впинити їх? Інакше нам капут.&lt;br /&gt;</w:t>
        <w:br/>
        <w:t>Турботлива природа од німоти&lt;br /&gt;</w:t>
        <w:br/>
        <w:t>Поставила міцний, здавалось, щит,&lt;br /&gt;</w:t>
        <w:br/>
        <w:t>Альпійський. Та далась взнаки&lt;br /&gt;</w:t>
        <w:br/>
        <w:t>Сліпа і безрозсудна ненасить.&lt;br /&gt;</w:t>
        <w:br/>
        <w:t>І на здоровій плоті&lt;br /&gt;</w:t>
        <w:br/>
        <w:t>Гнійні повикидало чиряки.&lt;br /&gt;</w:t>
        <w:br/>
        <w:t>Ось так і вийшло, що вовки&lt;br /&gt;</w:t>
        <w:br/>
        <w:t>Із вівцями живуть в одній кошарі.&lt;br /&gt;</w:t>
        <w:br/>
        <w:t>І хто ж нас кривдить? Ця ж орда&lt;br /&gt;</w:t>
        <w:br/>
        <w:t>Ґвалтівників без честі і стида.&lt;br /&gt;</w:t>
        <w:br/>
        <w:t>Недарма Марій&lt;br /&gt;</w:t>
        <w:br/>
        <w:t>Цій підлій тварі&lt;br /&gt;</w:t>
        <w:br/>
        <w:t>Поров без роздуму живіт,&lt;br /&gt;</w:t>
        <w:br/>
        <w:t>Не чула втоми і його рука,&lt;br /&gt;</w:t>
        <w:br/>
        <w:t>І забував він їсти й пить,&lt;br /&gt;</w:t>
        <w:br/>
        <w:t>Поки із кров'ю не стекла ріка.&lt;br /&gt;</w:t>
        <w:br/>
        <w:t>Про Цезаря шкода і говорить,&lt;br /&gt;</w:t>
        <w:br/>
        <w:t>Коли лилась на трави з їхніх жил&lt;br /&gt;</w:t>
        <w:br/>
        <w:t>Гаряча кров із-під його заліз.&lt;br /&gt;</w:t>
        <w:br/>
        <w:t>Яким лукавством нинішніх світил&lt;br /&gt;</w:t>
        <w:br/>
        <w:t>Нам зав'язало світ?&lt;br /&gt;</w:t>
        <w:br/>
        <w:t>Не так було колись,&lt;br /&gt;</w:t>
        <w:br/>
        <w:t>Ці чвари завелись&lt;br /&gt;</w:t>
        <w:br/>
        <w:t>При вас, країні несучи погубу.&lt;br /&gt;</w:t>
        <w:br/>
        <w:t>За що ж когось розплатою карати —&lt;br /&gt;</w:t>
        <w:br/>
        <w:t>Самі ви винуваті.&lt;br /&gt;</w:t>
        <w:br/>
        <w:t>А що війна, признайтеся, вам люба,&lt;br /&gt;</w:t>
        <w:br/>
        <w:t>То й щирите ви зуби&lt;br /&gt;</w:t>
        <w:br/>
        <w:t>І кличете здаля&lt;br /&gt;</w:t>
        <w:br/>
        <w:t>Тих, хто продав і кров, і душу.&lt;br /&gt;</w:t>
        <w:br/>
        <w:t>І не злоріка, бачте, я,&lt;br /&gt;</w:t>
        <w:br/>
        <w:t>Лише довести правду мушу.&lt;br /&gt;</w:t>
        <w:br/>
        <w:t>Баварець і воює ненароком.&lt;br /&gt;</w:t>
        <w:br/>
        <w:t>На смерть він пучку піднімає,&lt;br /&gt;</w:t>
        <w:br/>
        <w:t>У хованки із нею ніби грати.&lt;br /&gt;</w:t>
        <w:br/>
        <w:t>Чи є щось гірше од цього звичаю?&lt;br /&gt;</w:t>
        <w:br/>
        <w:t>А ви крівцю ллєте потоком,&lt;br /&gt;</w:t>
        <w:br/>
        <w:t>Рубаючись уперто і завзято.&lt;br /&gt;</w:t>
        <w:br/>
        <w:t>Попробуйте з рання й до третіх чатів&lt;br /&gt;</w:t>
        <w:br/>
        <w:t>Подумати, виходить так чого.&lt;br /&gt;</w:t>
        <w:br/>
        <w:t>В неславі сам страхополох і винен.&lt;br /&gt;</w:t>
        <w:br/>
        <w:t>Преславний пню латинян,&lt;br /&gt;</w:t>
        <w:br/>
        <w:t>Жени цих зайд усіх до одного,&lt;br /&gt;</w:t>
        <w:br/>
        <w:t>Кумиром не роби його&lt;br /&gt;</w:t>
        <w:br/>
        <w:t>Для нашої породи.&lt;br /&gt;</w:t>
        <w:br/>
        <w:t>А якщо він і вигляда сильнішим,&lt;br /&gt;</w:t>
        <w:br/>
        <w:t>Не на природу,&lt;br /&gt;</w:t>
        <w:br/>
        <w:t>А на нас недолік цей запишем.&lt;br /&gt;</w:t>
        <w:br/>
        <w:t>Хіба ступив я не на ці терени?&lt;br /&gt;</w:t>
        <w:br/>
        <w:t>Чи не у цім гнізді&lt;br /&gt;</w:t>
        <w:br/>
        <w:t>Згодований? Не цьому краю&lt;br /&gt;</w:t>
        <w:br/>
        <w:t>Віддав свої я сили молоді?&lt;br /&gt;</w:t>
        <w:br/>
        <w:t>Чи ж інша батьківщина є у мене,&lt;br /&gt;</w:t>
        <w:br/>
        <w:t>Земля, що стариків моїх ховає!&lt;br /&gt;</w:t>
        <w:br/>
        <w:t>Дай Боже, щоб лиш без загаю&lt;br /&gt;</w:t>
        <w:br/>
        <w:t>До вас дійшло це! Подивіться, як&lt;br /&gt;</w:t>
        <w:br/>
        <w:t>Страждає люд в нужді останній&lt;br /&gt;</w:t>
        <w:br/>
        <w:t>І прагне спочування&lt;br /&gt;</w:t>
        <w:br/>
        <w:t>Од Бога і од вас. Подайте знак,&lt;br /&gt;</w:t>
        <w:br/>
        <w:t>І тут же — чим вам не вояк! —&lt;br /&gt;</w:t>
        <w:br/>
        <w:t>Підніме цнота зброю&lt;br /&gt;</w:t>
        <w:br/>
        <w:t>Проти недолі у короткім герці,&lt;br /&gt;</w:t>
        <w:br/>
        <w:t>Бо мужність із снагою&lt;br /&gt;</w:t>
        <w:br/>
        <w:t>Іще не вмерли в італійськім серці.&lt;br /&gt;</w:t>
        <w:br/>
        <w:t>Панове, час як іскорка мига,&lt;br /&gt;</w:t>
        <w:br/>
        <w:t>Незчуєшся, життя вже пролетить.&lt;br /&gt;</w:t>
        <w:br/>
        <w:t>І смерть нікому не дає вільготи.&lt;br /&gt;</w:t>
        <w:br/>
        <w:t>Ви зараз тут, та уявіть відхід,&lt;br /&gt;</w:t>
        <w:br/>
        <w:t>Коли душа, самотня і нага,&lt;br /&gt;</w:t>
        <w:br/>
        <w:t>Опиниться на грізнім повороті.&lt;br /&gt;</w:t>
        <w:br/>
        <w:t>Отож, як тут ви доти,&lt;br /&gt;</w:t>
        <w:br/>
        <w:t>Облиште все лихе, дрібне й остиле,&lt;br /&gt;</w:t>
        <w:br/>
        <w:t>То й вітер гожий&lt;br /&gt;</w:t>
        <w:br/>
        <w:t>Вас скерувати зможе&lt;br /&gt;</w:t>
        <w:br/>
        <w:t>Вже не на бешкет, а на гарне діло,&lt;br /&gt;</w:t>
        <w:br/>
        <w:t>Щоб потім прогриміло&lt;br /&gt;</w:t>
        <w:br/>
        <w:t>На весь наш білий світ&lt;br /&gt;</w:t>
        <w:br/>
        <w:t>Діяння ваших рук або ума.&lt;br /&gt;</w:t>
        <w:br/>
        <w:t>І будуть вас любить,&lt;br /&gt;</w:t>
        <w:br/>
        <w:t>І в небо путь одкриється сама.&lt;br /&gt;</w:t>
        <w:br/>
        <w:t>Ораціє моя,&lt;br /&gt;</w:t>
        <w:br/>
        <w:t>Дотримуйся увічливого тону,&lt;br /&gt;</w:t>
        <w:br/>
        <w:t>Бо ти вдаєшся до княжат,&lt;br /&gt;</w:t>
        <w:br/>
        <w:t>Яким усі лише кадять&lt;br /&gt;</w:t>
        <w:br/>
        <w:t>І гріють без кінця поклони.&lt;br /&gt;</w:t>
        <w:br/>
        <w:t>Зате тебе, канцоно,&lt;br /&gt;</w:t>
        <w:br/>
        <w:t>Почують ті,&lt;br /&gt;</w:t>
        <w:br/>
        <w:t>Хто про добро уболіває щиро.&lt;br /&gt;</w:t>
        <w:br/>
        <w:t>Тож ти повинна йти&lt;br /&gt;</w:t>
        <w:br/>
        <w:t>І вимагати: миру! миру! миру!&lt;br /&gt;</w:t>
        <w:br/>
        <w:t>СХХ1Х&lt;br /&gt;</w:t>
        <w:br/>
        <w:t>Канцона&lt;br /&gt;</w:t>
        <w:br/>
        <w:t>Поет нарікає на те, як важко&lt;br /&gt;</w:t>
        <w:br/>
        <w:t>йому жити без донни&lt;br /&gt;</w:t>
        <w:br/>
        <w:t>Од думи в думу, од шпиля на шпиль&lt;br /&gt;</w:t>
        <w:br/>
        <w:t>Амур мене веде геть од шляхів&lt;br /&gt;</w:t>
        <w:br/>
        <w:t>Протоптаних, веде кудись у хащі.&lt;br /&gt;</w:t>
        <w:br/>
        <w:t>І там, де трапиться струмок чи тихий діл&lt;br /&gt;</w:t>
        <w:br/>
        <w:t>Або тінистий серед гір масив,&lt;br /&gt;</w:t>
        <w:br/>
        <w:t>Знаходить супокій душа боляща.&lt;br /&gt;</w:t>
        <w:br/>
        <w:t>Амур, той знає краще,&lt;br /&gt;</w:t>
        <w:br/>
        <w:t>Чому вона то рада, а то плаче,&lt;br /&gt;</w:t>
        <w:br/>
        <w:t>І чом це на лиці поперемінно&lt;br /&gt;</w:t>
        <w:br/>
        <w:t>З'являється одмінна міна,&lt;br /&gt;</w:t>
        <w:br/>
        <w:t>Ховаючи під маску маску наче;&lt;br /&gt;</w:t>
        <w:br/>
        <w:t>Умудрений, той говорити стане:&lt;br /&gt;</w:t>
        <w:br/>
        <w:t>"Ба, він кохає, а чи ж він коханий?"&lt;br /&gt;</w:t>
        <w:br/>
        <w:t>В високих горах і в дрімучій пущі&lt;br /&gt;</w:t>
        <w:br/>
        <w:t>Знаходжу я якийсь передих. Оку&lt;br /&gt;</w:t>
        <w:br/>
        <w:t>Ненависні людські оселі й ниви.&lt;br /&gt;</w:t>
        <w:br/>
        <w:t>І раптом сум, здавалось, невсипущий,&lt;br /&gt;</w:t>
        <w:br/>
        <w:t>На втіху обертається глибоку,&lt;br /&gt;</w:t>
        <w:br/>
        <w:t>З якою знову я дивлюсь на діву,&lt;br /&gt;</w:t>
        <w:br/>
        <w:t>І вже нетерпеливо&lt;br /&gt;</w:t>
        <w:br/>
        <w:t>Покинуть рвуся цю солодку згубу.&lt;br /&gt;</w:t>
        <w:br/>
        <w:t>І думаю: "А що, як сам Амур&lt;br /&gt;</w:t>
        <w:br/>
        <w:t>Тебе рятує від сердечних бур —&lt;br /&gt;</w:t>
        <w:br/>
        <w:t>Й, чужий собі, ти будеш іншим любий!"&lt;br /&gt;</w:t>
        <w:br/>
        <w:t>І от нова сподіванка юнача:&lt;br /&gt;</w:t>
        <w:br/>
        <w:t>"Тоді коли і як тебе побачу?"&lt;br /&gt;</w:t>
        <w:br/>
        <w:t>У затінку узгір'їв або піній&lt;br /&gt;</w:t>
        <w:br/>
        <w:t>Спиняюсь я і на якімсь бескетті&lt;br /&gt;</w:t>
        <w:br/>
        <w:t>Малюю подумки прекрасний вид.&lt;br /&gt;</w:t>
        <w:br/>
        <w:t>Коли ж прочнусь, зітхання спожаління&lt;br /&gt;</w:t>
        <w:br/>
        <w:t>Розбуркала її всю неминуче,&lt;br /&gt;</w:t>
        <w:br/>
        <w:t>Розжеврила у жилах зимну кров.&lt;br /&gt;</w:t>
        <w:br/>
        <w:t>Щоб одмінилось любе личко знов,&lt;br /&gt;</w:t>
        <w:br/>
        <w:t>Побігли сльози, як потоки з тучі,&lt;br /&gt;</w:t>
        <w:br/>
        <w:t>Як у того, хто довго тебе мучить&lt;br /&gt;</w:t>
        <w:br/>
        <w:t>І врешті відкликається на зов.&lt;br /&gt;</w:t>
        <w:br/>
        <w:t>Щоб рожі серед снігу тиховій,&lt;br /&gt;</w:t>
        <w:br/>
        <w:t>Розмаявши, відкрив слонову кість,&lt;br /&gt;</w:t>
        <w:br/>
        <w:t>До мармуру подібну білизною.&lt;br /&gt;</w:t>
        <w:br/>
        <w:t>Щоб спочивав на всьому погляд мій,&lt;br /&gt;</w:t>
        <w:br/>
        <w:t>Допоки я, вже припізнілий гість,&lt;br /&gt;</w:t>
        <w:br/>
        <w:t>Не розлучусь з дорогою земною.&lt;br /&gt;</w:t>
        <w:br/>
        <w:t>СХХХІІ&lt;br /&gt;</w:t>
        <w:br/>
        <w:t>Сумніви щодо природи кохання&lt;br /&gt;</w:t>
        <w:br/>
        <w:t>Кохання це чи, може, щось иначе?&lt;br /&gt;</w:t>
        <w:br/>
        <w:t>Мене то палить, то морозить знов.&lt;br /&gt;</w:t>
        <w:br/>
        <w:t>Коли в нім благо — що ж так студить кров?&lt;br /&gt;</w:t>
        <w:br/>
        <w:t>А як болить, то й радує одначе.&lt;br /&gt;</w:t>
        <w:br/>
        <w:t>Як я палаю, чом від палу плачу?&lt;br /&gt;</w:t>
        <w:br/>
        <w:t>Як захопивсь, не жалься на Любов.&lt;br /&gt;</w:t>
        <w:br/>
        <w:t>На біль подібний її райський зов.&lt;br /&gt;</w:t>
        <w:br/>
        <w:t>Страждання, страсті — ось вона що значить.&lt;br /&gt;</w:t>
        <w:br/>
        <w:t>Позвав когось чи я коритись звик&lt;br /&gt;</w:t>
        <w:br/>
        <w:t>Комусь?.. Скитаюсь баркою малою&lt;br /&gt;</w:t>
        <w:br/>
        <w:t>По гриві хвиль, розгублений стерник,&lt;br /&gt;</w:t>
        <w:br/>
        <w:t>Нешеретований, на знання не багатий,&lt;br /&gt;</w:t>
        <w:br/>
        <w:t>Не знаючи, куди мені пристати.&lt;br /&gt;</w:t>
        <w:br/>
        <w:t>У сквар — тремчу, зате горю зимою.&lt;br /&gt;</w:t>
        <w:br/>
        <w:t>СХХХІІІ&lt;br /&gt;</w:t>
        <w:br/>
        <w:t>Поет передає свої гризоти&lt;br /&gt;</w:t>
        <w:br/>
        <w:t>за допомогою чотирьох&lt;br /&gt;</w:t>
        <w:br/>
        <w:t>порівнянь&lt;br /&gt;</w:t>
        <w:br/>
        <w:t>Підставлений Амуром я під стріли,&lt;br /&gt;</w:t>
        <w:br/>
        <w:t>Як сонцю сніг, як вітрові імла,&lt;br /&gt;</w:t>
        <w:br/>
        <w:t>Як віск огню. Ти, донно, там була.&lt;br /&gt;</w:t>
        <w:br/>
        <w:t>Гукаю вас, а вам немає діла.&lt;br /&gt;</w:t>
        <w:br/>
        <w:t>У вас з очей зненацька полетіла&lt;br /&gt;</w:t>
        <w:br/>
        <w:t>Смертельна, щоб убить мене, стріла.&lt;br /&gt;</w:t>
        <w:br/>
        <w:t>Від вас виходить, — думаю, зі зла, —&lt;br /&gt;</w:t>
        <w:br/>
        <w:t>Вихр, сонце і вогонь осатаніло.&lt;br /&gt;</w:t>
        <w:br/>
        <w:t>Думки — це стріли. Сонце — це ваш вид,&lt;br /&gt;</w:t>
        <w:br/>
        <w:t>Огонь — бажання. Все це так кипить,&lt;br /&gt;</w:t>
        <w:br/>
        <w:t>Засліплює, оглушує і коле.&lt;br /&gt;</w:t>
        <w:br/>
        <w:t>І спів небесний, всі солодкі звуки,&lt;br /&gt;</w:t>
        <w:br/>
        <w:t>Оскільки в них бринить сама розпука,&lt;br /&gt;</w:t>
        <w:br/>
        <w:t>Мене не порятують вже ніколи.&lt;br /&gt;</w:t>
        <w:br/>
        <w:t>СХХХІУ&lt;br /&gt;</w:t>
        <w:br/>
        <w:t>Поет описує свою мізерію донні&lt;br /&gt;</w:t>
        <w:br/>
        <w:t>Не мироносець я і не співець війни,&lt;br /&gt;</w:t>
        <w:br/>
        <w:t>Тремчу і жду, палаю й крижанію,&lt;br /&gt;</w:t>
        <w:br/>
        <w:t>Од всіх тікаю, й любі всі мені,&lt;br /&gt;</w:t>
        <w:br/>
        <w:t>Ширяю в небі, в поросі дубію.&lt;br /&gt;</w:t>
        <w:br/>
        <w:t>Сиджу в тюрмі, та ґрат нема в вікні,&lt;br /&gt;</w:t>
        <w:br/>
        <w:t>Відкриті двері, та втікать не смію,&lt;br /&gt;</w:t>
        <w:br/>
        <w:t>Не раб Амуру й не чужий, о ні,&lt;br /&gt;</w:t>
        <w:br/>
        <w:t>Я без оков, та воля — тільки мрія.&lt;br /&gt;</w:t>
        <w:br/>
        <w:t>Розбуркала її всю неминуче,&lt;br /&gt;</w:t>
        <w:br/>
        <w:t>Розжеврила у жилах зимну кров.&lt;br /&gt;</w:t>
        <w:br/>
        <w:t>Щоб одмінююсь любе личко знов,&lt;br /&gt;</w:t>
        <w:br/>
        <w:t>Побігли сльози, як потоки з тучі,&lt;br /&gt;</w:t>
        <w:br/>
        <w:t>Як у того, хто довго тебе мучить&lt;br /&gt;</w:t>
        <w:br/>
        <w:t>І врешті відкликається на зов.&lt;br /&gt;</w:t>
        <w:br/>
        <w:t>Щоб рожі серед снігу тиховій,&lt;br /&gt;</w:t>
        <w:br/>
        <w:t>Розмаявши, відкрив слонову кість,&lt;br /&gt;</w:t>
        <w:br/>
        <w:t>До мармуру подібну білизною.&lt;br /&gt;</w:t>
        <w:br/>
        <w:t>Щоб спочивав на всьому погляд мій,&lt;br /&gt;</w:t>
        <w:br/>
        <w:t>Допоки я, вже припізнілий гість,&lt;br /&gt;</w:t>
        <w:br/>
        <w:t>Не розлучусь з дорогою земною.&lt;br /&gt;</w:t>
        <w:br/>
        <w:t>СХХХІ1&lt;br /&gt;</w:t>
        <w:br/>
        <w:t>Сумніви щодо природи кохання&lt;br /&gt;</w:t>
        <w:br/>
        <w:t>Кохання це чи, може, щось иначе?&lt;br /&gt;</w:t>
        <w:br/>
        <w:t>Мене то палить, то морозить знов.&lt;br /&gt;</w:t>
        <w:br/>
        <w:t>Коли в нім благо — що ж так студить кров?&lt;br /&gt;</w:t>
        <w:br/>
        <w:t>А як болить, то й радує одначе.&lt;br /&gt;</w:t>
        <w:br/>
        <w:t>Як я палаю, чом від палу плачу?&lt;br /&gt;</w:t>
        <w:br/>
        <w:t>Як захопивсь, не жалься на Любов.&lt;br /&gt;</w:t>
        <w:br/>
        <w:t>На біль подібний її райський зов.&lt;br /&gt;</w:t>
        <w:br/>
        <w:t>Страждання, страсті — ось вона що значить.&lt;br /&gt;</w:t>
        <w:br/>
        <w:t>Позвав когось чи я коритись звик&lt;br /&gt;</w:t>
        <w:br/>
        <w:t>Комусь?.. Скитаюсь баркою малою&lt;br /&gt;</w:t>
        <w:br/>
        <w:t>По гриві хвиль, розгублений стерник,&lt;br /&gt;</w:t>
        <w:br/>
        <w:t>Нешеретований, на знання не багатий,&lt;br /&gt;</w:t>
        <w:br/>
        <w:t>Не знаючи, куди мені пристати.&lt;br /&gt;</w:t>
        <w:br/>
        <w:t>У сквар — тремчу, зате горю зимою.&lt;br /&gt;</w:t>
        <w:br/>
        <w:t>СХХХІІІ&lt;br /&gt;</w:t>
        <w:br/>
        <w:t>Поет передає свої гризоти&lt;br /&gt;</w:t>
        <w:br/>
        <w:t>за допомогою чотирьох&lt;br /&gt;</w:t>
        <w:br/>
        <w:t>порівнянь&lt;br /&gt;</w:t>
        <w:br/>
        <w:t>Підставлений Амуром я під стріли,&lt;br /&gt;</w:t>
        <w:br/>
        <w:t>Як сонцю сніг, як вітрові імла,&lt;br /&gt;</w:t>
        <w:br/>
        <w:t>Як віск огню. Ти, донно, там була.&lt;br /&gt;</w:t>
        <w:br/>
        <w:t>Гукаю вас, а вам немає діла.&lt;br /&gt;</w:t>
        <w:br/>
        <w:t>У вас з очей зненацька полетіла&lt;br /&gt;</w:t>
        <w:br/>
        <w:t>Смертельна, щоб убить мене, стріла.&lt;br /&gt;</w:t>
        <w:br/>
        <w:t>Від вас виходить, — думаю, зі зла, —&lt;br /&gt;</w:t>
        <w:br/>
        <w:t>Вихр, сонце і вогонь осатаніло.&lt;br /&gt;</w:t>
        <w:br/>
        <w:t>Думки — це стріли. Сонце — це ваш вид,&lt;br /&gt;</w:t>
        <w:br/>
        <w:t>Огонь — бажання. Все це так кипить,&lt;br /&gt;</w:t>
        <w:br/>
        <w:t>Засліплює, оглушує і коле.&lt;br /&gt;</w:t>
        <w:br/>
        <w:t>І спів небесний, всі солодкі звуки,&lt;br /&gt;</w:t>
        <w:br/>
        <w:t>Оскільки в них бринить сама розпука,&lt;br /&gt;</w:t>
        <w:br/>
        <w:t>Мене не порятують вже ніколи.&lt;br /&gt;</w:t>
        <w:br/>
        <w:t>СХХХІУ&lt;br /&gt;</w:t>
        <w:br/>
        <w:t>Поет описує свою мізерію донні&lt;br /&gt;</w:t>
        <w:br/>
        <w:t>Не мироносець я і не співець війни,&lt;br /&gt;</w:t>
        <w:br/>
        <w:t>Тремчу і жду, палаю й крижанію,&lt;br /&gt;</w:t>
        <w:br/>
        <w:t>Од всіх тікаю, й любі всі мені,&lt;br /&gt;</w:t>
        <w:br/>
        <w:t>Ширяю в небі, в поросі дубію.&lt;br /&gt;</w:t>
        <w:br/>
        <w:t>Сиджу в тюрмі, та ґрат нема в вікні,&lt;br /&gt;</w:t>
        <w:br/>
        <w:t>Відкриті двері, та втікать не смію,&lt;br /&gt;</w:t>
        <w:br/>
        <w:t>Не раб Амуру й не чужий, о ні,&lt;br /&gt;</w:t>
        <w:br/>
        <w:t>Я без оков, та воля — тільки мрія.&lt;br /&gt;</w:t>
        <w:br/>
        <w:t>Дивлюся без очей, кричу без язика,&lt;br /&gt;</w:t>
        <w:br/>
        <w:t>Кирпату зву й сахаюсь: "Геть, мано!"&lt;br /&gt;</w:t>
        <w:br/>
        <w:t>Себе ненавиджу й люблю істоту всяку.&lt;br /&gt;</w:t>
        <w:br/>
        <w:t>Мені утіха — сум, а сміх — біда тяжка,&lt;br /&gt;</w:t>
        <w:br/>
        <w:t>Життя і смерть мені те все одно, —&lt;br /&gt;</w:t>
        <w:br/>
        <w:t>За все це, донно, вам моя подяка!&lt;br /&gt;</w:t>
        <w:br/>
        <w:t>СХХХУ&lt;br /&gt;</w:t>
        <w:br/>
        <w:t>Канцона&lt;br /&gt;</w:t>
        <w:br/>
        <w:t>Поет порівнює себе з тим,&lt;br /&gt;</w:t>
        <w:br/>
        <w:t>що в світі є найбільшою рідкістю&lt;br /&gt;</w:t>
        <w:br/>
        <w:t>Химерне має буть,&lt;br /&gt;</w:t>
        <w:br/>
        <w:t>Дивочне щось, чуденне,&lt;br /&gt;</w:t>
        <w:br/>
        <w:t>Щоб це могло скидатися на мене.&lt;br /&gt;</w:t>
        <w:br/>
        <w:t>Ось звідки появивсь, Амуре, я.&lt;br /&gt;</w:t>
        <w:br/>
        <w:t>В країні, де займається зоря,&lt;br /&gt;</w:t>
        <w:br/>
        <w:t>Пташина дивна там літає,&lt;br /&gt;</w:t>
        <w:br/>
        <w:t>Одна одинцем, бо дружка немає,&lt;br /&gt;</w:t>
        <w:br/>
        <w:t>Од самогубства оживать встига.&lt;br /&gt;</w:t>
        <w:br/>
        <w:t>Отак, самотня, і моя жага,&lt;br /&gt;</w:t>
        <w:br/>
        <w:t>Високими стремліннями повита,&lt;br /&gt;</w:t>
        <w:br/>
        <w:t>До сонця у блаженстві повертає&lt;br /&gt;</w:t>
        <w:br/>
        <w:t>І зараз же згасає,&lt;br /&gt;</w:t>
        <w:br/>
        <w:t>Щоб знов палать без того, щоб втолити.&lt;br /&gt;</w:t>
        <w:br/>
        <w:t>Горить, згорає, щоби відродиться,&lt;br /&gt;</w:t>
        <w:br/>
        <w:t>Як диво-птиця, славна із славут.&lt;br /&gt;</w:t>
        <w:br/>
        <w:t>Могутній риф стоїть&lt;br /&gt;</w:t>
        <w:br/>
        <w:t>В індійськім морі, й, звісно, притягає&lt;br /&gt;</w:t>
        <w:br/>
        <w:t>Залізо він до себе, й одриває&lt;br /&gt;</w:t>
        <w:br/>
        <w:t>Його од дерева, й рокує не один&lt;br /&gt;</w:t>
        <w:br/>
        <w:t>Кораблик на загин.&lt;br /&gt;</w:t>
        <w:br/>
        <w:t>Так серед сліз у глибині чудова скеля&lt;br /&gt;</w:t>
        <w:br/>
        <w:t>Вкоротить вік мій невеселий.&lt;br /&gt;</w:t>
        <w:br/>
        <w:t>Мене утопить із гордині,&lt;br /&gt;</w:t>
        <w:br/>
        <w:t>Бо у душі моїй віднині&lt;br /&gt;</w:t>
        <w:br/>
        <w:t>Немає серця, одне одне&lt;br /&gt;</w:t>
        <w:br/>
        <w:t>Не вкриють. І скалі любіш молоть&lt;br /&gt;</w:t>
        <w:br/>
        <w:t>Замість заліза плоть.&lt;br /&gt;</w:t>
        <w:br/>
        <w:t>Отож мене і тягне у безодню,&lt;br /&gt;</w:t>
        <w:br/>
        <w:t>Готуючи мені страшну могилу,&lt;br /&gt;</w:t>
        <w:br/>
        <w:t>Мій камінь милий, цей живий магніт.&lt;br /&gt;</w:t>
        <w:br/>
        <w:t>Є землі на полуднє,&lt;br /&gt;</w:t>
        <w:br/>
        <w:t>Де мешкає сумирний звір,&lt;br /&gt;</w:t>
        <w:br/>
        <w:t>Ласкавий, тихий, та не вір&lt;br /&gt;</w:t>
        <w:br/>
        <w:t>Його очам, бо в тих зіницях&lt;br /&gt;</w:t>
        <w:br/>
        <w:t>Урочина і смерть таїться.&lt;br /&gt;</w:t>
        <w:br/>
        <w:t>Аби не вразив той пристріт,&lt;br /&gt;</w:t>
        <w:br/>
        <w:t>Переглядаться з ним не слід,&lt;br /&gt;</w:t>
        <w:br/>
        <w:t>А в іншому — турботи мало.&lt;br /&gt;</w:t>
        <w:br/>
        <w:t>Ось лише я, зухвалий,&lt;br /&gt;</w:t>
        <w:br/>
        <w:t>Затято, з непохибністю сліпою&lt;br /&gt;</w:t>
        <w:br/>
        <w:t>Уже на хресний шлях ступив,&lt;br /&gt;</w:t>
        <w:br/>
        <w:t>Несе мене порив,&lt;br /&gt;</w:t>
        <w:br/>
        <w:t>На гибель наражаючи, до тої,&lt;br /&gt;</w:t>
        <w:br/>
        <w:t>Хто зором і небесним ликом кличе,&lt;br /&gt;</w:t>
        <w:br/>
        <w:t>Мій янгол чарівничий, неосудний.&lt;br /&gt;</w:t>
        <w:br/>
        <w:t>Опівдні ключ струмить,&lt;br /&gt;</w:t>
        <w:br/>
        <w:t>Який од сонця іменем походить,&lt;br /&gt;</w:t>
        <w:br/>
        <w:t>А тільки ніч заходить,&lt;br /&gt;</w:t>
        <w:br/>
        <w:t>Вода кипить, а вранці — крижана.&lt;br /&gt;</w:t>
        <w:br/>
        <w:t>(Що холодніш вона,&lt;br /&gt;</w:t>
        <w:br/>
        <w:t>То вище сонце в небі.)&lt;br /&gt;</w:t>
        <w:br/>
        <w:t>Я слізну воду теж точу із себе&lt;br /&gt;</w:t>
        <w:br/>
        <w:t>Подібно до живця.&lt;br /&gt;</w:t>
        <w:br/>
        <w:t>Лиш день дійде кінця,&lt;br /&gt;</w:t>
        <w:br/>
        <w:t>І погляд мій живого сонця не застане,&lt;br /&gt;</w:t>
        <w:br/>
        <w:t>Я весь горю,&lt;br /&gt;</w:t>
        <w:br/>
        <w:t>Та тільки вздрю&lt;br /&gt;</w:t>
        <w:br/>
        <w:t>Моє світило — серце в'яне.&lt;br /&gt;</w:t>
        <w:br/>
        <w:t>Та ти, я бачу, геть змінився, друже:&lt;br /&gt;</w:t>
        <w:br/>
        <w:t>Тремтиш од стужі, обернувшись в лід.&lt;br /&gt;</w:t>
        <w:br/>
        <w:t>Ключ ще в Епірі б'є,&lt;br /&gt;</w:t>
        <w:br/>
        <w:t>Як це відомо з опису, холодний,&lt;br /&gt;</w:t>
        <w:br/>
        <w:t>Усяку він загашену походню&lt;br /&gt;</w:t>
        <w:br/>
        <w:t>Запалює, запалену вгаша.&lt;br /&gt;</w:t>
        <w:br/>
        <w:t>Огню любовного моя душа&lt;br /&gt;</w:t>
        <w:br/>
        <w:t>Тоді не дознавала,&lt;br /&gt;</w:t>
        <w:br/>
        <w:t>Та спалахнула палом,&lt;br /&gt;</w:t>
        <w:br/>
        <w:t>Зітханнями заходячись уся,&lt;br /&gt;</w:t>
        <w:br/>
        <w:t>Коли явилась зимна їй краса.&lt;br /&gt;</w:t>
        <w:br/>
        <w:t>Побачивши полум'яну огнину,&lt;br /&gt;</w:t>
        <w:br/>
        <w:t>Розчулилось би й серце кам'яне,&lt;br /&gt;</w:t>
        <w:br/>
        <w:t>Але палій підпалить і дмухне,&lt;br /&gt;</w:t>
        <w:br/>
        <w:t>Аби її задути в ту ж хвилину.&lt;br /&gt;</w:t>
        <w:br/>
        <w:t>Отак палила серце і гасила&lt;br /&gt;</w:t>
        <w:br/>
        <w:t>Не раз ця сила, джерело моє.&lt;br /&gt;</w:t>
        <w:br/>
        <w:t>Дзюркочуть два ключі&lt;br /&gt;</w:t>
        <w:br/>
        <w:t>На острові Везіння. Як схилиться&lt;br /&gt;</w:t>
        <w:br/>
        <w:t>І з першого напиться,&lt;br /&gt;</w:t>
        <w:br/>
        <w:t>Умреш зі сміхом, з другого пиття&lt;br /&gt;</w:t>
        <w:br/>
        <w:t>Поверне до життя.&lt;br /&gt;</w:t>
        <w:br/>
        <w:t>Я теж хотів би весело піти,&lt;br /&gt;</w:t>
        <w:br/>
        <w:t>Та тільки на щасливій цій путі&lt;br /&gt;</w:t>
        <w:br/>
        <w:t>Я визволу не бачу від зажур.&lt;br /&gt;</w:t>
        <w:br/>
        <w:t>Отож мовчи, Амур,&lt;br /&gt;</w:t>
        <w:br/>
        <w:t>До темних нір похмурих мій вожатий,&lt;br /&gt;</w:t>
        <w:br/>
        <w:t>Про той живець, що повний до країв,&lt;br /&gt;</w:t>
        <w:br/>
        <w:t>А надто вже тоді, як час наспів&lt;br /&gt;</w:t>
        <w:br/>
        <w:t>Світилу із Тільцем лягати спати;&lt;br /&gt;</w:t>
        <w:br/>
        <w:t>Як сльози вже течуть безперестану&lt;br /&gt;</w:t>
        <w:br/>
        <w:t>І серце в'яне, душу всю рвучи.&lt;br /&gt;</w:t>
        <w:br/>
        <w:t>Якщо, канцоно, хтось&lt;br /&gt;</w:t>
        <w:br/>
        <w:t>Спита про мене, скажеш: з-під бескеття&lt;br /&gt;</w:t>
        <w:br/>
        <w:t>Народжується в долах Сорги плин,&lt;br /&gt;</w:t>
        <w:br/>
        <w:t>Там він один,&lt;br /&gt;</w:t>
        <w:br/>
        <w:t>А з ним Амур і є ще третій —&lt;br /&gt;</w:t>
        <w:br/>
        <w:t>Тієї образ, від якої гине,&lt;br /&gt;</w:t>
        <w:br/>
        <w:t>Бо сиротині лиш тікати довелось.&lt;br /&gt;</w:t>
        <w:br/>
        <w:t>СХХХУІ&lt;br /&gt;</w:t>
        <w:br/>
        <w:t>Інвективи проти Авіньйона&lt;br /&gt;</w:t>
        <w:br/>
        <w:t>Бий тебе грім, гріховний град, коли ж&lt;br /&gt;</w:t>
        <w:br/>
        <w:t>З дубів і рік, — ось звідки тії статки, —&lt;br /&gt;</w:t>
        <w:br/>
        <w:t>Придумав ти збирати ще й податки,&lt;br /&gt;</w:t>
        <w:br/>
        <w:t>Лахва не бідним, а багатим лиш.&lt;br /&gt;</w:t>
        <w:br/>
        <w:t>Кубло підступства і брехні, бо ти ж&lt;br /&gt;</w:t>
        <w:br/>
        <w:t>Заводив скрізь нелюдяні порядки,&lt;br /&gt;</w:t>
        <w:br/>
        <w:t>Ти винопій, про честь якусь — ні гадки,&lt;br /&gt;</w:t>
        <w:br/>
        <w:t>Ти похоті даєш останній гріш.&lt;br /&gt;</w:t>
        <w:br/>
        <w:t>Тут у танок пускає Вельзевул&lt;br /&gt;</w:t>
        <w:br/>
        <w:t>Дів і дідів, розледащілих духом,&lt;br /&gt;</w:t>
        <w:br/>
        <w:t>Серед дзеркал-вогнів і під оргійний гул.&lt;br /&gt;</w:t>
        <w:br/>
        <w:t>А от раніш не так тобі велося,&lt;br /&gt;</w:t>
        <w:br/>
        <w:t>Коли ти брів у стужу голий-босий.&lt;br /&gt;</w:t>
        <w:br/>
        <w:t>Тепер ти труїш Господа сопухом.&lt;br /&gt;</w:t>
        <w:br/>
        <w:t>СХХХУІІ&lt;br /&gt;</w:t>
        <w:br/>
        <w:t>Той самий сюжет&lt;br /&gt;</w:t>
        <w:br/>
        <w:t>Гріхом-мерзотою набитий без ощади,&lt;br /&gt;</w:t>
        <w:br/>
        <w:t>Прорвав свій міх злочинний Вавилон:&lt;br /&gt;</w:t>
        <w:br/>
        <w:t>Венеру й Вакха вихваля він, он,&lt;br /&gt;</w:t>
        <w:br/>
        <w:t>А не благого Зевса і Палладу.&lt;br /&gt;</w:t>
        <w:br/>
        <w:t>Нового з нетерпцем чекаю ладу!&lt;br /&gt;</w:t>
        <w:br/>
        <w:t>Невдовзі, як приписує закон,&lt;br /&gt;</w:t>
        <w:br/>
        <w:t>Новий султан уже посяде трон&lt;br /&gt;</w:t>
        <w:br/>
        <w:t>І добру славу поверне Багдаду.&lt;br /&gt;</w:t>
        <w:br/>
        <w:t>І гнитимуть розкидані кумири,&lt;br /&gt;</w:t>
        <w:br/>
        <w:t>І капища погані упадуть,&lt;br /&gt;</w:t>
        <w:br/>
        <w:t>Страж згине, спопелівши, у вогні.&lt;br /&gt;</w:t>
        <w:br/>
        <w:t>Добром зігріті, інші душі щирі&lt;br /&gt;</w:t>
        <w:br/>
        <w:t>На землю нашу знову принесуть&lt;br /&gt;</w:t>
        <w:br/>
        <w:t>Вік золотий, що був ув оні дні.&lt;br /&gt;</w:t>
        <w:br/>
        <w:t>СХХХУІН&lt;br /&gt;</w:t>
        <w:br/>
        <w:t>Той самий сюжет&lt;br /&gt;</w:t>
        <w:br/>
        <w:t>Храм єресі, розсадник заборон,&lt;br /&gt;</w:t>
        <w:br/>
        <w:t>Криниця болещів, оселя злого гніву,&lt;br /&gt;</w:t>
        <w:br/>
        <w:t>Усе, що прикре, шо нудне й спесиве,&lt;br /&gt;</w:t>
        <w:br/>
        <w:t>Давніше Рим, а нині Вавилон.&lt;br /&gt;</w:t>
        <w:br/>
        <w:t>Шахрайства горен, що пожер закон&lt;br /&gt;</w:t>
        <w:br/>
        <w:t>І роззявляє знов несите зіво,&lt;br /&gt;</w:t>
        <w:br/>
        <w:t>Ад для живих, велике буде диво,&lt;br /&gt;</w:t>
        <w:br/>
        <w:t>Як не змете Спаситель цей притон.&lt;br /&gt;</w:t>
        <w:br/>
        <w:t>Збудований в мізерії убогій,&lt;br /&gt;</w:t>
        <w:br/>
        <w:t>На зодчих підіймаєш ти свій ріг,&lt;br /&gt;</w:t>
        <w:br/>
        <w:t>Бахурцю! А спираєшся ж на кого?&lt;br /&gt;</w:t>
        <w:br/>
        <w:t>На друзів гуль? На те, що приберіг&lt;br /&gt;</w:t>
        <w:br/>
        <w:t>Свої скарби? Нема вже Константина,&lt;br /&gt;</w:t>
        <w:br/>
        <w:t>Але тебе і сам харпак відкине.&lt;br /&gt;</w:t>
        <w:br/>
        <w:t>СХХХІХ&lt;br /&gt;</w:t>
        <w:br/>
        <w:t>Своїм відсутнім друзям&lt;br /&gt;</w:t>
        <w:br/>
        <w:t>Коли бажання розгортає крила,&lt;br /&gt;</w:t>
        <w:br/>
        <w:t>Аби до вас, о друзі, полетіть,&lt;br /&gt;</w:t>
        <w:br/>
        <w:t>Звершити не дає мені політ&lt;br /&gt;</w:t>
        <w:br/>
        <w:t>Фортуна невблаганна і всесила.&lt;br /&gt;</w:t>
        <w:br/>
        <w:t>Та серця, хоч би як вона хотіла,&lt;br /&gt;</w:t>
        <w:br/>
        <w:t>Не втримати. Воно уже за мить&lt;br /&gt;</w:t>
        <w:br/>
        <w:t>Серед тих хвиль, де в морі ріг стримить.&lt;br /&gt;</w:t>
        <w:br/>
        <w:t>І сльози наринають запізніло.&lt;br /&gt;</w:t>
        <w:br/>
        <w:t>Учора знову розлучився з ним,&lt;br /&gt;</w:t>
        <w:br/>
        <w:t>Воно — по волі, я — із провожатим,&lt;br /&gt;</w:t>
        <w:br/>
        <w:t>В Єгипет я, воно в Єрусалим.&lt;br /&gt;</w:t>
        <w:br/>
        <w:t>Розлуку зле обом переживати.&lt;br /&gt;</w:t>
        <w:br/>
        <w:t>У нас так повелося вже давно:&lt;br /&gt;</w:t>
        <w:br/>
        <w:t>Стрічатись лиш вряди-годи дано.&lt;br /&gt;</w:t>
        <w:br/>
        <w:t>Поетове кохання триватиме&lt;br /&gt;</w:t>
        <w:br/>
        <w:t>до смерті&lt;br /&gt;</w:t>
        <w:br/>
        <w:t>Амур, що у думках живе давно&lt;br /&gt;</w:t>
        <w:br/>
        <w:t>І в серці оселивсь, мені на горе,&lt;br /&gt;</w:t>
        <w:br/>
        <w:t>Морщинами чоло моє вже оре&lt;br /&gt;</w:t>
        <w:br/>
        <w:t>І тисне над бровами знамено.&lt;br /&gt;</w:t>
        <w:br/>
        <w:t>А та, кому гасить цей пал дано,&lt;br /&gt;</w:t>
        <w:br/>
        <w:t>Усовіщанням діючи суворо,&lt;br /&gt;</w:t>
        <w:br/>
        <w:t>1 хто сама камінна непокора,&lt;br /&gt;</w:t>
        <w:br/>
        <w:t>Простити нас не хоче все одно.&lt;br /&gt;</w:t>
        <w:br/>
        <w:t>А що ж Амур? Він, плачучи, в цю мить,&lt;br /&gt;</w:t>
        <w:br/>
        <w:t>Забувши все, із трепетом біжить,&lt;br /&gt;</w:t>
        <w:br/>
        <w:t>Щоб більш не появлятися на очі.&lt;br /&gt;</w:t>
        <w:br/>
        <w:t>Невже мого я зраджу владаря?&lt;br /&gt;</w:t>
        <w:br/>
        <w:t>Невже йому услід не кинусь я?&lt;br /&gt;</w:t>
        <w:br/>
        <w:t>З кохання вмерти — смерть така уроча!&lt;br /&gt;</w:t>
        <w:br/>
        <w:t>СХЫ&lt;br /&gt;</w:t>
        <w:br/>
        <w:t>Поет порівнює себе з мотилем&lt;br /&gt;</w:t>
        <w:br/>
        <w:t>У жар опівдні, залетівши з піль,&lt;br /&gt;</w:t>
        <w:br/>
        <w:t>Принаджений іскринкою в зіниці,&lt;br /&gt;</w:t>
        <w:br/>
        <w:t>Ударить боляче, хоч може сам убиться,&lt;br /&gt;</w:t>
        <w:br/>
        <w:t>По оку нерозважливий мотиль.&lt;br /&gt;</w:t>
        <w:br/>
        <w:t>Так і мене, зажеврівши тіль-тіль,&lt;br /&gt;</w:t>
        <w:br/>
        <w:t>Промінний вабить зір, щоб опалиться,&lt;br /&gt;</w:t>
        <w:br/>
        <w:t>Хоч як там будуть ум і тяма злиться,&lt;br /&gt;</w:t>
        <w:br/>
        <w:t>Амур перемага їх без зусиль.&lt;br /&gt;</w:t>
        <w:br/>
        <w:t>Я бачу, що чинити так не треба,&lt;br /&gt;</w:t>
        <w:br/>
        <w:t>Що в оч мені вже зазирає смерть,&lt;br /&gt;</w:t>
        <w:br/>
        <w:t>Що до біди веде, хай чесна, ця тропа.&lt;br /&gt;</w:t>
        <w:br/>
        <w:t>І все ж підхоплений в любовну круговерть,&lt;br /&gt;</w:t>
        <w:br/>
        <w:t>Я плачу про чужих, а не про себе,&lt;br /&gt;</w:t>
        <w:br/>
        <w:t>І рада умирать душа сліпа.&lt;br /&gt;</w:t>
        <w:br/>
        <w:t>СХІЛІ&lt;br /&gt;</w:t>
        <w:br/>
        <w:t>Секстина&lt;br /&gt;</w:t>
        <w:br/>
        <w:t>Поет доводить, що пора згадати&lt;br /&gt;</w:t>
        <w:br/>
        <w:t>про любов до Бога&lt;br /&gt;</w:t>
        <w:br/>
        <w:t>Під тінь ласкаву, під густенне листя&lt;br /&gt;</w:t>
        <w:br/>
        <w:t>Утік я од виснажливого світла,&lt;br /&gt;</w:t>
        <w:br/>
        <w:t>Що сіяло його вже третє небо;&lt;br /&gt;</w:t>
        <w:br/>
        <w:t>Уже од снігу майський вітер гори&lt;br /&gt;</w:t>
        <w:br/>
        <w:t>Опорожняв, оновлюючи час,&lt;br /&gt;</w:t>
        <w:br/>
        <w:t>У долах заквітали трави й віття.&lt;br /&gt;</w:t>
        <w:br/>
        <w:t>Не бачив світ шляхетнішого віття,&lt;br /&gt;</w:t>
        <w:br/>
        <w:t>І зеленішого не пестив вітер листя.&lt;br /&gt;</w:t>
        <w:br/>
        <w:t>Ніж те, яке явив весняний час, —&lt;br /&gt;</w:t>
        <w:br/>
        <w:t>І я, рятуючись від злого світла,&lt;br /&gt;</w:t>
        <w:br/>
        <w:t>Не за тінисті заховався гори,&lt;br /&gt;</w:t>
        <w:br/>
        <w:t>А за лаврину, вирослу під небо.&lt;br /&gt;</w:t>
        <w:br/>
        <w:t>Віднині я не озиравсь на небо,&lt;br /&gt;</w:t>
        <w:br/>
        <w:t>Лиш милувався на чудове листя,&lt;br /&gt;</w:t>
        <w:br/>
        <w:t>В гаях гуляв і забирався в гори,&lt;br /&gt;</w:t>
        <w:br/>
        <w:t>Але ні стовбура не бачив, ані віття,&lt;br /&gt;</w:t>
        <w:br/>
        <w:t>Які б сподобились пошани світла&lt;br /&gt;</w:t>
        <w:br/>
        <w:t>Верховного і зневажали час.&lt;br /&gt;</w:t>
        <w:br/>
        <w:t>Мого завзяття не послабив час,&lt;br /&gt;</w:t>
        <w:br/>
        <w:t>І, кваплячись туди, де чув я небо,&lt;br /&gt;</w:t>
        <w:br/>
        <w:t>У супроводі пломінкого світла,&lt;br /&gt;</w:t>
        <w:br/>
        <w:t>Я повертав до вас, зелене віття,&lt;br /&gt;</w:t>
        <w:br/>
        <w:t>У дні, як землю застеляє листя,&lt;br /&gt;</w:t>
        <w:br/>
        <w:t>У дні, як зелом зеленіють гори.&lt;br /&gt;</w:t>
        <w:br/>
        <w:t>Гаї, каміння, ниви, ріки й гори —&lt;br /&gt;</w:t>
        <w:br/>
        <w:t>Все перетворює на цьому світі час;&lt;br /&gt;</w:t>
        <w:br/>
        <w:t>І хай мені дарує любе листя,&lt;br /&gt;</w:t>
        <w:br/>
        <w:t>Що скільки вже ходило колом небо,&lt;br /&gt;</w:t>
        <w:br/>
        <w:t>1 це, усе в живиці, мокре віття, —&lt;br /&gt;</w:t>
        <w:br/>
        <w:t>Надумав кинуть я, узрівши світло.&lt;br /&gt;</w:t>
        <w:br/>
        <w:t>Вчарований лелінням цього світла,&lt;br /&gt;</w:t>
        <w:br/>
        <w:t>Через високі перебравсь я гори,&lt;br /&gt;</w:t>
        <w:br/>
        <w:t>Аби улюблене побачить віття;&lt;br /&gt;</w:t>
        <w:br/>
        <w:t>Тепер короткий вік, місця і час&lt;br /&gt;</w:t>
        <w:br/>
        <w:t>Стежину іншу вказують на небо&lt;br /&gt;</w:t>
        <w:br/>
        <w:t>І плоду ждуть — не все ж тут квіти й листя.&lt;br /&gt;</w:t>
        <w:br/>
        <w:t>Страсть інша, інше листя й світло,&lt;br /&gt;</w:t>
        <w:br/>
        <w:t>На небо інша путь, і інші гори —&lt;br /&gt;</w:t>
        <w:br/>
        <w:t>Мені шукати час і інше віття.&lt;br /&gt;</w:t>
        <w:br/>
        <w:t>СХІЛІІ&lt;br /&gt;</w:t>
        <w:br/>
        <w:t>До Лауриної подруги&lt;br /&gt;</w:t>
        <w:br/>
        <w:t>Мені так любо чуть Амура мову,&lt;br /&gt;</w:t>
        <w:br/>
        <w:t>Коли вона ще звернута до вас,&lt;br /&gt;</w:t>
        <w:br/>
        <w:t>Палаю так, що пал би мій не згас&lt;br /&gt;</w:t>
        <w:br/>
        <w:t>Й нечулому діставшись юнакові.&lt;br /&gt;</w:t>
        <w:br/>
        <w:t>Перед красою кожен мліть готовий.&lt;br /&gt;</w:t>
        <w:br/>
        <w:t>В моєму серці буря вже знялась.&lt;br /&gt;</w:t>
        <w:br/>
        <w:t>Боюся тільки, як би раз у раз&lt;br /&gt;</w:t>
        <w:br/>
        <w:t>Мої зітхання не глушили зову.&lt;br /&gt;</w:t>
        <w:br/>
        <w:t>Невже повірить маренням моїм?&lt;br /&gt;</w:t>
        <w:br/>
        <w:t>її голівка в кучерях в'юнких,&lt;br /&gt;</w:t>
        <w:br/>
        <w:t>Так, це вона до мене вітром лине.&lt;br /&gt;</w:t>
        <w:br/>
        <w:t>А як же я? У захваті німім,&lt;br /&gt;</w:t>
        <w:br/>
        <w:t>Утупившись, стою ні в сих ні в тих.&lt;br /&gt;</w:t>
        <w:br/>
        <w:t>М о вчиться так й терпливості богині.&lt;br /&gt;</w:t>
        <w:br/>
        <w:t>СХЫУ&lt;br /&gt;</w:t>
        <w:br/>
        <w:t>Сеннуннові дель Бене&lt;br /&gt;</w:t>
        <w:br/>
        <w:t>І сонце в чистім небі після зливи&lt;br /&gt;</w:t>
        <w:br/>
        <w:t>Не так уже прекрасне вочевидь,&lt;br /&gt;</w:t>
        <w:br/>
        <w:t>І райдуга, інакша кожну мить,&lt;br /&gt;</w:t>
        <w:br/>
        <w:t>Не так без порівняння і красива,&lt;br /&gt;</w:t>
        <w:br/>
        <w:t>Як того дня, ясного напродиво,&lt;br /&gt;</w:t>
        <w:br/>
        <w:t>Був світлий і пригожий любий вид,&lt;br /&gt;</w:t>
        <w:br/>
        <w:t>Який не годен я належне похвалить,&lt;br /&gt;</w:t>
        <w:br/>
        <w:t>Слів не знаходячи високих і правдивих.&lt;br /&gt;</w:t>
        <w:br/>
        <w:t>Будив кохання цей урочий зір,&lt;br /&gt;</w:t>
        <w:br/>
        <w:t>Мені, Сеннуччо мій, з тих самих пір&lt;br /&gt;</w:t>
        <w:br/>
        <w:t>Очей ясніших більше не видать.&lt;br /&gt;</w:t>
        <w:br/>
        <w:t>Вона стискала грізний лук рукою,&lt;br /&gt;</w:t>
        <w:br/>
        <w:t>Відтоді смерть висить над головою,&lt;br /&gt;</w:t>
        <w:br/>
        <w:t>Та я б хотів вернуть той день назад.&lt;br /&gt;</w:t>
        <w:br/>
        <w:t>СХІ.У&lt;br /&gt;</w:t>
        <w:br/>
        <w:t>Хай би що суджено поетові,&lt;br /&gt;</w:t>
        <w:br/>
        <w:t>його кохання не зміниться&lt;br /&gt;</w:t>
        <w:br/>
        <w:t>І там, де сонце топить сніг і лід,&lt;br /&gt;</w:t>
        <w:br/>
        <w:t>І там, де жар випалює пашницю,&lt;br /&gt;</w:t>
        <w:br/>
        <w:t>І там, де сонцева огниста колісниця&lt;br /&gt;</w:t>
        <w:br/>
        <w:t>Звершає і завершує політ;&lt;br /&gt;</w:t>
        <w:br/>
        <w:t>І за негоди, і в ясну блакить,&lt;br /&gt;</w:t>
        <w:br/>
        <w:t>Повітря чисте чи імла клубиться,&lt;br /&gt;</w:t>
        <w:br/>
        <w:t>Коротка ніч чи день усе бариться,&lt;br /&gt;</w:t>
        <w:br/>
        <w:t>Чи вже благословляється на світ;&lt;br /&gt;</w:t>
        <w:br/>
        <w:t>І в небесах, і в чортовім болоті,&lt;br /&gt;</w:t>
        <w:br/>
        <w:t>Байдуже, це гора чи долу спід,&lt;br /&gt;</w:t>
        <w:br/>
        <w:t>Дух вільний чи ув'язнений у плоті,&lt;br /&gt;</w:t>
        <w:br/>
        <w:t>Хай зганьблений, хай піднятий на щит,&lt;br /&gt;</w:t>
        <w:br/>
        <w:t>Зостануся таким, як був я доти,&lt;br /&gt;</w:t>
        <w:br/>
        <w:t>Зітхаючи уже п'ятнадцять літ.&lt;br /&gt;</w:t>
        <w:br/>
        <w:t>СХІЛЧ&lt;br /&gt;</w:t>
        <w:br/>
        <w:t>Поет уболіває, що не може&lt;br /&gt;</w:t>
        <w:br/>
        <w:t>достойно оспівати чесноти&lt;br /&gt;</w:t>
        <w:br/>
        <w:t>і красу своєї донни&lt;br /&gt;</w:t>
        <w:br/>
        <w:t>О душе чиста, щоб ушанувати&lt;br /&gt;</w:t>
        <w:br/>
        <w:t>Тебе, не стане сторінок і пер!&lt;br /&gt;</w:t>
        <w:br/>
        <w:t>О честе, певне, із надхмарних сфер,&lt;br /&gt;</w:t>
        <w:br/>
        <w:t>Верхів'я, попід небеса узяте!&lt;br /&gt;</w:t>
        <w:br/>
        <w:t>О полум'я, о рожі пелехаті,&lt;br /&gt;</w:t>
        <w:br/>
        <w:t>Полотна над якими сніг простер!&lt;br /&gt;</w:t>
        <w:br/>
        <w:t>0 щастя милуватися тепер&lt;br /&gt;</w:t>
        <w:br/>
        <w:t>На те, що кращим годі уявляти!&lt;br /&gt;</w:t>
        <w:br/>
        <w:t>Аби поет ясніший був із мене&lt;br /&gt;</w:t>
        <w:br/>
        <w:t>В далечині, про вас би Тула знала,&lt;br /&gt;</w:t>
        <w:br/>
        <w:t>Бактр, Кальпа, Танаїс, Олімп, Атлас.&lt;br /&gt;</w:t>
        <w:br/>
        <w:t>Та що самої лиш охоти мало,&lt;br /&gt;</w:t>
        <w:br/>
        <w:t>Почує край чудовий ваше ймення:&lt;br /&gt;</w:t>
        <w:br/>
        <w:t>Від Альп до моря я прославлю вас.&lt;br /&gt;</w:t>
        <w:br/>
        <w:t>СХЬУН&lt;br /&gt;</w:t>
        <w:br/>
        <w:t>Любовні випробування&lt;br /&gt;</w:t>
        <w:br/>
        <w:t>Лише вудила і чіпкі остроги,&lt;br /&gt;</w:t>
        <w:br/>
        <w:t>Коли мене гнуздає сильна хіть,&lt;br /&gt;</w:t>
        <w:br/>
        <w:t>її ще можуть якось поскромить,&lt;br /&gt;</w:t>
        <w:br/>
        <w:t>1 тільки в цьому знати осторогу;&lt;br /&gt;</w:t>
        <w:br/>
        <w:t>Й ведуть до тої, що могла б тривоги&lt;br /&gt;</w:t>
        <w:br/>
        <w:t>І муку на чолі моїм узріть,&lt;br /&gt;</w:t>
        <w:br/>
        <w:t>Щоб запалив Амур мені в одвіт&lt;br /&gt;</w:t>
        <w:br/>
        <w:t>Огонь очей, стурбований і строгий.&lt;br /&gt;</w:t>
        <w:br/>
        <w:t>Тоді, немов од гніву Зевса-Пана,&lt;br /&gt;</w:t>
        <w:br/>
        <w:t>Хіть відсахнеться й тим уже здобріє, —&lt;br /&gt;</w:t>
        <w:br/>
        <w:t>Всесилій притаманний сильний страх!&lt;br /&gt;</w:t>
        <w:br/>
        <w:t>Вогонь солом'яний й несмілива надія&lt;br /&gt;</w:t>
        <w:br/>
        <w:t>Душі моєї зовсім зримі стануть,&lt;br /&gt;</w:t>
        <w:br/>
        <w:t>І потурання знайдуть ув очах.&lt;br /&gt;</w:t>
        <w:br/>
        <w:t>СХЬУІІІ&lt;br /&gt;</w:t>
        <w:br/>
        <w:t>Алегорична похвала джерелу Сорт&lt;br /&gt;</w:t>
        <w:br/>
        <w:t>і лавру, посадженому на берегах річки&lt;br /&gt;</w:t>
        <w:br/>
        <w:t>По, Тезин, Вар, Алфей, Гаронна, В'єнна,&lt;br /&gt;</w:t>
        <w:br/>
        <w:t>Жиронда, що навпіл розбила суходіл,&lt;br /&gt;</w:t>
        <w:br/>
        <w:t>Інд, Ера, Тигр, Євфрат, Ганг, Ельба, Ніл,&lt;br /&gt;</w:t>
        <w:br/>
        <w:t>Ібр, Арно, Танаїс, Рейн, Рона, Сена;&lt;br /&gt;</w:t>
        <w:br/>
        <w:t>Плющ, ялівець, ялина, кущ вербени&lt;br /&gt;</w:t>
        <w:br/>
        <w:t>Мені не виб'ють молодецьких сил;&lt;br /&gt;</w:t>
        <w:br/>
        <w:t>Крізь сльози так співається звідсіль,&lt;br /&gt;</w:t>
        <w:br/>
        <w:t>Де річки берег й лавра лист зелений.&lt;br /&gt;</w:t>
        <w:br/>
        <w:t>Черпаю я сподівану підмогу,&lt;br /&gt;</w:t>
        <w:br/>
        <w:t>Зійшовшись із Амуром у бою,&lt;br /&gt;</w:t>
        <w:br/>
        <w:t>Хоть час усе жене мене в дорогу.&lt;br /&gt;</w:t>
        <w:br/>
        <w:t>Рости ж, лаврино! Скритий в тінь твою,&lt;br /&gt;</w:t>
        <w:br/>
        <w:t>Твій садівник, під тихий плюск вологи,&lt;br /&gt;</w:t>
        <w:br/>
        <w:t>Паперу душу сповіря свою.&lt;br /&gt;</w:t>
        <w:br/>
        <w:t>схих&lt;br /&gt;</w:t>
        <w:br/>
        <w:t>Балада&lt;br /&gt;</w:t>
        <w:br/>
        <w:t>Поетове бажання зростає разом&lt;br /&gt;</w:t>
        <w:br/>
        <w:t>з надією&lt;br /&gt;</w:t>
        <w:br/>
        <w:t>Часом до мене не такі суворі&lt;br /&gt;</w:t>
        <w:br/>
        <w:t>ЛИК ЯНГОЛЬСЬКИЙ І любий сміх. І зміни&lt;br /&gt;</w:t>
        <w:br/>
        <w:t>Вже видно навіть з міни,&lt;br /&gt;</w:t>
        <w:br/>
        <w:t>З ласкавішого, ніж раніше, зору.&lt;br /&gt;</w:t>
        <w:br/>
        <w:t>Що ці зітхання втворюють зі мною?&lt;br /&gt;</w:t>
        <w:br/>
        <w:t>Зродилися з печалі&lt;br /&gt;</w:t>
        <w:br/>
        <w:t>І людям показали&lt;br /&gt;</w:t>
        <w:br/>
        <w:t>Усю злиденність животіння цього.&lt;br /&gt;</w:t>
        <w:br/>
        <w:t>Коли лице я оберну порою,&lt;br /&gt;</w:t>
        <w:br/>
        <w:t>Спочинок серцю давши, —&lt;br /&gt;</w:t>
        <w:br/>
        <w:t>Хіба Амур не завше&lt;br /&gt;</w:t>
        <w:br/>
        <w:t>Підтримує мене й дає підмогу?&lt;br /&gt;</w:t>
        <w:br/>
        <w:t>Та цій війні іще тривати довго.&lt;br /&gt;</w:t>
        <w:br/>
        <w:t>І на душі я спокою не маю,&lt;br /&gt;</w:t>
        <w:br/>
        <w:t>Бо чим палкіш бажаю,&lt;br /&gt;</w:t>
        <w:br/>
        <w:t>Тим ревніше надія сумнів боре.&lt;br /&gt;</w:t>
        <w:br/>
        <w:t>СЬ&lt;br /&gt;</w:t>
        <w:br/>
        <w:t>Розмова поета зі своєю душею&lt;br /&gt;</w:t>
        <w:br/>
        <w:t>— Душе, як бути? Чим майбутнє диха?&lt;br /&gt;</w:t>
        <w:br/>
        <w:t>Чи прийде мир? Чи вічно буть війні?&lt;br /&gt;</w:t>
        <w:br/>
        <w:t>— Не знаю; вочевидь лише одне мені:&lt;br /&gt;</w:t>
        <w:br/>
        <w:t>У її зорі видно й наше лихо.&lt;br /&gt;</w:t>
        <w:br/>
        <w:t>— Що в тому, як цей зір, собі на втіху,&lt;br /&gt;</w:t>
        <w:br/>
        <w:t>Морозить жар, а лід пече в огні?&lt;br /&gt;</w:t>
        <w:br/>
        <w:t>— Аби ж то річ лише у ній, так ні!&lt;br /&gt;</w:t>
        <w:br/>
        <w:t>— Нехай! Але мовчать і хоч би слово стиха!&lt;br /&gt;</w:t>
        <w:br/>
        <w:t>— Язик, бува, мовчить, але щемить душа.&lt;br /&gt;</w:t>
        <w:br/>
        <w:t>Порою лагодою сяє добрий вид,&lt;br /&gt;</w:t>
        <w:br/>
        <w:t>Але сльозина набіга з-під вії.&lt;br /&gt;</w:t>
        <w:br/>
        <w:t>— Та розум не спокійний ні на мить,&lt;br /&gt;</w:t>
        <w:br/>
        <w:t>Скорботи він стійкої не вгаша;&lt;br /&gt;</w:t>
        <w:br/>
        <w:t>Бідаха знає: марні всі надії.&lt;br /&gt;</w:t>
        <w:br/>
        <w:t>СІЛ&lt;br /&gt;</w:t>
        <w:br/>
        <w:t>Поет оспівує силу погляду&lt;br /&gt;</w:t>
        <w:br/>
        <w:t>своєї донни&lt;br /&gt;</w:t>
        <w:br/>
        <w:t>Від хвищі не втікає так морської&lt;br /&gt;</w:t>
        <w:br/>
        <w:t>Скоріш у гавань зморений стерник,&lt;br /&gt;</w:t>
        <w:br/>
        <w:t>Як я од муки утікати звик&lt;br /&gt;</w:t>
        <w:br/>
        <w:t>До тої, хто жаги й не заспокоїть.&lt;br /&gt;</w:t>
        <w:br/>
        <w:t>І смертного так з висі осяйної&lt;br /&gt;</w:t>
        <w:br/>
        <w:t>Божественний не засліпляє лик,&lt;br /&gt;</w:t>
        <w:br/>
        <w:t>Як та, у кого чорне з білим встик&lt;br /&gt;</w:t>
        <w:br/>
        <w:t>І хто стріли чека лиш золотої.&lt;br /&gt;</w:t>
        <w:br/>
        <w:t>Він не сліпий, я бачу пахоля;&lt;br /&gt;</w:t>
        <w:br/>
        <w:t>Без сорому себе він заголя;&lt;br /&gt;</w:t>
        <w:br/>
        <w:t>Стоїть живий, а за плечима крила.&lt;br /&gt;</w:t>
        <w:br/>
        <w:t>Тепер таємне зринуло наяв,&lt;br /&gt;</w:t>
        <w:br/>
        <w:t>Слова, що про кохання я казав:&lt;br /&gt;</w:t>
        <w:br/>
        <w:t>Мені дівочі очі все розкрили.&lt;br /&gt;</w:t>
        <w:br/>
        <w:t>СІЛІ&lt;br /&gt;</w:t>
        <w:br/>
        <w:t>Поет нарікає на свою нерішучість&lt;br /&gt;</w:t>
        <w:br/>
        <w:t>Покірний звір, хоч тигряча повада,&lt;br /&gt;</w:t>
        <w:br/>
        <w:t>Щось людське, але й янгольське на вид, —&lt;br /&gt;</w:t>
        <w:br/>
        <w:t>В надії, в страсі, між утіх і бід,&lt;br /&gt;</w:t>
        <w:br/>
        <w:t>Кручусь я біля тебе до упаду.&lt;br /&gt;</w:t>
        <w:br/>
        <w:t>То випустиш, то обів'єшся гадом,&lt;br /&gt;</w:t>
        <w:br/>
        <w:t>То пазурами ладна знов схопить, —&lt;br /&gt;</w:t>
        <w:br/>
        <w:t>Все на одно — тому уже не жить,&lt;br /&gt;</w:t>
        <w:br/>
        <w:t>Кого любов солодким поїть ядом.&lt;br /&gt;</w:t>
        <w:br/>
        <w:t>І вже несила моці захирілій&lt;br /&gt;</w:t>
        <w:br/>
        <w:t>Узяти верх над цими обома:&lt;br /&gt;</w:t>
        <w:br/>
        <w:t>Морозним льодом й жаром у горнилі.&lt;br /&gt;</w:t>
        <w:br/>
        <w:t>І хоче самогубцем стать сама,&lt;br /&gt;</w:t>
        <w:br/>
        <w:t>Як та, яка вже нас осиротила.&lt;br /&gt;</w:t>
        <w:br/>
        <w:t>Та сил нема. І смерті теж нема.&lt;br /&gt;</w:t>
        <w:br/>
        <w:t>сип&lt;br /&gt;</w:t>
        <w:br/>
        <w:t>Поет просить притулку у смерті&lt;br /&gt;</w:t>
        <w:br/>
        <w:t>Палке зітхання, ЙДИ до замку серця,&lt;br /&gt;</w:t>
        <w:br/>
        <w:t>Від криги хай відтане Вболівання!&lt;br /&gt;</w:t>
        <w:br/>
        <w:t>Лети аж до небес, моє ридання, —-&lt;br /&gt;</w:t>
        <w:br/>
        <w:t>Хай смерть чи ласку являть страстотерпцю.&lt;br /&gt;</w:t>
        <w:br/>
        <w:t>Гаряча думко, просвіти у герці&lt;br /&gt;</w:t>
        <w:br/>
        <w:t>Того, хто схаменеться хоч востаннє.&lt;br /&gt;</w:t>
        <w:br/>
        <w:t>І якщо доля знову не обмане,&lt;br /&gt;</w:t>
        <w:br/>
        <w:t>Ми відшукаєм до рятунку дверці.&lt;br /&gt;</w:t>
        <w:br/>
        <w:t>Чи може мисль переконать мене,&lt;br /&gt;</w:t>
        <w:br/>
        <w:t>Що наше житов'я — якесь похмуре,&lt;br /&gt;</w:t>
        <w:br/>
        <w:t>Зате її — погідне і ясне.&lt;br /&gt;</w:t>
        <w:br/>
        <w:t>Отож рушай ти в путь уже з Амуром,&lt;br /&gt;</w:t>
        <w:br/>
        <w:t>І всяке лихо, може, нас мине,&lt;br /&gt;</w:t>
        <w:br/>
        <w:t>Як світоч помахає без зажури.&lt;br /&gt;</w:t>
        <w:br/>
        <w:t>СІЛУ&lt;br /&gt;</w:t>
        <w:br/>
        <w:t>Досконала краса і досконала&lt;br /&gt;</w:t>
        <w:br/>
        <w:t>чеснота поетової донни&lt;br /&gt;</w:t>
        <w:br/>
        <w:t>Планети, небо, зорі всі загалом,&lt;br /&gt;</w:t>
        <w:br/>
        <w:t>Суперники розвихрених стихій,&lt;br /&gt;</w:t>
        <w:br/>
        <w:t>Красою-величчю творили в ній&lt;br /&gt;</w:t>
        <w:br/>
        <w:t>Душі своєї осяйне зерцало.&lt;br /&gt;</w:t>
        <w:br/>
        <w:t>І сонечко нове нам заблищало,&lt;br /&gt;</w:t>
        <w:br/>
        <w:t>І опустилось безліч смертних вій.&lt;br /&gt;</w:t>
        <w:br/>
        <w:t>Амур подбав, щоб погляд чийсь дерзкий&lt;br /&gt;</w:t>
        <w:br/>
        <w:t>Не торопів на диво небувале.&lt;br /&gt;</w:t>
        <w:br/>
        <w:t>Пронизане очей її промінням,&lt;br /&gt;</w:t>
        <w:br/>
        <w:t>Пала повітря, наче купина.&lt;br /&gt;</w:t>
        <w:br/>
        <w:t>І вільно дихає у ньому тільки цнота.&lt;br /&gt;</w:t>
        <w:br/>
        <w:t>Та ница хіть побита вже камінням,&lt;br /&gt;</w:t>
        <w:br/>
        <w:t>Бо хто на світі істини не зна:&lt;br /&gt;</w:t>
        <w:br/>
        <w:t>Як є краса, то й доблесть буде доти.&lt;br /&gt;</w:t>
        <w:br/>
        <w:t>Лаурині сльози&lt;br /&gt;</w:t>
        <w:br/>
        <w:t>Юпітер з Цезарем наготувались двоє&lt;br /&gt;</w:t>
        <w:br/>
        <w:t>Мечем і громом винних покарать.&lt;br /&gt;</w:t>
        <w:br/>
        <w:t>Аж це Мольба їх кинулась благать,&lt;br /&gt;</w:t>
        <w:br/>
        <w:t>І випала із рук їх грізна зброя.&lt;br /&gt;</w:t>
        <w:br/>
        <w:t>Мадонна плакала; щоб якось заспокоїть,&lt;br /&gt;</w:t>
        <w:br/>
        <w:t>Амур почав мене у свідки звать,&lt;br /&gt;</w:t>
        <w:br/>
        <w:t>І я утратив сон, душевний лад,&lt;br /&gt;</w:t>
        <w:br/>
        <w:t>І з мене і не вийшло так героя.&lt;br /&gt;</w:t>
        <w:br/>
        <w:t>Амур береться тихими словами&lt;br /&gt;</w:t>
        <w:br/>
        <w:t>Намалювать мені жалі почуті,&lt;br /&gt;</w:t>
        <w:br/>
        <w:t>Накарбувати серце, мов перлину.&lt;br /&gt;</w:t>
        <w:br/>
        <w:t>А потім з хитрими й надійними ключами&lt;br /&gt;</w:t>
        <w:br/>
        <w:t>Повернеться, щоб з мене ще добути&lt;br /&gt;</w:t>
        <w:br/>
        <w:t>Зітхання довгі і скупу сльозину.&lt;br /&gt;</w:t>
        <w:br/>
        <w:t>сіла&lt;br /&gt;</w:t>
        <w:br/>
        <w:t>Той самий сюжет&lt;br /&gt;</w:t>
        <w:br/>
        <w:t>Якось мені зустрівся серафим —&lt;br /&gt;</w:t>
        <w:br/>
        <w:t>Гарнішого нема створіння в світі,&lt;br /&gt;</w:t>
        <w:br/>
        <w:t>І спогад цей живе від тої миті&lt;br /&gt;</w:t>
        <w:br/>
        <w:t>І збурює, мов тінь, мов сон, мов дим.&lt;br /&gt;</w:t>
        <w:br/>
        <w:t>Я бачив сльози двох огнів, яким&lt;br /&gt;</w:t>
        <w:br/>
        <w:t>Далеко й сонцеві, аби отак світити;&lt;br /&gt;</w:t>
        <w:br/>
        <w:t>І чув я спів — він змусив би тремтіти&lt;br /&gt;</w:t>
        <w:br/>
        <w:t>Високі гори й водам дав би стрим.&lt;br /&gt;</w:t>
        <w:br/>
        <w:t>Все: біль і жалість, розум і чеснота —&lt;br /&gt;</w:t>
        <w:br/>
        <w:t>Злилося у довершення земне,&lt;br /&gt;</w:t>
        <w:br/>
        <w:t>Якого ще цей світ не відав доти;&lt;br /&gt;</w:t>
        <w:br/>
        <w:t>І ближче небо стало осяйне,&lt;br /&gt;</w:t>
        <w:br/>
        <w:t>Й повітря так завмерло у сонноті,&lt;br /&gt;</w:t>
        <w:br/>
        <w:t>Що навіть лист на гілці не кивне.&lt;br /&gt;</w:t>
        <w:br/>
        <w:t>СІЛІЇ&lt;br /&gt;</w:t>
        <w:br/>
        <w:t>Той самий сюжет&lt;br /&gt;</w:t>
        <w:br/>
        <w:t>Цей день палкий ще у мені живе&lt;br /&gt;</w:t>
        <w:br/>
        <w:t>І досі уявляється як диво.&lt;br /&gt;</w:t>
        <w:br/>
        <w:t>Чи спише хоч перо його правдиво&lt;br /&gt;</w:t>
        <w:br/>
        <w:t>Так, як душа леліє і зове?&lt;br /&gt;</w:t>
        <w:br/>
        <w:t>А як страждання виникне нове?&lt;br /&gt;</w:t>
        <w:br/>
        <w:t>Вона сумна, але така красива.&lt;br /&gt;</w:t>
        <w:br/>
        <w:t>Навряд щоб смертне божество чи діва&lt;br /&gt;</w:t>
        <w:br/>
        <w:t>Це небо роз'яснила грозове.&lt;br /&gt;</w:t>
        <w:br/>
        <w:t>Волосся — золото, і мов з ебену брови,&lt;br /&gt;</w:t>
        <w:br/>
        <w:t>Чоло як сніг, і очі — як зірки,&lt;br /&gt;</w:t>
        <w:br/>
        <w:t>З яких Амур пускає стріли зразу.&lt;br /&gt;</w:t>
        <w:br/>
        <w:t>Уста — корали й рожі пурпурові —&lt;br /&gt;</w:t>
        <w:br/>
        <w:t>Ласкавих нарікань полон гіркий...&lt;br /&gt;</w:t>
        <w:br/>
        <w:t>Зітхання полумінь і сліз ясні алмази.&lt;br /&gt;</w:t>
        <w:br/>
        <w:t>СЬУІІІ&lt;br /&gt;</w:t>
        <w:br/>
        <w:t>Той самий сюжет&lt;br /&gt;</w:t>
        <w:br/>
        <w:t>Коли уперто, без моїх зусиль,&lt;br /&gt;</w:t>
        <w:br/>
        <w:t>Мені щось очі завше повертає,&lt;br /&gt;</w:t>
        <w:br/>
        <w:t>Я знаю, що це діву зображає,&lt;br /&gt;</w:t>
        <w:br/>
        <w:t>Щоб нагадати про любов, мій біль.&lt;br /&gt;</w:t>
        <w:br/>
        <w:t>її подоба ніби ставить ціль&lt;br /&gt;</w:t>
        <w:br/>
        <w:t>Про сум поговорить, що серце крає,&lt;br /&gt;</w:t>
        <w:br/>
        <w:t>Й зітхання за якимсь незбутнім раєм,&lt;br /&gt;</w:t>
        <w:br/>
        <w:t>І річ жива лунають серед піль.&lt;br /&gt;</w:t>
        <w:br/>
        <w:t>Амур і правда тут зі мною згодні&lt;br /&gt;</w:t>
        <w:br/>
        <w:t>(Та це й не розірвати одне з одним):&lt;br /&gt;</w:t>
        <w:br/>
        <w:t>На цій землі вона краса сама.&lt;br /&gt;</w:t>
        <w:br/>
        <w:t>Ніжніш за голосок нема на світі,&lt;br /&gt;</w:t>
        <w:br/>
        <w:t>І за сльозу чистіш, щоб застелити&lt;br /&gt;</w:t>
        <w:br/>
        <w:t>Прекрасні очі, теж ніде нема.&lt;br /&gt;</w:t>
        <w:br/>
        <w:t>CLIX&lt;br /&gt;</w:t>
        <w:br/>
        <w:t>Душевна краса поєднується&lt;br /&gt;</w:t>
        <w:br/>
        <w:t>в коханої з красою тілесною&lt;br /&gt;</w:t>
        <w:br/>
        <w:t>Де той небесний рай, де та Ідея,&lt;br /&gt;</w:t>
        <w:br/>
        <w:t>За прикладом яких Природа узяла&lt;br /&gt;</w:t>
        <w:br/>
        <w:t>Опуклу звабу білого чола,&lt;br /&gt;</w:t>
        <w:br/>
        <w:t>Те, що й дива затьмило Емпірея?&lt;br /&gt;</w:t>
        <w:br/>
        <w:t>Де Німфа, що текучою струєю&lt;br /&gt;</w:t>
        <w:br/>
        <w:t>Волосся золотого так цвіла?&lt;br /&gt;</w:t>
        <w:br/>
        <w:t>В чиїй душі нема ні дрібки зла,&lt;br /&gt;</w:t>
        <w:br/>
        <w:t>Дарма що я боюсь іти за нею?&lt;br /&gt;</w:t>
        <w:br/>
        <w:t>Іскряве полум'я в очах богині&lt;br /&gt;</w:t>
        <w:br/>
        <w:t>Чи може мрією єдиною шукати&lt;br /&gt;</w:t>
        <w:br/>
        <w:t>Той, хто не зрів її очей живих?&lt;br /&gt;</w:t>
        <w:br/>
        <w:t>З кохання покріпиться чи загине&lt;br /&gt;</w:t>
        <w:br/>
        <w:t>Той, хто не чув, які на мед багаті&lt;br /&gt;</w:t>
        <w:br/>
        <w:t>І її мова, і зітхання, й сміх?&lt;br /&gt;</w:t>
        <w:br/>
        <w:t>СЬХ&lt;br /&gt;</w:t>
        <w:br/>
        <w:t>Досконалість поетової донни&lt;br /&gt;</w:t>
        <w:br/>
        <w:t>Амур і я — обидва з давніх пір&lt;br /&gt;</w:t>
        <w:br/>
        <w:t>Дивуємось: яка вона чудова!&lt;br /&gt;</w:t>
        <w:br/>
        <w:t>А що вже сміх дзвінкий і люба мова.&lt;br /&gt;</w:t>
        <w:br/>
        <w:t>В душі від них завжди такий сумир.&lt;br /&gt;</w:t>
        <w:br/>
        <w:t>А сяєво очей немов те сяйво зір,&lt;br /&gt;</w:t>
        <w:br/>
        <w:t>Вчувається мені у цьому щось від зову.&lt;br /&gt;</w:t>
        <w:br/>
        <w:t>Світило ж інше, раннє чи смеркове,&lt;br /&gt;</w:t>
        <w:br/>
        <w:t>Уже не підійшло б мені за взір.&lt;br /&gt;</w:t>
        <w:br/>
        <w:t>Побачити її така любота,&lt;br /&gt;</w:t>
        <w:br/>
        <w:t>Чи то сидить вона на моріжку,&lt;br /&gt;</w:t>
        <w:br/>
        <w:t>Сама, сказати б, найпишніший квіт.&lt;br /&gt;</w:t>
        <w:br/>
        <w:t>Чи то у пору весняну, пахку&lt;br /&gt;</w:t>
        <w:br/>
        <w:t>В замрії вирушає побродить,&lt;br /&gt;</w:t>
        <w:br/>
        <w:t>Корону сплівши з крученого злота.&lt;br /&gt;</w:t>
        <w:br/>
        <w:t>СЬХІ&lt;br /&gt;</w:t>
        <w:br/>
        <w:t>Поет найнещасніший з коханців&lt;br /&gt;</w:t>
        <w:br/>
        <w:t>О кроки тихі, о думки просторі,&lt;br /&gt;</w:t>
        <w:br/>
        <w:t>О спомини, о палахке пишання,&lt;br /&gt;</w:t>
        <w:br/>
        <w:t>О серця щем, о трепетне бажання,&lt;br /&gt;</w:t>
        <w:br/>
        <w:t>О вічі, дві криниченьки у горі.&lt;br /&gt;</w:t>
        <w:br/>
        <w:t>О листя, що підносить чола вгору,&lt;br /&gt;</w:t>
        <w:br/>
        <w:t>Одне двом доброчесностям визнання,&lt;br /&gt;</w:t>
        <w:br/>
        <w:t>О тяготи, о незначне зблукання,&lt;br /&gt;</w:t>
        <w:br/>
        <w:t>Яке веде округ у доли й гори.&lt;br /&gt;</w:t>
        <w:br/>
        <w:t>О гожий лику! Тут уже я мушу&lt;br /&gt;</w:t>
        <w:br/>
        <w:t>Послухатись Амурових велінь:&lt;br /&gt;</w:t>
        <w:br/>
        <w:t>Того, хто бришкає, узяти в шори.&lt;br /&gt;</w:t>
        <w:br/>
        <w:t>О чистії й тихолюбиві душі,&lt;br /&gt;</w:t>
        <w:br/>
        <w:t>Хоч ви живі, та ви вже тінь і тлінь,&lt;br /&gt;</w:t>
        <w:br/>
        <w:t>Погляньте ж на мою сердечну змору!&lt;br /&gt;</w:t>
        <w:br/>
        <w:t>СЬХН&lt;br /&gt;</w:t>
        <w:br/>
        <w:t>Поет ревнує до всього,&lt;br /&gt;</w:t>
        <w:br/>
        <w:t>що оточує його донну&lt;br /&gt;</w:t>
        <w:br/>
        <w:t>Блаженні квіти і щасливі трави&lt;br /&gt;</w:t>
        <w:br/>
        <w:t>Там, де мрійливо діва моя йшла,&lt;br /&gt;</w:t>
        <w:br/>
        <w:t>Де чула її річечка мала,&lt;br /&gt;</w:t>
        <w:br/>
        <w:t>І де хилилась мурава ласкава.&lt;br /&gt;</w:t>
        <w:br/>
        <w:t>Гаї тінисті і дубочків лави,&lt;br /&gt;</w:t>
        <w:br/>
        <w:t>Омела, що гілля їх обплела,&lt;br /&gt;</w:t>
        <w:br/>
        <w:t>Дрімучий бір, де не затьмила мла&lt;br /&gt;</w:t>
        <w:br/>
        <w:t>Живого сонця променисту славу.&lt;br /&gt;</w:t>
        <w:br/>
        <w:t>Чудовий край, прозірчаста ріка,&lt;br /&gt;</w:t>
        <w:br/>
        <w:t>Омийте лик ясний і тії очі,&lt;br /&gt;</w:t>
        <w:br/>
        <w:t>Впиваючи світила блиск урочий.&lt;br /&gt;</w:t>
        <w:br/>
        <w:t>Настільки мисль моя із вашою близька!&lt;br /&gt;</w:t>
        <w:br/>
        <w:t>Адже не зможе і скала тривка&lt;br /&gt;</w:t>
        <w:br/>
        <w:t>Спахнути так, як я, якщо й захоче.&lt;br /&gt;</w:t>
        <w:br/>
        <w:t>СЬХІІІ&lt;br /&gt;</w:t>
        <w:br/>
        <w:t>Поет прагне, щоб його донна&lt;br /&gt;</w:t>
        <w:br/>
        <w:t>зглянулася на його кохання&lt;br /&gt;</w:t>
        <w:br/>
        <w:t>Амуре, то оце твоя мета —&lt;br /&gt;</w:t>
        <w:br/>
        <w:t>Вести мене, пропащу сиротину,&lt;br /&gt;</w:t>
        <w:br/>
        <w:t>Дорогою до самого загину?&lt;br /&gt;</w:t>
        <w:br/>
        <w:t>Ти ж бачиш, що людина я не та.&lt;br /&gt;</w:t>
        <w:br/>
        <w:t>Замучила мене ця суєта —&lt;br /&gt;</w:t>
        <w:br/>
        <w:t>З тобою вирушати кожну днину&lt;br /&gt;</w:t>
        <w:br/>
        <w:t>І дертися з вершини на вершину.&lt;br /&gt;</w:t>
        <w:br/>
        <w:t>Втомивсь я, а тропа така крута.&lt;br /&gt;</w:t>
        <w:br/>
        <w:t>Я бачу віддалік звабні вогні&lt;br /&gt;</w:t>
        <w:br/>
        <w:t>І вже ніколи не верну назад.&lt;br /&gt;</w:t>
        <w:br/>
        <w:t>Шкода, що замість крил лопатки звислі.&lt;br /&gt;</w:t>
        <w:br/>
        <w:t>А так хотілось би, безкрилому, мені&lt;br /&gt;</w:t>
        <w:br/>
        <w:t>З тобою, легкокрилим, поспішать.&lt;br /&gt;</w:t>
        <w:br/>
        <w:t>Аби ж знаття, що діві це до мислі.&lt;br /&gt;</w:t>
        <w:br/>
        <w:t>Поет страждає і не може зцілитися&lt;br /&gt;</w:t>
        <w:br/>
        <w:t>від такого любого йому самому&lt;br /&gt;</w:t>
        <w:br/>
        <w:t>страждання&lt;br /&gt;</w:t>
        <w:br/>
        <w:t>Земля і небо — у солодкім сні,&lt;br /&gt;</w:t>
        <w:br/>
        <w:t>Відпочивають хижий звір і птиця,&lt;br /&gt;</w:t>
        <w:br/>
        <w:t>В об'їзд руша зірчаста колісниця,&lt;br /&gt;</w:t>
        <w:br/>
        <w:t>І моря хвильки вже неголосні.&lt;br /&gt;</w:t>
        <w:br/>
        <w:t>Ходжу, нудьгую, голова в огні,&lt;br /&gt;</w:t>
        <w:br/>
        <w:t>А сльози, скільки тим сльозам ще литься!&lt;br /&gt;</w:t>
        <w:br/>
        <w:t>Уже не горювать, а впору злиться,&lt;br /&gt;</w:t>
        <w:br/>
        <w:t>Та любий образ — втіха все ж мені.&lt;br /&gt;</w:t>
        <w:br/>
        <w:t>Щоб пить солодку і гірку струю,&lt;br /&gt;</w:t>
        <w:br/>
        <w:t>До одного джерела припадаю.&lt;br /&gt;</w:t>
        <w:br/>
        <w:t>Одна рука то пестить, то ударить.&lt;br /&gt;</w:t>
        <w:br/>
        <w:t>Чи є кінець на муку цю мою?&lt;br /&gt;</w:t>
        <w:br/>
        <w:t>Стократ на день народжуюсь, вмираю,&lt;br /&gt;</w:t>
        <w:br/>
        <w:t>І нікому обрятувать від кари.&lt;br /&gt;</w:t>
        <w:br/>
        <w:t>СЬХУ&lt;br /&gt;</w:t>
        <w:br/>
        <w:t>Які доннині принади ваблять&lt;br /&gt;</w:t>
        <w:br/>
        <w:t>поета&lt;br /&gt;</w:t>
        <w:br/>
        <w:t>Вона ступає тихо в мураву,&lt;br /&gt;</w:t>
        <w:br/>
        <w:t>І миттю звідусіль барвисті квіти&lt;br /&gt;</w:t>
        <w:br/>
        <w:t>Назустріч пелюстки спішать розкрити,&lt;br /&gt;</w:t>
        <w:br/>
        <w:t>Щоб це здалося сном їй наяву.&lt;br /&gt;</w:t>
        <w:br/>
        <w:t>Амур, офіру здибавши нову,&lt;br /&gt;</w:t>
        <w:br/>
        <w:t>Навиклий завше власть свою явити,&lt;br /&gt;</w:t>
        <w:br/>
        <w:t>Ллє із очей блаженство боговите —&lt;br /&gt;</w:t>
        <w:br/>
        <w:t>Я іншої утіхи й не зову.&lt;br /&gt;</w:t>
        <w:br/>
        <w:t>Ході й очам віддавши вже належне,&lt;br /&gt;</w:t>
        <w:br/>
        <w:t>А їм до пари ще й прегарній мові,&lt;br /&gt;</w:t>
        <w:br/>
        <w:t>Четвертою назву смиренну вдачу.&lt;br /&gt;</w:t>
        <w:br/>
        <w:t>З цих іскор народитися готовий&lt;br /&gt;</w:t>
        <w:br/>
        <w:t>Огонь, з яким я так необережний,&lt;br /&gt;</w:t>
        <w:br/>
        <w:t>Як птах нічний у світлі дня гарячім.&lt;br /&gt;</w:t>
        <w:br/>
        <w:t>СЬХУІ&lt;br /&gt;</w:t>
        <w:br/>
        <w:t>Поет боїться підвести свою&lt;br /&gt;</w:t>
        <w:br/>
        <w:t>поетичну зорю&lt;br /&gt;</w:t>
        <w:br/>
        <w:t>Триматися б яскині Аполлона,&lt;br /&gt;</w:t>
        <w:br/>
        <w:t>Де він пророкував для всього світу,&lt;br /&gt;</w:t>
        <w:br/>
        <w:t>Дістала б і Флоренція піїта,&lt;br /&gt;</w:t>
        <w:br/>
        <w:t>Як Мантуя, Арунка і Верона.&lt;br /&gt;</w:t>
        <w:br/>
        <w:t>Та на землі моїй з сухого лона&lt;br /&gt;</w:t>
        <w:br/>
        <w:t>Камінного воді не цебеніти,&lt;br /&gt;</w:t>
        <w:br/>
        <w:t>Доводиться будяк і терен вліті&lt;br /&gt;</w:t>
        <w:br/>
        <w:t>Кривим серпом стинати на осонні.&lt;br /&gt;</w:t>
        <w:br/>
        <w:t>Олива сохне. Іншим вже коритом&lt;br /&gt;</w:t>
        <w:br/>
        <w:t>Вода з Парнасу долу покотилась.&lt;br /&gt;</w:t>
        <w:br/>
        <w:t>Тож не лишать їй, не буяти цвітом.&lt;br /&gt;</w:t>
        <w:br/>
        <w:t>Вона за гріх безпліддям поплатилась.&lt;br /&gt;</w:t>
        <w:br/>
        <w:t>Хіба лише Юпітер боговитий&lt;br /&gt;</w:t>
        <w:br/>
        <w:t>Пошле мені дощу уже як милость.&lt;br /&gt;</w:t>
        <w:br/>
        <w:t>СЦСУІІ&lt;br /&gt;</w:t>
        <w:br/>
        <w:t>Доннині слова сповняють поета&lt;br /&gt;</w:t>
        <w:br/>
        <w:t>щастям&lt;br /&gt;</w:t>
        <w:br/>
        <w:t>Коли такий прекрасноокий він&lt;br /&gt;</w:t>
        <w:br/>
        <w:t>В єдиний видих укладе зітхання,&lt;br /&gt;</w:t>
        <w:br/>
        <w:t>І потече в небесному єднанні&lt;br /&gt;</w:t>
        <w:br/>
        <w:t>Урочистих і ніжних звуків плин,&lt;br /&gt;</w:t>
        <w:br/>
        <w:t>Я слухаю, й блаженство цих хвилин&lt;br /&gt;</w:t>
        <w:br/>
        <w:t>В мені умерти збуджує бажання,&lt;br /&gt;</w:t>
        <w:br/>
        <w:t>І я кажу: "Відхід не буде ранній,&lt;br /&gt;</w:t>
        <w:br/>
        <w:t>Як небо посилає гарний скін".&lt;br /&gt;</w:t>
        <w:br/>
        <w:t>Одначе, хоть рвучись до цього раю,&lt;br /&gt;</w:t>
        <w:br/>
        <w:t>Душа моя боїться й поспішить,&lt;br /&gt;</w:t>
        <w:br/>
        <w:t>Вагаючись, непевна й тороплена.&lt;br /&gt;</w:t>
        <w:br/>
        <w:t>Так я живу, так тче і розпускає&lt;br /&gt;</w:t>
        <w:br/>
        <w:t>Відпущену життю моєму нить&lt;br /&gt;</w:t>
        <w:br/>
        <w:t>Ота небесна серед нас сирена.&lt;br /&gt;</w:t>
        <w:br/>
        <w:t>СЬХУІІІ&lt;br /&gt;</w:t>
        <w:br/>
        <w:t>Поет нарікає, що постаріється,&lt;br /&gt;</w:t>
        <w:br/>
        <w:t>вірячи оманливим надіям&lt;br /&gt;</w:t>
        <w:br/>
        <w:t>Амур приносить добру новину,&lt;br /&gt;</w:t>
        <w:br/>
        <w:t>Розхвилювавши так мене зарані,&lt;br /&gt;</w:t>
        <w:br/>
        <w:t>Що не даремні щастя домагання,&lt;br /&gt;</w:t>
        <w:br/>
        <w:t>Що скоро я плоди його пожну.&lt;br /&gt;</w:t>
        <w:br/>
        <w:t>Вагаючись: вважать це за ману&lt;br /&gt;</w:t>
        <w:br/>
        <w:t>А чи новим радіти сподіванням,&lt;br /&gt;</w:t>
        <w:br/>
        <w:t>І вірю, і не вірю віщуванням.&lt;br /&gt;</w:t>
        <w:br/>
        <w:t>Брехня чи правда — що тут на кону?&lt;br /&gt;</w:t>
        <w:br/>
        <w:t>Та бачу, як вірнісіньке свічадо&lt;br /&gt;</w:t>
        <w:br/>
        <w:t>Вертає з глибини мені навпак&lt;br /&gt;</w:t>
        <w:br/>
        <w:t>Його присяги і мої надії.&lt;br /&gt;</w:t>
        <w:br/>
        <w:t>Хай сніг на мої скроні ще не пада,&lt;br /&gt;</w:t>
        <w:br/>
        <w:t>Але я переконаний і так,&lt;br /&gt;</w:t>
        <w:br/>
        <w:t>Що щастя не мені уже леліє.&lt;br /&gt;</w:t>
        <w:br/>
        <w:t>СЬХІХ&lt;br /&gt;</w:t>
        <w:br/>
        <w:t>Поет так багато має сказати,&lt;br /&gt;</w:t>
        <w:br/>
        <w:t>що йому важко говорити з донною&lt;br /&gt;</w:t>
        <w:br/>
        <w:t>Ця думка, що давно не знає впину,&lt;br /&gt;</w:t>
        <w:br/>
        <w:t>Від люду відчужа мене й жене&lt;br /&gt;</w:t>
        <w:br/>
        <w:t>По світу у блукання навісне,&lt;br /&gt;</w:t>
        <w:br/>
        <w:t>Аби зустріть її, мою єдину.&lt;br /&gt;</w:t>
        <w:br/>
        <w:t>І ось я бачу личко янголине.&lt;br /&gt;</w:t>
        <w:br/>
        <w:t>І хто тут перед нею не зітхне?&lt;br /&gt;</w:t>
        <w:br/>
        <w:t>О, вона знає, як терзать мене,&lt;br /&gt;</w:t>
        <w:br/>
        <w:t>Амурова й моя пригожа ворогиня.&lt;br /&gt;</w:t>
        <w:br/>
        <w:t>І все ж, як я не помиливсь на ній,&lt;br /&gt;</w:t>
        <w:br/>
        <w:t>їй-богу, видно: із-під гордих вій&lt;br /&gt;</w:t>
        <w:br/>
        <w:t>Проблискує на жалощі надія.&lt;br /&gt;</w:t>
        <w:br/>
        <w:t>А з нею й смілість у мені зросга,&lt;br /&gt;</w:t>
        <w:br/>
        <w:t>1-я уже розціплюю уста,&lt;br /&gt;</w:t>
        <w:br/>
        <w:t>Але сказати щось, однак, не смію.&lt;br /&gt;</w:t>
        <w:br/>
        <w:t>сьхх&lt;br /&gt;</w:t>
        <w:br/>
        <w:t>Надмір любові заважає поетові&lt;br /&gt;</w:t>
        <w:br/>
        <w:t>висловлювати її&lt;br /&gt;</w:t>
        <w:br/>
        <w:t>У славне личко вірячи віднині,&lt;br /&gt;</w:t>
        <w:br/>
        <w:t>Я думав, шо, вступаючи у бій,&lt;br /&gt;</w:t>
        <w:br/>
        <w:t>Зумію завдяки сназі моїй&lt;br /&gt;</w:t>
        <w:br/>
        <w:t>І смирноті перебороть врагиню.&lt;br /&gt;</w:t>
        <w:br/>
        <w:t>Надіявся, що страх мене покине,&lt;br /&gt;</w:t>
        <w:br/>
        <w:t>Бо випав жереб вже мені такий,&lt;br /&gt;</w:t>
        <w:br/>
        <w:t>Та й вік і смерть достоту, як і їй,&lt;br /&gt;</w:t>
        <w:br/>
        <w:t>Та гляну — і гублюся ту ж хвилину.&lt;br /&gt;</w:t>
        <w:br/>
        <w:t>Я мовив, та слова спливали даром,&lt;br /&gt;</w:t>
        <w:br/>
        <w:t>Скидаючись уже на белькотню.&lt;br /&gt;</w:t>
        <w:br/>
        <w:t>Амур зробив із мене німака.&lt;br /&gt;</w:t>
        <w:br/>
        <w:t>В коханні мова плутана й палка.&lt;br /&gt;</w:t>
        <w:br/>
        <w:t>І той, хто каже, що палає жаром,&lt;br /&gt;</w:t>
        <w:br/>
        <w:t>Правдивого не відає вогню.&lt;br /&gt;</w:t>
        <w:br/>
        <w:t>СЬХХІ&lt;br /&gt;</w:t>
        <w:br/>
        <w:t>Поет упертий у своїх&lt;br /&gt;</w:t>
        <w:br/>
        <w:t>сподіваннях&lt;br /&gt;</w:t>
        <w:br/>
        <w:t>У гарні і немилосердні руки&lt;br /&gt;</w:t>
        <w:br/>
        <w:t>Штовхнула мене пристрасна любов.&lt;br /&gt;</w:t>
        <w:br/>
        <w:t>Страждать веліла мовчки, без розмов,&lt;br /&gt;</w:t>
        <w:br/>
        <w:t>Ячатиму — нашле ще гірші муки.&lt;br /&gt;</w:t>
        <w:br/>
        <w:t>Вона б могла на Рейні серед гуку&lt;br /&gt;</w:t>
        <w:br/>
        <w:t>Спалить очима крижаний покров.&lt;br /&gt;</w:t>
        <w:br/>
        <w:t>Моя присутність лиш псує їй кров.&lt;br /&gt;</w:t>
        <w:br/>
        <w:t>Добрягам радість, злюці то докука.&lt;br /&gt;</w:t>
        <w:br/>
        <w:t>За що я не беруся, як не дію,&lt;br /&gt;</w:t>
        <w:br/>
        <w:t>Не серце в неї, а твердий алмаз.&lt;br /&gt;</w:t>
        <w:br/>
        <w:t>Сказати б, що це ходить-дише камінь.&lt;br /&gt;</w:t>
        <w:br/>
        <w:t>Хай супиться, махає кулаками,&lt;br /&gt;</w:t>
        <w:br/>
        <w:t>Я солодко іще зітхну не раз, —&lt;br /&gt;</w:t>
        <w:br/>
        <w:t>У моїх грудях не убить надії.&lt;br /&gt;</w:t>
        <w:br/>
        <w:t>СЬХХІІ&lt;br /&gt;</w:t>
        <w:br/>
        <w:t>Той самий сюжет&lt;br /&gt;</w:t>
        <w:br/>
        <w:t>О Заздросте, чесноти ворог лютий,&lt;br /&gt;</w:t>
        <w:br/>
        <w:t>Яким шляхом, підступно, зокола&lt;br /&gt;</w:t>
        <w:br/>
        <w:t>У груди ти прегарні заповзла&lt;br /&gt;</w:t>
        <w:br/>
        <w:t>І спритно як впустила в них отруту!&lt;br /&gt;</w:t>
        <w:br/>
        <w:t>Із мене ти зробила шалапута&lt;br /&gt;</w:t>
        <w:br/>
        <w:t>В очах коханки: мов, чимало зла&lt;br /&gt;</w:t>
        <w:br/>
        <w:t>Моя любов уже їй завдала.&lt;br /&gt;</w:t>
        <w:br/>
        <w:t>То як же тут прихилля знов здобути?&lt;br /&gt;</w:t>
        <w:br/>
        <w:t>Хай вона рада бачить плаксія,&lt;br /&gt;</w:t>
        <w:br/>
        <w:t>Нехай сама, як я щасливий, плаче.&lt;br /&gt;</w:t>
        <w:br/>
        <w:t>Мене це як вражає, то не дуже.&lt;br /&gt;</w:t>
        <w:br/>
        <w:t>Ненависним хай став для неї я,&lt;br /&gt;</w:t>
        <w:br/>
        <w:t>Амур мені нашіптує, одначе,&lt;br /&gt;</w:t>
        <w:br/>
        <w:t>Що все одно, для мене це байдуже.&lt;br /&gt;</w:t>
        <w:br/>
        <w:t>СЬХХІІІ&lt;br /&gt;</w:t>
        <w:br/>
        <w:t>Нерішучість у коханні&lt;br /&gt;</w:t>
        <w:br/>
        <w:t>В очей сонця прекрасні зазираю,&lt;br /&gt;</w:t>
        <w:br/>
        <w:t>І в мене все то в'яне, то горить.&lt;br /&gt;</w:t>
        <w:br/>
        <w:t>Із тіла зниділа душа летить&lt;br /&gt;</w:t>
        <w:br/>
        <w:t>Шукать притулку у земному раю.&lt;br /&gt;</w:t>
        <w:br/>
        <w:t>Та жовч і ніжність є у цьому краю,&lt;br /&gt;</w:t>
        <w:br/>
        <w:t>І павутинкою снує все доля нить,&lt;br /&gt;</w:t>
        <w:br/>
        <w:t>Душа, Амуру скаржачись, скрипить, —&lt;br /&gt;</w:t>
        <w:br/>
        <w:t>В такій гонитві я вже не встигаю.&lt;br /&gt;</w:t>
        <w:br/>
        <w:t>Вона у крайність любить завернути,&lt;br /&gt;</w:t>
        <w:br/>
        <w:t>То робиться палка, то крижана,&lt;br /&gt;</w:t>
        <w:br/>
        <w:t>То починає жить, то тільки скніть.&lt;br /&gt;</w:t>
        <w:br/>
        <w:t>Зрадіє й тяжко журиться вона.&lt;br /&gt;</w:t>
        <w:br/>
        <w:t>Та найохочіше несе свою покуту.&lt;br /&gt;</w:t>
        <w:br/>
        <w:t>Яке коріння, то такий і плід.&lt;br /&gt;</w:t>
        <w:br/>
        <w:t>СЬХХІУ&lt;br /&gt;</w:t>
        <w:br/>
        <w:t>Поет втішає себе тим, що страждає&lt;br /&gt;</w:t>
        <w:br/>
        <w:t>з такої гарної причини&lt;br /&gt;</w:t>
        <w:br/>
        <w:t>Як я родився, серед всіх зірок&lt;br /&gt;</w:t>
        <w:br/>
        <w:t>Залізна наді мною зазоріла,&lt;br /&gt;</w:t>
        <w:br/>
        <w:t>Залізна люля хлопця притулила,&lt;br /&gt;</w:t>
        <w:br/>
        <w:t>В залізний світ ступив я перший крок.&lt;br /&gt;</w:t>
        <w:br/>
        <w:t>Залізна діва очі лиш разок&lt;br /&gt;</w:t>
        <w:br/>
        <w:t>Утупила, зрадівши точній цілі.&lt;br /&gt;</w:t>
        <w:br/>
        <w:t>І я вже заблагав: "Амуре, милий,&lt;br /&gt;</w:t>
        <w:br/>
        <w:t>Зціли мене від рани хоч на строк!"&lt;br /&gt;</w:t>
        <w:br/>
        <w:t>Але втішався ти з біди моєї,&lt;br /&gt;</w:t>
        <w:br/>
        <w:t>А їй мій сум утіха невелика:&lt;br /&gt;</w:t>
        <w:br/>
        <w:t>Це стрілочка, а не для вепра піка.&lt;br /&gt;</w:t>
        <w:br/>
        <w:t>Та ліпше горювати через неї,&lt;br /&gt;</w:t>
        <w:br/>
        <w:t>Ніж цілуваться з іншою — не та.&lt;br /&gt;</w:t>
        <w:br/>
        <w:t>Твоя ж стріла для мене золота.&lt;br /&gt;</w:t>
        <w:br/>
        <w:t>СЬХХУ&lt;br /&gt;</w:t>
        <w:br/>
        <w:t>Спогади про донну посилюють&lt;br /&gt;</w:t>
        <w:br/>
        <w:t>поетове кохання&lt;br /&gt;</w:t>
        <w:br/>
        <w:t>Лише згадаю мить і ту містину,&lt;br /&gt;</w:t>
        <w:br/>
        <w:t>Де розгубивсь я і шовковий шнур&lt;br /&gt;</w:t>
        <w:br/>
        <w:t>Нап'яв на мене знебачки Амур,&lt;br /&gt;</w:t>
        <w:br/>
        <w:t>Де я зробивсь од ніжних мук причинний, —&lt;br /&gt;</w:t>
        <w:br/>
        <w:t>Я губка й трут, і вкинулась огнина&lt;br /&gt;</w:t>
        <w:br/>
        <w:t>Солодких духів в мене, без зажур&lt;br /&gt;</w:t>
        <w:br/>
        <w:t>Живу тепер, палаючи, — і цур&lt;br /&gt;</w:t>
        <w:br/>
        <w:t>Усьому тому, що тяжчило спину.&lt;br /&gt;</w:t>
        <w:br/>
        <w:t>Та світить мені в очі, гріє й бавить&lt;br /&gt;</w:t>
        <w:br/>
        <w:t>Щоденно оце явлене світило,&lt;br /&gt;</w:t>
        <w:br/>
        <w:t>І ввечері, і вранці все горить.&lt;br /&gt;</w:t>
        <w:br/>
        <w:t>У пам'яті ще свіже і яскраве,&lt;br /&gt;</w:t>
        <w:br/>
        <w:t>Як і давніше, променисте й миле,&lt;br /&gt;</w:t>
        <w:br/>
        <w:t>Являючи те місце й світлу мить.&lt;br /&gt;</w:t>
        <w:br/>
        <w:t>СЬХХУІ&lt;br /&gt;</w:t>
        <w:br/>
        <w:t>Ідучи Арденнським лісом&lt;br /&gt;</w:t>
        <w:br/>
        <w:t>Через глухий і непривітний бір,&lt;br /&gt;</w:t>
        <w:br/>
        <w:t>Де лячно і тому, хто ніс би зброю,&lt;br /&gt;</w:t>
        <w:br/>
        <w:t>Простую майже певною ходою,&lt;br /&gt;</w:t>
        <w:br/>
        <w:t>Якби не пік мене, як сонце, любий зір.&lt;br /&gt;</w:t>
        <w:br/>
        <w:t>Іду співаючи (сумним думкам навкір!)&lt;br /&gt;</w:t>
        <w:br/>
        <w:t>Про неї, хоч землею і чужою.&lt;br /&gt;</w:t>
        <w:br/>
        <w:t>І раптом видиво стає переді мною:&lt;br /&gt;</w:t>
        <w:br/>
        <w:t>Вона і подруги, в безлюдді, вір-не-вір.&lt;br /&gt;</w:t>
        <w:br/>
        <w:t>Серед гілля і листя людський гомін.&lt;br /&gt;</w:t>
        <w:br/>
        <w:t>Пташиний щебет, долу джерело&lt;br /&gt;</w:t>
        <w:br/>
        <w:t>Мурмоче стиха між зелених трав.&lt;br /&gt;</w:t>
        <w:br/>
        <w:t>Для мене хай би так усе й було:&lt;br /&gt;</w:t>
        <w:br/>
        <w:t>Цей дикий застум, супокою повен.&lt;br /&gt;</w:t>
        <w:br/>
        <w:t>Аби лиш тут посвітач мій сіяв.&lt;br /&gt;</w:t>
        <w:br/>
        <w:t>СЬХХУІІ&lt;br /&gt;</w:t>
        <w:br/>
        <w:t>Про небезпеки, на які поет&lt;br /&gt;</w:t>
        <w:br/>
        <w:t>наразився в цьому самому&lt;br /&gt;</w:t>
        <w:br/>
        <w:t>лісі&lt;br /&gt;</w:t>
        <w:br/>
        <w:t>За день сто рік і берегів крутих&lt;br /&gt;</w:t>
        <w:br/>
        <w:t>Мені явив в прославлених Арденнах&lt;br /&gt;</w:t>
        <w:br/>
        <w:t>Амур, що окриляє полонених,&lt;br /&gt;</w:t>
        <w:br/>
        <w:t>Аби на третє небо взять живих.&lt;br /&gt;</w:t>
        <w:br/>
        <w:t>Іду беззбройний, в сподіванні лих&lt;br /&gt;</w:t>
        <w:br/>
        <w:t>Там, де і Марсу треба лат спасенних,&lt;br /&gt;</w:t>
        <w:br/>
        <w:t>Так носить човник між валів скажених&lt;br /&gt;</w:t>
        <w:br/>
        <w:t>З вагою тяжких дум моїх.&lt;br /&gt;</w:t>
        <w:br/>
        <w:t>Заходить вечір, з тінями, глибокий,&lt;br /&gt;</w:t>
        <w:br/>
        <w:t>І з ним бентега в грудях виника,&lt;br /&gt;</w:t>
        <w:br/>
        <w:t>Та страхи не загрожують нікому.&lt;br /&gt;</w:t>
        <w:br/>
        <w:t>Погідний краєвид і торопка ріка&lt;br /&gt;</w:t>
        <w:br/>
        <w:t>У серці розливають мир і спокій&lt;br /&gt;</w:t>
        <w:br/>
        <w:t>! закликають поспішать додому.&lt;br /&gt;</w:t>
        <w:br/>
        <w:t>СЬХХУШ&lt;br /&gt;</w:t>
        <w:br/>
        <w:t>Про суперечливі враження,&lt;br /&gt;</w:t>
        <w:br/>
        <w:t>які справляє любов&lt;br /&gt;</w:t>
        <w:br/>
        <w:t>на поетову душу&lt;br /&gt;</w:t>
        <w:br/>
        <w:t>Мене і шпорить, і бере у шори&lt;br /&gt;</w:t>
        <w:br/>
        <w:t>Кохання, палахке і крижане.&lt;br /&gt;</w:t>
        <w:br/>
        <w:t>Поманить і зі сміхом прожене,&lt;br /&gt;</w:t>
        <w:br/>
        <w:t>Подасть надію і накличе горе.&lt;br /&gt;</w:t>
        <w:br/>
        <w:t>То впустить серце, то здійме угору&lt;br /&gt;</w:t>
        <w:br/>
        <w:t>Та там недовго протрима мене.&lt;br /&gt;</w:t>
        <w:br/>
        <w:t>За радістю насуне знов сумне,&lt;br /&gt;</w:t>
        <w:br/>
        <w:t>1 глузду щось стає на перекори.&lt;br /&gt;</w:t>
        <w:br/>
        <w:t>Щаслива мисль йому вказала путь&lt;br /&gt;</w:t>
        <w:br/>
        <w:t>Не по воді, яка тече із віч,&lt;br /&gt;</w:t>
        <w:br/>
        <w:t>Та інша мисль їй стала на заваді.&lt;br /&gt;</w:t>
        <w:br/>
        <w:t>1 розум, вимушений повернуть&lt;br /&gt;</w:t>
        <w:br/>
        <w:t>Своїй повільній гибелі устріч,&lt;br /&gt;</w:t>
        <w:br/>
        <w:t>Мені й собі готує вже загладу.&lt;br /&gt;</w:t>
        <w:br/>
        <w:t>СЬХХІХ&lt;br /&gt;</w:t>
        <w:br/>
        <w:t>Відповідь на сонет Джері&lt;br /&gt;</w:t>
        <w:br/>
        <w:t>Джанфільяцці&lt;br /&gt;</w:t>
        <w:br/>
        <w:t>Так, Джері, і на мене так зо зла&lt;br /&gt;</w:t>
        <w:br/>
        <w:t>Визвірюється люба ворогиня,&lt;br /&gt;</w:t>
        <w:br/>
        <w:t>І я при цьому лиш тому не гину,&lt;br /&gt;</w:t>
        <w:br/>
        <w:t>Що є у мене вивертка мала:&lt;br /&gt;</w:t>
        <w:br/>
        <w:t>Оскільки завше гордою була,&lt;br /&gt;</w:t>
        <w:br/>
        <w:t>А я дививсь на неї, як дитина,&lt;br /&gt;</w:t>
        <w:br/>
        <w:t>Моя покора діє ще і нині,&lt;br /&gt;</w:t>
        <w:br/>
        <w:t>Провалина між нами не лягла.&lt;br /&gt;</w:t>
        <w:br/>
        <w:t>Якби не так, повір мені, ми ж друзі,&lt;br /&gt;</w:t>
        <w:br/>
        <w:t>Узрів би я тоді лице Медузи,&lt;br /&gt;</w:t>
        <w:br/>
        <w:t>Що здатна люд у камінь обертати.&lt;br /&gt;</w:t>
        <w:br/>
        <w:t>Як опинились ми в такій притузі,&lt;br /&gt;</w:t>
        <w:br/>
        <w:t>То вже безглуздо нам кудись тікати,&lt;br /&gt;</w:t>
        <w:br/>
        <w:t>Амур же, як відомо всім, крилатий!&lt;br /&gt;</w:t>
        <w:br/>
        <w:t>сьххх&lt;br /&gt;</w:t>
        <w:br/>
        <w:t>Пливучи річкою По&lt;br /&gt;</w:t>
        <w:br/>
        <w:t>Звичайно, По, ти можеш цю корину&lt;br /&gt;</w:t>
        <w:br/>
        <w:t>У пінний закрутити чорторий.&lt;br /&gt;</w:t>
        <w:br/>
        <w:t>Та її духу силі й не такій&lt;br /&gt;</w:t>
        <w:br/>
        <w:t>Нізащо не злякати й на хвилину.&lt;br /&gt;</w:t>
        <w:br/>
        <w:t>Не треба навіть галсу переміни.&lt;br /&gt;</w:t>
        <w:br/>
        <w:t>Прудкіш за парус, весла, вітровій&lt;br /&gt;</w:t>
        <w:br/>
        <w:t>Несе її крильми, бо світить їй&lt;br /&gt;</w:t>
        <w:br/>
        <w:t>Золотолиста в березі лаврина.&lt;br /&gt;</w:t>
        <w:br/>
        <w:t>Ріка коронна, цар між царенят,&lt;br /&gt;</w:t>
        <w:br/>
        <w:t>Верстаєш проти сонця ти дорогу,&lt;br /&gt;</w:t>
        <w:br/>
        <w:t>Бо інші вже сонця тебе манять.&lt;br /&gt;</w:t>
        <w:br/>
        <w:t>Несеш мій тлін, підхоплений на роги,&lt;br /&gt;</w:t>
        <w:br/>
        <w:t>А дух, буяючи, летить усе назад&lt;br /&gt;</w:t>
        <w:br/>
        <w:t>До вогнища, до любого порогу.&lt;br /&gt;</w:t>
        <w:br/>
        <w:t>СЬХХХІ&lt;br /&gt;</w:t>
        <w:br/>
        <w:t>Любовні притчі&lt;br /&gt;</w:t>
        <w:br/>
        <w:t>Амур між зела найміцніші сіті&lt;br /&gt;</w:t>
        <w:br/>
        <w:t>Зі злота з перлами повісив між гіллям&lt;br /&gt;</w:t>
        <w:br/>
        <w:t>На тому дереві, яке люблю я сам,&lt;br /&gt;</w:t>
        <w:br/>
        <w:t>Ось тільки тінь його занадто сумовита.&lt;br /&gt;</w:t>
        <w:br/>
        <w:t>Насипав зерен — як тут не спожити&lt;br /&gt;</w:t>
        <w:br/>
        <w:t>Цю смакоту закоханим устам.&lt;br /&gt;</w:t>
        <w:br/>
        <w:t>Із первовіку, ще як жив Адам,&lt;br /&gt;</w:t>
        <w:br/>
        <w:t>Вабця ніжнішого не чулося у світі.&lt;br /&gt;</w:t>
        <w:br/>
        <w:t>А промені, ясніші за світило,&lt;br /&gt;</w:t>
        <w:br/>
        <w:t>Сліпили все. Намотаний був смич&lt;br /&gt;</w:t>
        <w:br/>
        <w:t>На руку, ось вона, як сніг, біліє.&lt;br /&gt;</w:t>
        <w:br/>
        <w:t>І я в сильце попавсь, мене бо полонили&lt;br /&gt;</w:t>
        <w:br/>
        <w:t>Ці порухи, і ангелина річ,&lt;br /&gt;</w:t>
        <w:br/>
        <w:t>І втіха, і бажання, і надія.&lt;br /&gt;</w:t>
        <w:br/>
        <w:t>СЬХХХІІ&lt;br /&gt;</w:t>
        <w:br/>
        <w:t>Відповідь на сонет Чіна&lt;br /&gt;</w:t>
        <w:br/>
        <w:t>з Пістої&lt;br /&gt;</w:t>
        <w:br/>
        <w:t>Амур розвогнить серце напропале,&lt;br /&gt;</w:t>
        <w:br/>
        <w:t>А іншим разом стужею стиска.&lt;br /&gt;</w:t>
        <w:br/>
        <w:t>Спитати б, сила тут бере яка —&lt;br /&gt;</w:t>
        <w:br/>
        <w:t>Надії, страху, холоду чи палу?&lt;br /&gt;</w:t>
        <w:br/>
        <w:t>А то в мороз небесний небувалий&lt;br /&gt;</w:t>
        <w:br/>
        <w:t>Коханця кине, як душа палка.&lt;br /&gt;</w:t>
        <w:br/>
        <w:t>А то для ревнощів сховає мужика,&lt;br /&gt;</w:t>
        <w:br/>
        <w:t>Вгорнувши у жіноче покривало.&lt;br /&gt;</w:t>
        <w:br/>
        <w:t>Цей пломінь підступа з усіх сторон,&lt;br /&gt;</w:t>
        <w:br/>
        <w:t>І я зі спраги мушу погибать,&lt;br /&gt;</w:t>
        <w:br/>
        <w:t>Страждання передати вірш безсилий.&lt;br /&gt;</w:t>
        <w:br/>
        <w:t>Ну, та дарма! Прекрасний мій вогонь!&lt;br /&gt;</w:t>
        <w:br/>
        <w:t>І кожен бачить в ньому благодать.&lt;br /&gt;</w:t>
        <w:br/>
        <w:t>Хтось хоче полетіть, та ще не носять крила.&lt;br /&gt;</w:t>
        <w:br/>
        <w:t>СЬХХХІІІ&lt;br /&gt;</w:t>
        <w:br/>
        <w:t>Вічний страх через те, що донна&lt;br /&gt;</w:t>
        <w:br/>
        <w:t>змусить поета не жить&lt;br /&gt;</w:t>
        <w:br/>
        <w:t>Якщо мене вражає світлий вид,&lt;br /&gt;</w:t>
        <w:br/>
        <w:t>Якщо мене хвилює ніжна мова,&lt;br /&gt;</w:t>
        <w:br/>
        <w:t>Якщо Амур штовхає чорноброву&lt;br /&gt;</w:t>
        <w:br/>
        <w:t>Всміхатися до мене й говорить, —&lt;br /&gt;</w:t>
        <w:br/>
        <w:t>Що жде мене, коли вона за мить&lt;br /&gt;</w:t>
        <w:br/>
        <w:t>Постане хмура, хоч була святкова?&lt;br /&gt;</w:t>
        <w:br/>
        <w:t>(Моя вина тут чи недоля знову?)&lt;br /&gt;</w:t>
        <w:br/>
        <w:t>Невже мені тоді уже не жить?&lt;br /&gt;</w:t>
        <w:br/>
        <w:t>Холоне серце, я увесь дрижу,&lt;br /&gt;</w:t>
        <w:br/>
        <w:t>Як лик її нахмурений побачу,&lt;br /&gt;</w:t>
        <w:br/>
        <w:t>Бо страх той давній в мене ожива.&lt;br /&gt;</w:t>
        <w:br/>
        <w:t>Ох, як мінлива ця жіноча вдача,&lt;br /&gt;</w:t>
        <w:br/>
        <w:t>Любові в жінки знаю я межу:&lt;br /&gt;</w:t>
        <w:br/>
        <w:t>Вона на день, а може, і на два.&lt;br /&gt;</w:t>
        <w:br/>
        <w:t>СЬХХХІУ&lt;br /&gt;</w:t>
        <w:br/>
        <w:t>Про недугу поетової донни&lt;br /&gt;</w:t>
        <w:br/>
        <w:t>Амур, Природа й з ними заодно&lt;br /&gt;</w:t>
        <w:br/>
        <w:t>Душа, хоч і честива, та бідова,&lt;br /&gt;</w:t>
        <w:br/>
        <w:t>Вчинили дружно проти мене змову, —&lt;br /&gt;</w:t>
        <w:br/>
        <w:t>Амур ладен на підступи давно.&lt;br /&gt;</w:t>
        <w:br/>
        <w:t>Природі теж всі способи дано&lt;br /&gt;</w:t>
        <w:br/>
        <w:t>Зробить, аби душа була готова&lt;br /&gt;</w:t>
        <w:br/>
        <w:t>За виграшки порвать земні окови, —&lt;br /&gt;</w:t>
        <w:br/>
        <w:t>Там горда вись, а тут якесь багно.&lt;br /&gt;</w:t>
        <w:br/>
        <w:t>Ось так душа і покидає плоть,&lt;br /&gt;</w:t>
        <w:br/>
        <w:t>Перед якою я тремчу й німію,&lt;br /&gt;</w:t>
        <w:br/>
        <w:t>Така вона приваблива і гожа.&lt;br /&gt;</w:t>
        <w:br/>
        <w:t>Ні, милосердю смерті не збороть.&lt;br /&gt;</w:t>
        <w:br/>
        <w:t>А якщо так — то марні всі надії.&lt;br /&gt;</w:t>
        <w:br/>
        <w:t>Ну, а без них хіба ж я жити зможу?&lt;br /&gt;</w:t>
        <w:br/>
        <w:t>СЬХХХУ&lt;br /&gt;</w:t>
        <w:br/>
        <w:t>Поет порівнює свою донну&lt;br /&gt;</w:t>
        <w:br/>
        <w:t>з ^ен&lt;br /&gt;</w:t>
        <w:br/>
        <w:t>ешксом&lt;br /&gt;</w:t>
        <w:br/>
        <w:t>Золотопера птиця Фенікс ось,&lt;br /&gt;</w:t>
        <w:br/>
        <w:t>На гарній шиї, зроблене без хисту,&lt;br /&gt;</w:t>
        <w:br/>
        <w:t>Надіте дуже дороге намисто,&lt;br /&gt;</w:t>
        <w:br/>
        <w:t>Мені воно дивницею здалось.&lt;br /&gt;</w:t>
        <w:br/>
        <w:t>Вінець сіяє, ніби палить хтось&lt;br /&gt;</w:t>
        <w:br/>
        <w:t>Повітря, а Амур у скельце чисте&lt;br /&gt;</w:t>
        <w:br/>
        <w:t>Уловлює яскріння променисте,&lt;br /&gt;</w:t>
        <w:br/>
        <w:t>Схотівши ним погратися чогось.&lt;br /&gt;</w:t>
        <w:br/>
        <w:t>Шарлат барчисті огорнув рамена,&lt;br /&gt;</w:t>
        <w:br/>
        <w:t>З лазурною торочкою убір,&lt;br /&gt;</w:t>
        <w:br/>
        <w:t>Обнову, що таких ніде немає.&lt;br /&gt;</w:t>
        <w:br/>
        <w:t>Заносить слава в край геть далеченний,&lt;br /&gt;</w:t>
        <w:br/>
        <w:t>До щедрих надер аравійських гір,&lt;br /&gt;</w:t>
        <w:br/>
        <w:t>Той скарб, що в наших небесах ширяє.&lt;br /&gt;</w:t>
        <w:br/>
        <w:t>СЬХХХУІ&lt;br /&gt;</w:t>
        <w:br/>
        <w:t>Врода і цнота поетової донни&lt;br /&gt;</w:t>
        <w:br/>
        <w:t>над усі похвали&lt;br /&gt;</w:t>
        <w:br/>
        <w:t>Коли б Вергілій і Гомер узріли&lt;br /&gt;</w:t>
        <w:br/>
        <w:t>Це сонце, що мені палахкотить,&lt;br /&gt;</w:t>
        <w:br/>
        <w:t>Велично оспівали б на весь світ&lt;br /&gt;</w:t>
        <w:br/>
        <w:t>Його, мішаючи водно два стилі.&lt;br /&gt;</w:t>
        <w:br/>
        <w:t>Вони б Енея славу ущербили,&lt;br /&gt;</w:t>
        <w:br/>
        <w:t>Ахілла й Одіссея славний міт,&lt;br /&gt;</w:t>
        <w:br/>
        <w:t>Й того, ким Рим жив п'ятдесят шість літ,&lt;br /&gt;</w:t>
        <w:br/>
        <w:t>Й того, кого убить Егісту попустили.&lt;br /&gt;</w:t>
        <w:br/>
        <w:t>Цей давній вицвіт доблесті і слави&lt;br /&gt;</w:t>
        <w:br/>
        <w:t>Ввібрала в себе ще одна зоря,&lt;br /&gt;</w:t>
        <w:br/>
        <w:t>Новим розцвівши сяйвом променистим.&lt;br /&gt;</w:t>
        <w:br/>
        <w:t>Ту Еній оспівав віршем кульгавим,&lt;br /&gt;</w:t>
        <w:br/>
        <w:t>А цю вже я, хоч, може, і назря,&lt;br /&gt;</w:t>
        <w:br/>
        <w:t>Якщо не погордить моїм убогим хистом.&lt;br /&gt;</w:t>
        <w:br/>
        <w:t>СЬХХХУІІ&lt;br /&gt;</w:t>
        <w:br/>
        <w:t>Той самий сюжет&lt;br /&gt;</w:t>
        <w:br/>
        <w:t>Побачив Александер ту гробницю&lt;br /&gt;</w:t>
        <w:br/>
        <w:t>Ахіллову, й зітхнулося йому:&lt;br /&gt;</w:t>
        <w:br/>
        <w:t>"Ось що для слави, щаснику, годиться —&lt;br /&gt;</w:t>
        <w:br/>
        <w:t>Гриміть про неї в золоту сурму!"&lt;br /&gt;</w:t>
        <w:br/>
        <w:t>А чиста і сумирна голубиця,&lt;br /&gt;</w:t>
        <w:br/>
        <w:t>Для кого світло розжене всю тьму,&lt;br /&gt;</w:t>
        <w:br/>
        <w:t>Моєю лірою убогою бридиться.&lt;br /&gt;</w:t>
        <w:br/>
        <w:t>О леле, я їй віри сам не йму!&lt;br /&gt;</w:t>
        <w:br/>
        <w:t>Замовити б Гомеру і Орфею&lt;br /&gt;</w:t>
        <w:br/>
        <w:t>Співати їй урочисті кантати.&lt;br /&gt;</w:t>
        <w:br/>
        <w:t>А то б із Мантуї узявся ще й пастух.&lt;br /&gt;</w:t>
        <w:br/>
        <w:t>Зла ж зірка, щоб знущатися над нею,&lt;br /&gt;</w:t>
        <w:br/>
        <w:t>Послала іншого її повеличати.&lt;br /&gt;</w:t>
        <w:br/>
        <w:t>Та, може, він лише терзає слух.&lt;br /&gt;</w:t>
        <w:br/>
        <w:t>СЬХХХУШ&lt;br /&gt;</w:t>
        <w:br/>
        <w:t>Сонцеві&lt;br /&gt;</w:t>
        <w:br/>
        <w:t>О сонце, ти ж уже світило там,&lt;br /&gt;</w:t>
        <w:br/>
        <w:t>Як зеленіла люба тобі крона,&lt;br /&gt;</w:t>
        <w:br/>
        <w:t>Злу даючи красиву оболону,&lt;br /&gt;</w:t>
        <w:br/>
        <w:t>Що на її понадився Адам.&lt;br /&gt;</w:t>
        <w:br/>
        <w:t>Поглянь сюди. Вонми моїм словам.&lt;br /&gt;</w:t>
        <w:br/>
        <w:t>Не утікай. Я б'ю тобі поклони.&lt;br /&gt;</w:t>
        <w:br/>
        <w:t>Утечею ти множиш перепони&lt;br /&gt;</w:t>
        <w:br/>
        <w:t>Таким, як я, безщасним бідакам.&lt;br /&gt;</w:t>
        <w:br/>
        <w:t>Лягає тінь на невисокий шпиль,&lt;br /&gt;</w:t>
        <w:br/>
        <w:t>Де з лавра ще була колись лозина,&lt;br /&gt;</w:t>
        <w:br/>
        <w:t>Де зараз тихий вогник мій танцює,&lt;br /&gt;</w:t>
        <w:br/>
        <w:t>1, поки мовлю я, плазує звідусіль,&lt;br /&gt;</w:t>
        <w:br/>
        <w:t>Затоплюючи паділ без упину,&lt;br /&gt;</w:t>
        <w:br/>
        <w:t>Де моє серце з дівою домує.&lt;br /&gt;</w:t>
        <w:br/>
        <w:t>СЬХХХІХ&lt;br /&gt;</w:t>
        <w:br/>
        <w:t>Алегоричний опис любовних&lt;br /&gt;</w:t>
        <w:br/>
        <w:t>гризот поетових&lt;br /&gt;</w:t>
        <w:br/>
        <w:t>Із вантажем забутку, в буревій,&lt;br /&gt;</w:t>
        <w:br/>
        <w:t>Моє судно блукає в океані,&lt;br /&gt;</w:t>
        <w:br/>
        <w:t>Грозить тут Сцілла, там Харибда мане,&lt;br /&gt;</w:t>
        <w:br/>
        <w:t>Стерник мій пан, ба ні, противник мій.&lt;br /&gt;</w:t>
        <w:br/>
        <w:t>На гребках ручих дум веселий рій&lt;br /&gt;</w:t>
        <w:br/>
        <w:t>Куйовдяться й кричать без перестану.&lt;br /&gt;</w:t>
        <w:br/>
        <w:t>Одвічний вихр жаги і сподівання&lt;br /&gt;</w:t>
        <w:br/>
        <w:t>Вітрила рве у сутичці крутій.&lt;br /&gt;</w:t>
        <w:br/>
        <w:t>В тумані розпачу, під сліз потоком&lt;br /&gt;</w:t>
        <w:br/>
        <w:t>З нерозуму посплітані канати&lt;br /&gt;</w:t>
        <w:br/>
        <w:t>Звисають вже мачулами із борту.&lt;br /&gt;</w:t>
        <w:br/>
        <w:t>Погасли мої вогники двоокі.&lt;br /&gt;</w:t>
        <w:br/>
        <w:t>То вмінню гинуть, тямі пропадати?&lt;br /&gt;</w:t>
        <w:br/>
        <w:t>Зневіривсь я потрапити до порту.&lt;br /&gt;</w:t>
        <w:br/>
        <w:t>СХС&lt;br /&gt;</w:t>
        <w:br/>
        <w:t>Притча&lt;br /&gt;</w:t>
        <w:br/>
        <w:t>Пречиста лань на травах лугових&lt;br /&gt;</w:t>
        <w:br/>
        <w:t>На сході сонця весняної днини,&lt;br /&gt;</w:t>
        <w:br/>
        <w:t>Між двох річок, у затінку лаврини,&lt;br /&gt;</w:t>
        <w:br/>
        <w:t>В уборі встала рогів золотих.&lt;br /&gt;</w:t>
        <w:br/>
        <w:t>Уражений видінням, я не міг&lt;br /&gt;</w:t>
        <w:br/>
        <w:t>Утриматись, і от я без упину,&lt;br /&gt;</w:t>
        <w:br/>
        <w:t>Мов той скупар, за дивним скарбом лину,&lt;br /&gt;</w:t>
        <w:br/>
        <w:t>В полоні хтивих схотінок своїх.&lt;br /&gt;</w:t>
        <w:br/>
        <w:t>"Не руш мене!" — Ішла круг її шиї&lt;br /&gt;</w:t>
        <w:br/>
        <w:t>З алмазів і топазів буйна в'язь. —&lt;br /&gt;</w:t>
        <w:br/>
        <w:t>"Сам Кесар дарував мені свободу".&lt;br /&gt;</w:t>
        <w:br/>
        <w:t>Був південь, коли сонце так яскріє.&lt;br /&gt;</w:t>
        <w:br/>
        <w:t>А я, милуючись, її очима пас.&lt;br /&gt;</w:t>
        <w:br/>
        <w:t>Та раптом зникла лань, а я упав у воду.&lt;br /&gt;</w:t>
        <w:br/>
        <w:t>СХСІ&lt;br /&gt;</w:t>
        <w:br/>
        <w:t>Донна постає перед поетом,&lt;br /&gt;</w:t>
        <w:br/>
        <w:t>як Бог перед блаженними&lt;br /&gt;</w:t>
        <w:br/>
        <w:t>Як вічно жить — це спозирати Бога,&lt;br /&gt;</w:t>
        <w:br/>
        <w:t>Хіба це не всерадість повсякчас?&lt;br /&gt;</w:t>
        <w:br/>
        <w:t>Щасливий я, що бачу, донно, вас,&lt;br /&gt;</w:t>
        <w:br/>
        <w:t>В короткім відтинку мого шляху земного.&lt;br /&gt;</w:t>
        <w:br/>
        <w:t>І ви іще прекрасніші від того, —&lt;br /&gt;</w:t>
        <w:br/>
        <w:t>Повік би вас очима тільки пас!&lt;br /&gt;</w:t>
        <w:br/>
        <w:t>О цей солодкий мого раю час,&lt;br /&gt;</w:t>
        <w:br/>
        <w:t>З яким не порівняється нічого!&lt;br /&gt;</w:t>
        <w:br/>
        <w:t>Він промайне, і не помітиш як.&lt;br /&gt;</w:t>
        <w:br/>
        <w:t>Чого бажать? У кожного свій смак,&lt;br /&gt;</w:t>
        <w:br/>
        <w:t>Той пахощі, той славу божествить.&lt;br /&gt;</w:t>
        <w:br/>
        <w:t>Один вогонь підносить, інший воду,&lt;br /&gt;</w:t>
        <w:br/>
        <w:t>Але мене це зовсім не обходить.&lt;br /&gt;</w:t>
        <w:br/>
        <w:t>Нема, як ваш сяйний, мов сонце, вид.&lt;br /&gt;</w:t>
        <w:br/>
        <w:t>СХСІІ&lt;br /&gt;</w:t>
        <w:br/>
        <w:t>Граційна хода Лаурина&lt;br /&gt;</w:t>
        <w:br/>
        <w:t>Амур, ось кого треба прославлять,&lt;br /&gt;</w:t>
        <w:br/>
        <w:t>Ніщо земне не стане їй супроти,&lt;br /&gt;</w:t>
        <w:br/>
        <w:t>На неї небо ллє свою ясноту,&lt;br /&gt;</w:t>
        <w:br/>
        <w:t>Вона ж сторицею вертає все назад.&lt;br /&gt;</w:t>
        <w:br/>
        <w:t>Диви, в який убралася шарлат,&lt;br /&gt;</w:t>
        <w:br/>
        <w:t>Ряхтять усюди перла й позолота,&lt;br /&gt;</w:t>
        <w:br/>
        <w:t>Зір і стопи спрямовує усоте&lt;br /&gt;</w:t>
        <w:br/>
        <w:t>Туди, де пагорбів тінистий ряд.&lt;br /&gt;</w:t>
        <w:br/>
        <w:t>Зелене зілля і барвисті квіти&lt;br /&gt;</w:t>
        <w:br/>
        <w:t>У затінку густім осіньчука&lt;br /&gt;</w:t>
        <w:br/>
        <w:t>Під її ніжки стеляться охоче.&lt;br /&gt;</w:t>
        <w:br/>
        <w:t>І навіть ніч, у зорях палахка,&lt;br /&gt;</w:t>
        <w:br/>
        <w:t>Готова в відповідь згори іскріти,&lt;br /&gt;</w:t>
        <w:br/>
        <w:t>Аби світили й їй її прегарні очі.&lt;br /&gt;</w:t>
        <w:br/>
        <w:t>СХС1ІІ&lt;br /&gt;</w:t>
        <w:br/>
        <w:t>Ніжний голос поетової донни&lt;br /&gt;</w:t>
        <w:br/>
        <w:t>Така пожива трапилась мені,&lt;br /&gt;</w:t>
        <w:br/>
        <w:t>Що і нектар для мене не пиття.&lt;br /&gt;</w:t>
        <w:br/>
        <w:t>Приносить кожна втіха забуття,&lt;br /&gt;</w:t>
        <w:br/>
        <w:t>Як вип'ю з Лети краплю вже на дні.&lt;br /&gt;</w:t>
        <w:br/>
        <w:t>Почую голос, і рядки сумні&lt;br /&gt;</w:t>
        <w:br/>
        <w:t>Записую у серці черню я,&lt;br /&gt;</w:t>
        <w:br/>
        <w:t>Зітхаю раз у раз, її любля,&lt;br /&gt;</w:t>
        <w:br/>
        <w:t>Бо зазнаю розкошів удвійні.&lt;br /&gt;</w:t>
        <w:br/>
        <w:t>Як він чарує гожістю своєю,&lt;br /&gt;</w:t>
        <w:br/>
        <w:t>Ніжнішого нема на цьому світі.&lt;br /&gt;</w:t>
        <w:br/>
        <w:t>О, голос цей — сама краса!&lt;br /&gt;</w:t>
        <w:br/>
        <w:t>Бо він витає тут же коло неї,&lt;br /&gt;</w:t>
        <w:br/>
        <w:t>Подумати, що можуть сотворити&lt;br /&gt;</w:t>
        <w:br/>
        <w:t>Природа всеплодюща й Небеса.&lt;br /&gt;</w:t>
        <w:br/>
        <w:t>СХСІУ&lt;br /&gt;</w:t>
        <w:br/>
        <w:t>Повертаючись до Провансу&lt;br /&gt;</w:t>
        <w:br/>
        <w:t>Нарешті благодатний вітерець&lt;br /&gt;</w:t>
        <w:br/>
        <w:t>Відсвіжує переліски й поляни.&lt;br /&gt;</w:t>
        <w:br/>
        <w:t>Бентежний дух, ласкавий, добре знаний,&lt;br /&gt;</w:t>
        <w:br/>
        <w:t>Мене хвилює й мучить унівець.&lt;br /&gt;</w:t>
        <w:br/>
        <w:t>Скоріш сюди, в притулок для сердець,&lt;br /&gt;</w:t>
        <w:br/>
        <w:t>Утікши від привичної Тоскани,&lt;br /&gt;</w:t>
        <w:br/>
        <w:t>Від сірого туману серце в'яне,&lt;br /&gt;</w:t>
        <w:br/>
        <w:t>Та сонце ріже млу вже напрямець.&lt;br /&gt;</w:t>
        <w:br/>
        <w:t>Воно моє, у ньому мед і сила,&lt;br /&gt;</w:t>
        <w:br/>
        <w:t>Без нього як мені на світі жить?&lt;br /&gt;</w:t>
        <w:br/>
        <w:t>Та сліпну я, тікати б без загаю.&lt;br /&gt;</w:t>
        <w:br/>
        <w:t>Ні, пізно. Врятували б тільки крила.&lt;br /&gt;</w:t>
        <w:br/>
        <w:t>Занапастить мене яскравий світ.&lt;br /&gt;</w:t>
        <w:br/>
        <w:t>Без нього тану, а у нім палаю.&lt;br /&gt;</w:t>
        <w:br/>
        <w:t>СХСУ&lt;br /&gt;</w:t>
        <w:br/>
        <w:t>Тільки смерть або донна можуть&lt;br /&gt;</w:t>
        <w:br/>
        <w:t>зцілити поета від кохання&lt;br /&gt;</w:t>
        <w:br/>
        <w:t>Дивлюся, як міняється мій вид,&lt;br /&gt;</w:t>
        <w:br/>
        <w:t>А все ще піддаюся на понаду,&lt;br /&gt;</w:t>
        <w:br/>
        <w:t>Тягнусь до віття чарівного саду,&lt;br /&gt;</w:t>
        <w:br/>
        <w:t>Якому треба вічно зеленіть.&lt;br /&gt;</w:t>
        <w:br/>
        <w:t>Скоріш не зазоріє неба звід,&lt;br /&gt;</w:t>
        <w:br/>
        <w:t>Скоріш життя залишиться позаду,&lt;br /&gt;</w:t>
        <w:br/>
        <w:t>Ніж цю страшну й таку солодку зваду&lt;br /&gt;</w:t>
        <w:br/>
        <w:t>Зуміє хтось одразу упинить.&lt;br /&gt;</w:t>
        <w:br/>
        <w:t>Отож, поки душа моя жива,&lt;br /&gt;</w:t>
        <w:br/>
        <w:t>Дорога хресних мук ще несходима,&lt;br /&gt;</w:t>
        <w:br/>
        <w:t>Та, може, ворог мій і милость зна.&lt;br /&gt;</w:t>
        <w:br/>
        <w:t>Скоріше я повірю у дива:&lt;br /&gt;</w:t>
        <w:br/>
        <w:t>Якщо на світі хтось мене підтрима,&lt;br /&gt;</w:t>
        <w:br/>
        <w:t>То тільки Смерть чи лиходій — вона.&lt;br /&gt;</w:t>
        <w:br/>
        <w:t>схем&lt;br /&gt;</w:t>
        <w:br/>
        <w:t>Любовні спомини&lt;br /&gt;</w:t>
        <w:br/>
        <w:t>Весна шурхоче між зелених віт,&lt;br /&gt;</w:t>
        <w:br/>
        <w:t>Та б'є в чоло мені її дихання,&lt;br /&gt;</w:t>
        <w:br/>
        <w:t>Щоб я згадав, які мені страждання&lt;br /&gt;</w:t>
        <w:br/>
        <w:t>Приніс Амур, замкнувши білий світ.&lt;br /&gt;</w:t>
        <w:br/>
        <w:t>Мені вона явила гарний вид,&lt;br /&gt;</w:t>
        <w:br/>
        <w:t>І я зробився страдником кохання,&lt;br /&gt;</w:t>
        <w:br/>
        <w:t>Від злота кіс ішло таке сіяння,&lt;br /&gt;</w:t>
        <w:br/>
        <w:t>А нині нить перлова в них блищить.&lt;br /&gt;</w:t>
        <w:br/>
        <w:t>Як гарно розпадались ці жмути&lt;br /&gt;</w:t>
        <w:br/>
        <w:t>І як стягались — мода, бач, така! —&lt;br /&gt;</w:t>
        <w:br/>
        <w:t>Згадаю, то у мислях круговерть.&lt;br /&gt;</w:t>
        <w:br/>
        <w:t>Та час зв'язав їх у вузли круті,&lt;br /&gt;</w:t>
        <w:br/>
        <w:t>І стиснув серце скрут того шнурка,&lt;br /&gt;</w:t>
        <w:br/>
        <w:t>Якого, як попустить, то лиш Смерть.&lt;br /&gt;</w:t>
        <w:br/>
        <w:t>СХСУП&lt;br /&gt;</w:t>
        <w:br/>
        <w:t>Голос, коси, тінь та очі поетової&lt;br /&gt;</w:t>
        <w:br/>
        <w:t>донни&lt;br /&gt;</w:t>
        <w:br/>
        <w:t>В лице війнула холодком лаврина:&lt;br /&gt;</w:t>
        <w:br/>
        <w:t>Любовна рана в Феба тут ятрить.&lt;br /&gt;</w:t>
        <w:br/>
        <w:t>Амур в ярмі й мені звелів ходить.&lt;br /&gt;</w:t>
        <w:br/>
        <w:t>Спізнивсь скидати, от і гну я спину.&lt;br /&gt;</w:t>
        <w:br/>
        <w:t>Я — мов старий, що з роду сарацинів,&lt;br /&gt;</w:t>
        <w:br/>
        <w:t>Обернений Медузою в граніт, —&lt;br /&gt;</w:t>
        <w:br/>
        <w:t>У кіс піймався золотисту сіть,&lt;br /&gt;</w:t>
        <w:br/>
        <w:t>В чиєму сяйві навіть сонце гине.&lt;br /&gt;</w:t>
        <w:br/>
        <w:t>Ох, це волосся, ці медвяні пута.&lt;br /&gt;</w:t>
        <w:br/>
        <w:t>Чогось добитись, втративши надії,&lt;br /&gt;</w:t>
        <w:br/>
        <w:t>Не борюкаюсь і здаюсь охоче.&lt;br /&gt;</w:t>
        <w:br/>
        <w:t>У її тіні серце крижаніє.&lt;br /&gt;</w:t>
        <w:br/>
        <w:t>Від холоду ні крикнуть, ні зітхнути.&lt;br /&gt;</w:t>
        <w:br/>
        <w:t>Я скаменів, побачивши ці очі.&lt;br /&gt;</w:t>
        <w:br/>
        <w:t>СХСУІІІ&lt;br /&gt;</w:t>
        <w:br/>
        <w:t>Очі і коси поетової донни&lt;br /&gt;</w:t>
        <w:br/>
        <w:t>ще достойно не оспівані&lt;br /&gt;</w:t>
        <w:br/>
        <w:t>Вітрець на сонці ледь перебирає&lt;br /&gt;</w:t>
        <w:br/>
        <w:t>Волосся золотистого жмути.&lt;br /&gt;</w:t>
        <w:br/>
        <w:t>Амур їх сплів і, в нитки їх густі&lt;br /&gt;</w:t>
        <w:br/>
        <w:t>Заткавши серце, дух мій піднімає.&lt;br /&gt;</w:t>
        <w:br/>
        <w:t>Душа-бо кожним нервом відчуває,&lt;br /&gt;</w:t>
        <w:br/>
        <w:t>Як наближаєшся до мене ти,&lt;br /&gt;</w:t>
        <w:br/>
        <w:t>Аби мене убить чи зберегти.&lt;br /&gt;</w:t>
        <w:br/>
        <w:t>Куди хитнуться терези, не знаю.&lt;br /&gt;</w:t>
        <w:br/>
        <w:t>Узрівши, у якім горю вогні&lt;br /&gt;</w:t>
        <w:br/>
        <w:t>І які пута тягнуться між нами,&lt;br /&gt;</w:t>
        <w:br/>
        <w:t>Бо зв'язані у мене руки й ноги,&lt;br /&gt;</w:t>
        <w:br/>
        <w:t>Не знаю вже, що говорить мені.&lt;br /&gt;</w:t>
        <w:br/>
        <w:t>Я перед зором цим втрачаю тяму,&lt;br /&gt;</w:t>
        <w:br/>
        <w:t>Від ніжності дійшовши до знемоги.&lt;br /&gt;</w:t>
        <w:br/>
        <w:t>СХСІХ&lt;br /&gt;</w:t>
        <w:br/>
        <w:t>Украдена рукавичка&lt;br /&gt;</w:t>
        <w:br/>
        <w:t>О руце, серця вірного заков,&lt;br /&gt;</w:t>
        <w:br/>
        <w:t>Моє життя ти держиш у десниці,&lt;br /&gt;</w:t>
        <w:br/>
        <w:t>В тобі змогли Природа й Небо злиться,&lt;br /&gt;</w:t>
        <w:br/>
        <w:t>Щоб у красі явить мою любов.&lt;br /&gt;</w:t>
        <w:br/>
        <w:t>П'ять пальців, п'ять перлинок мов,&lt;br /&gt;</w:t>
        <w:br/>
        <w:t>П'ять ран моїх, яких завдала криця.&lt;br /&gt;</w:t>
        <w:br/>
        <w:t>Тепер вам можна врешті розтулиться,&lt;br /&gt;</w:t>
        <w:br/>
        <w:t>Я бачу вас оголеними знов.&lt;br /&gt;</w:t>
        <w:br/>
        <w:t>О чиста і легенька рукавичка,&lt;br /&gt;</w:t>
        <w:br/>
        <w:t>Що білокість приховуєш і рожі,&lt;br /&gt;</w:t>
        <w:br/>
        <w:t>Засяяла тепер краса сама!&lt;br /&gt;</w:t>
        <w:br/>
        <w:t>Аби іще й фату... крадіжка невеличка...&lt;br /&gt;</w:t>
        <w:br/>
        <w:t>Радіти?., де ж!., на радість щось не схоже...&lt;br /&gt;</w:t>
        <w:br/>
        <w:t>Я щойно був багач... та скарбу вже катма.&lt;br /&gt;</w:t>
        <w:br/>
        <w:t>СС&lt;br /&gt;</w:t>
        <w:br/>
        <w:t>Поетова донна зосереджує&lt;br /&gt;</w:t>
        <w:br/>
        <w:t>в собі всі риси краси&lt;br /&gt;</w:t>
        <w:br/>
        <w:t>О ця тонка оголена рука,&lt;br /&gt;</w:t>
        <w:br/>
        <w:t>Овва, вже рукавичкою обвита.&lt;br /&gt;</w:t>
        <w:br/>
        <w:t>Ці руки привчені до пестощів і сприту&lt;br /&gt;</w:t>
        <w:br/>
        <w:t>І причарують враз молодика.&lt;br /&gt;</w:t>
        <w:br/>
        <w:t>Амур запас уже шовкового шнурка.&lt;br /&gt;</w:t>
        <w:br/>
        <w:t>Та скільки в нього способів ловити,&lt;br /&gt;</w:t>
        <w:br/>
        <w:t>Чим тільки його шати не розшиті, —&lt;br /&gt;</w:t>
        <w:br/>
        <w:t>Розповідать, зламаєш язика.&lt;br /&gt;</w:t>
        <w:br/>
        <w:t>Світлисті очі і зірчасті вії,&lt;br /&gt;</w:t>
        <w:br/>
        <w:t>Уста — ті, не кажи ти, янголині,&lt;br /&gt;</w:t>
        <w:br/>
        <w:t>Ще й повні перел і солодких слів.&lt;br /&gt;</w:t>
        <w:br/>
        <w:t>Та й інші є клейноди дорогії:&lt;br /&gt;</w:t>
        <w:br/>
        <w:t>Чоло опукле й золота чуприна,&lt;br /&gt;</w:t>
        <w:br/>
        <w:t>Що блиск її і сонце б те потьмив.&lt;br /&gt;</w:t>
        <w:br/>
        <w:t>CCI&lt;br /&gt;</w:t>
        <w:br/>
        <w:t>Повернута рукавичка&lt;br /&gt;</w:t>
        <w:br/>
        <w:t>Амур (якого ще бажать хісна?)&lt;br /&gt;</w:t>
        <w:br/>
        <w:t>Підніс мені шовкову рукавичку,&lt;br /&gt;</w:t>
        <w:br/>
        <w:t>І як зрадів я, неборак, з незвички,&lt;br /&gt;</w:t>
        <w:br/>
        <w:t>А потім загадавсь: чия ж вона?&lt;br /&gt;</w:t>
        <w:br/>
        <w:t>Згадав той день (не дійсність, а мана!),&lt;br /&gt;</w:t>
        <w:br/>
        <w:t>Коли в одну хвилину невеличку&lt;br /&gt;</w:t>
        <w:br/>
        <w:t>Пошився я через мою правичку&lt;br /&gt;</w:t>
        <w:br/>
        <w:t>В багатії чи в бідарі — хто зна?&lt;br /&gt;</w:t>
        <w:br/>
        <w:t>Я й здобичі такій уже не рад,&lt;br /&gt;</w:t>
        <w:br/>
        <w:t>Безпомічний, безмовний і розбитий,&lt;br /&gt;</w:t>
        <w:br/>
        <w:t>І мушу ангелиці уступити.&lt;br /&gt;</w:t>
        <w:br/>
        <w:t>Аби ж, тікачу, крил тобі до п'ят,&lt;br /&gt;</w:t>
        <w:br/>
        <w:t>Ти міг би хоч цій ручці відомстити,&lt;br /&gt;</w:t>
        <w:br/>
        <w:t>Через яку і сліз цей водоспад.&lt;br /&gt;</w:t>
        <w:br/>
        <w:t>сси&lt;br /&gt;</w:t>
        <w:br/>
        <w:t>Поет уже збезнадіївся завоювати&lt;br /&gt;</w:t>
        <w:br/>
        <w:t>любов своєї донни&lt;br /&gt;</w:t>
        <w:br/>
        <w:t>Із надр своїх живий прозорий лід&lt;br /&gt;</w:t>
        <w:br/>
        <w:t>Пускає пломінь, жар нестерпний нині,&lt;br /&gt;</w:t>
        <w:br/>
        <w:t>Він сушить серце, кров п'є по краплині,&lt;br /&gt;</w:t>
        <w:br/>
        <w:t>Руїною мені уже грозить.&lt;br /&gt;</w:t>
        <w:br/>
        <w:t>На мене смерть замахується бить,&lt;br /&gt;</w:t>
        <w:br/>
        <w:t>її небесний грім і рев левиний&lt;br /&gt;</w:t>
        <w:br/>
        <w:t>Життя моє догонять неодмінно,&lt;br /&gt;</w:t>
        <w:br/>
        <w:t>Я мовчки побиваюся, та й квит.&lt;br /&gt;</w:t>
        <w:br/>
        <w:t>Аби ж то спожаління і любов&lt;br /&gt;</w:t>
        <w:br/>
        <w:t>Підпомогли, подвійна ця колона&lt;br /&gt;</w:t>
        <w:br/>
        <w:t>Могла б мене прикрити од вогню.&lt;br /&gt;</w:t>
        <w:br/>
        <w:t>Та я не вірю, тут бо знати знов&lt;br /&gt;</w:t>
        <w:br/>
        <w:t>Мою ласкаву ворогиню й донну,&lt;br /&gt;</w:t>
        <w:br/>
        <w:t>Та не її, недолю лиш виню.&lt;br /&gt;</w:t>
        <w:br/>
        <w:t>ССІП&lt;br /&gt;</w:t>
        <w:br/>
        <w:t>Даремно поет робив свою донну&lt;br /&gt;</w:t>
        <w:br/>
        <w:t>безсмертною&lt;br /&gt;</w:t>
        <w:br/>
        <w:t>Знеможений, горю вогнем без міри,&lt;br /&gt;</w:t>
        <w:br/>
        <w:t>Усі це бачать, тільки не вона,&lt;br /&gt;</w:t>
        <w:br/>
        <w:t>Мене трактує так, немов не зна,&lt;br /&gt;</w:t>
        <w:br/>
        <w:t>Не помічає мук моїх допіру.&lt;br /&gt;</w:t>
        <w:br/>
        <w:t>Божиста врода й повна недовіра.&lt;br /&gt;</w:t>
        <w:br/>
        <w:t>Чому ваш зір бідаху обмина?&lt;br /&gt;</w:t>
        <w:br/>
        <w:t>Аби моєї зірки не вина,&lt;br /&gt;</w:t>
        <w:br/>
        <w:t>Ви пожаліли б душу мою щиру.&lt;br /&gt;</w:t>
        <w:br/>
        <w:t>Вогонь мій, до якого вам байдуже,&lt;br /&gt;</w:t>
        <w:br/>
        <w:t>Мої пісні красі твоїй урочій&lt;br /&gt;</w:t>
        <w:br/>
        <w:t>Запалять інші душі не сторонні.&lt;br /&gt;</w:t>
        <w:br/>
        <w:t>Надіюся, що він таки заслужить,&lt;br /&gt;</w:t>
        <w:br/>
        <w:t>Щоб мій язик і згаслі твої очі&lt;br /&gt;</w:t>
        <w:br/>
        <w:t>Іще надовго зберігали пломінь.&lt;br /&gt;</w:t>
        <w:br/>
        <w:t>ССГУ&lt;br /&gt;</w:t>
        <w:br/>
        <w:t>Поет закликає свою душу брати&lt;br /&gt;</w:t>
        <w:br/>
        <w:t>приклад з донни і вернутися&lt;br /&gt;</w:t>
        <w:br/>
        <w:t>до Бога&lt;br /&gt;</w:t>
        <w:br/>
        <w:t>Душа, якій чимало Бог вділив,&lt;br /&gt;</w:t>
        <w:br/>
        <w:t>Чуть, бачить, думать і читати знаки,&lt;br /&gt;</w:t>
        <w:br/>
        <w:t>Мій зір і те, серед чуттів онаких,&lt;br /&gt;</w:t>
        <w:br/>
        <w:t>Яке доносить серцю святість слів,&lt;br /&gt;</w:t>
        <w:br/>
        <w:t>А що як батько вас би появив&lt;br /&gt;</w:t>
        <w:br/>
        <w:t>Раніш чи згодом, стало б вам однако&lt;br /&gt;</w:t>
        <w:br/>
        <w:t>Без двох вогнів лишатись серед мряки&lt;br /&gt;</w:t>
        <w:br/>
        <w:t>І стіп коханих не знайти слідів?&lt;br /&gt;</w:t>
        <w:br/>
        <w:t>Яскраве світло і виразний слід&lt;br /&gt;</w:t>
        <w:br/>
        <w:t>Ведуть вас у короткий перехід&lt;br /&gt;</w:t>
        <w:br/>
        <w:t>Туди, де вже чекає вічний спокій.&lt;br /&gt;</w:t>
        <w:br/>
        <w:t>Знімайся в небо, зморений мій дух,&lt;br /&gt;</w:t>
        <w:br/>
        <w:t>У цих туманах ти ще не потух,&lt;br /&gt;</w:t>
        <w:br/>
        <w:t>До сяйва Божого спрямовуючи кроки.&lt;br /&gt;</w:t>
        <w:br/>
        <w:t>ССУ&lt;br /&gt;</w:t>
        <w:br/>
        <w:t>Поет вітає себе зі своїми&lt;br /&gt;</w:t>
        <w:br/>
        <w:t>гризотами&lt;br /&gt;</w:t>
        <w:br/>
        <w:t>Солодкий гнів, примирення і згода,&lt;br /&gt;</w:t>
        <w:br/>
        <w:t>Страждать приємно й бід не уникать,&lt;br /&gt;</w:t>
        <w:br/>
        <w:t>Приємно мовить вміло і не в лад,&lt;br /&gt;</w:t>
        <w:br/>
        <w:t>В утіхах віднаходить осолоду.&lt;br /&gt;</w:t>
        <w:br/>
        <w:t>Тобі, душе, хіба все недогода?&lt;br /&gt;</w:t>
        <w:br/>
        <w:t>Мовчи й терпи і пий солодкий яд.&lt;br /&gt;</w:t>
        <w:br/>
        <w:t>Та й пізно відступати вже назад.&lt;br /&gt;</w:t>
        <w:br/>
        <w:t>Тобі ж кохання — вища нагорода.&lt;br /&gt;</w:t>
        <w:br/>
        <w:t>Через віки зітхне з нащадків хтось:&lt;br /&gt;</w:t>
        <w:br/>
        <w:t>"Як мучитись бідасі довелось&lt;br /&gt;</w:t>
        <w:br/>
        <w:t>1 гарно як цвіло його кохання!"&lt;br /&gt;</w:t>
        <w:br/>
        <w:t>А той недолі стане дорікать:&lt;br /&gt;</w:t>
        <w:br/>
        <w:t>"Таку красу зустріну я навряд,&lt;br /&gt;</w:t>
        <w:br/>
        <w:t>Аби ж то не кончина її рання!"&lt;br /&gt;</w:t>
        <w:br/>
        <w:t>ССУІІІ&lt;br /&gt;</w:t>
        <w:br/>
        <w:t>Пливучи Роною&lt;br /&gt;</w:t>
        <w:br/>
        <w:t>Ти води ринеш із альпійських гір,&lt;br /&gt;</w:t>
        <w:br/>
        <w:t>Ріки швидкої носячи наймення.&lt;br /&gt;</w:t>
        <w:br/>
        <w:t>З тобою ми спадаємо шалено,&lt;br /&gt;</w:t>
        <w:br/>
        <w:t>Амур мій, твій Природа проводир.&lt;br /&gt;</w:t>
        <w:br/>
        <w:t>Ти спереду: женеш, як дикий звір&lt;br /&gt;</w:t>
        <w:br/>
        <w:t>(З тобою збігтись сил нема у мене),&lt;br /&gt;</w:t>
        <w:br/>
        <w:t>До моря, де трава така зелена,&lt;br /&gt;</w:t>
        <w:br/>
        <w:t>Де свіжий вітер, де все вабить зір.&lt;br /&gt;</w:t>
        <w:br/>
        <w:t>Там пробуває найдивніше з див,&lt;br /&gt;</w:t>
        <w:br/>
        <w:t>Там наше ніжне і живе світило,&lt;br /&gt;</w:t>
        <w:br/>
        <w:t>Краса не для твоїх річнистих берегів.&lt;br /&gt;</w:t>
        <w:br/>
        <w:t>Поцьомай ніжку або ручку білу&lt;br /&gt;</w:t>
        <w:br/>
        <w:t>їй, поцілунок скаже і без слів:&lt;br /&gt;</w:t>
        <w:br/>
        <w:t>Він духом кріп кий — тіло знемощіло.&lt;br /&gt;</w:t>
        <w:br/>
        <w:t>ССІХ&lt;br /&gt;</w:t>
        <w:br/>
        <w:t>Повертаючись до Італії&lt;br /&gt;</w:t>
        <w:br/>
        <w:t>Шпилі, де вже мене тепер нема&lt;br /&gt;</w:t>
        <w:br/>
        <w:t>(Те, що лишив, його лишити годі),&lt;br /&gt;</w:t>
        <w:br/>
        <w:t>Зі мною йдуть, а тут ще й при нагоді&lt;br /&gt;</w:t>
        <w:br/>
        <w:t>Тягар накинула мені Любов сама.&lt;br /&gt;</w:t>
        <w:br/>
        <w:t>Отак і йду, не скинувши ярма,&lt;br /&gt;</w:t>
        <w:br/>
        <w:t>Дивуючись собі у цім поході,&lt;br /&gt;</w:t>
        <w:br/>
        <w:t>І, даленіючи, ще ближче все підходить.&lt;br /&gt;</w:t>
        <w:br/>
        <w:t>Отож простую, може, і дарма.&lt;br /&gt;</w:t>
        <w:br/>
        <w:t>Як олень, від стріли діставши рану&lt;br /&gt;</w:t>
        <w:br/>
        <w:t>І чуючи в боку підступний яд,&lt;br /&gt;</w:t>
        <w:br/>
        <w:t>Тікає, хоч болить йому, щомочі.&lt;br /&gt;</w:t>
        <w:br/>
        <w:t>Так я давно з стрілою в серці в'яну,&lt;br /&gt;</w:t>
        <w:br/>
        <w:t>Притомлений, а водночас і рад,&lt;br /&gt;</w:t>
        <w:br/>
        <w:t>І кволюся, а ще підбігти хочу.&lt;br /&gt;</w:t>
        <w:br/>
        <w:t>ССХ&lt;br /&gt;</w:t>
        <w:br/>
        <w:t>Поет нарікає на жорстокість&lt;br /&gt;</w:t>
        <w:br/>
        <w:t>своєї донни&lt;br /&gt;</w:t>
        <w:br/>
        <w:t>Від Ебро і до індського потоку,&lt;br /&gt;</w:t>
        <w:br/>
        <w:t>Який шука до моря кожен спад,&lt;br /&gt;</w:t>
        <w:br/>
        <w:t>І в небесах, і на землі навряд&lt;br /&gt;</w:t>
        <w:br/>
        <w:t>Щоб бачив хто таку красу нівроку.&lt;br /&gt;</w:t>
        <w:br/>
        <w:t>Що напророчать крук мені й сорока?&lt;br /&gt;</w:t>
        <w:br/>
        <w:t>А Парка скільки може відмотать?&lt;br /&gt;</w:t>
        <w:br/>
        <w:t>Оглухло милосердя, мов той гад,&lt;br /&gt;</w:t>
        <w:br/>
        <w:t>Пропало моє серце одиноке.&lt;br /&gt;</w:t>
        <w:br/>
        <w:t>Той, хто хоч раз її зустрів,&lt;br /&gt;</w:t>
        <w:br/>
        <w:t>Захоплення і трепет відчуває&lt;br /&gt;</w:t>
        <w:br/>
        <w:t>І так, як я, уже не охолоне.&lt;br /&gt;</w:t>
        <w:br/>
        <w:t>Але, збиваючи мій запал і порив,&lt;br /&gt;</w:t>
        <w:br/>
        <w:t>Вона вдає чи справді не зважає,&lt;br /&gt;</w:t>
        <w:br/>
        <w:t>Як посивіли з горя мої скроні.&lt;br /&gt;</w:t>
        <w:br/>
        <w:t>ССХІ&lt;br /&gt;</w:t>
        <w:br/>
        <w:t>Поет розповідає, як і коли&lt;br /&gt;</w:t>
        <w:br/>
        <w:t>він закохався&lt;br /&gt;</w:t>
        <w:br/>
        <w:t>Амуру я прислужник із принуки,&lt;br /&gt;</w:t>
        <w:br/>
        <w:t>Жага і звичка знов мене дола.&lt;br /&gt;</w:t>
        <w:br/>
        <w:t>Якщо надія є, вона така мала,&lt;br /&gt;</w:t>
        <w:br/>
        <w:t>Мені до серця тулить кволу руку.&lt;br /&gt;</w:t>
        <w:br/>
        <w:t>Те бачить рятівницю в ній од муки,&lt;br /&gt;</w:t>
        <w:br/>
        <w:t>Не знаючи, яка це сила зла.&lt;br /&gt;</w:t>
        <w:br/>
        <w:t>Спить розум, пристрастей роїться мла,&lt;br /&gt;</w:t>
        <w:br/>
        <w:t>Бажань не переводиться докука.&lt;br /&gt;</w:t>
        <w:br/>
        <w:t>Краса, честь, доблесть сяяли у всьому.&lt;br /&gt;</w:t>
        <w:br/>
        <w:t>Речам солодким здавшися в оману,&lt;br /&gt;</w:t>
        <w:br/>
        <w:t>Серед гілля я серцем вгруз у ґлей.&lt;br /&gt;</w:t>
        <w:br/>
        <w:t>В рік — тисяча і триста двадцять сьомий,&lt;br /&gt;</w:t>
        <w:br/>
        <w:t>Дня шостого у квітні, вранці рано,&lt;br /&gt;</w:t>
        <w:br/>
        <w:t>Ввійшов я в лабіринт, що без дверей.&lt;br /&gt;</w:t>
        <w:br/>
        <w:t>ССХІІ&lt;br /&gt;</w:t>
        <w:br/>
        <w:t>Після двадцятої річниці&lt;br /&gt;</w:t>
        <w:br/>
        <w:t>поетового кохання&lt;br /&gt;</w:t>
        <w:br/>
        <w:t>Радію в сні, люблю журу тяжку,&lt;br /&gt;</w:t>
        <w:br/>
        <w:t>Люблю борвій і тіні обіймаю,&lt;br /&gt;</w:t>
        <w:br/>
        <w:t>Пливу в морях, де дна нема і краю,&lt;br /&gt;</w:t>
        <w:br/>
        <w:t>Пишу на струях, зводжу на піску.&lt;br /&gt;</w:t>
        <w:br/>
        <w:t>Я так уже світилу по знаку,&lt;br /&gt;</w:t>
        <w:br/>
        <w:t>Що від його проміння зір втрачаю.&lt;br /&gt;</w:t>
        <w:br/>
        <w:t>І вслід тікачки сарни поспішаю&lt;br /&gt;</w:t>
        <w:br/>
        <w:t>На кулявім і немічнім бику.&lt;br /&gt;</w:t>
        <w:br/>
        <w:t>Розбитий, отемнілий, недолугий,&lt;br /&gt;</w:t>
        <w:br/>
        <w:t>Я рвуся з трепетом у сні і наяву&lt;br /&gt;</w:t>
        <w:br/>
        <w:t>До Діви й Смерті, до свого кінця.&lt;br /&gt;</w:t>
        <w:br/>
        <w:t>Усе двадцятиліття (скільки туги!)&lt;br /&gt;</w:t>
        <w:br/>
        <w:t>Я зойками і лементом живу,&lt;br /&gt;</w:t>
        <w:br/>
        <w:t>Під злою зіркою попавшись на живця.&lt;br /&gt;</w:t>
        <w:br/>
        <w:t>ССХІІІ&lt;br /&gt;</w:t>
        <w:br/>
        <w:t>Чари поетової донни&lt;br /&gt;</w:t>
        <w:br/>
        <w:t>перевершують усе&lt;br /&gt;</w:t>
        <w:br/>
        <w:t>Чи є на світі хтось на неї схожий&lt;br /&gt;</w:t>
        <w:br/>
        <w:t>З чеснотами високими всіма?&lt;br /&gt;</w:t>
        <w:br/>
        <w:t>Чоло високе — скільки в нім ума.&lt;br /&gt;</w:t>
        <w:br/>
        <w:t>Невіста скромна, а красою гожа.&lt;br /&gt;</w:t>
        <w:br/>
        <w:t>З музикою змагатись голос може,&lt;br /&gt;</w:t>
        <w:br/>
        <w:t>Постава й постать горда і пряма.&lt;br /&gt;</w:t>
        <w:br/>
        <w:t>Поглянуть — янголиця йде сама,&lt;br /&gt;</w:t>
        <w:br/>
        <w:t>їй битиме поклони і вельможа.&lt;br /&gt;</w:t>
        <w:br/>
        <w:t>А зір готовий серце скаменить,&lt;br /&gt;</w:t>
        <w:br/>
        <w:t>І блиск його прошиє доли й ніч&lt;br /&gt;</w:t>
        <w:br/>
        <w:t>І вийме душу і поверне в тіло.&lt;br /&gt;</w:t>
        <w:br/>
        <w:t>А потім голос ніжний зазвучить,&lt;br /&gt;</w:t>
        <w:br/>
        <w:t>І сповнена зітхань солодких річ&lt;br /&gt;</w:t>
        <w:br/>
        <w:t>Мене обмарить чарами уміло.&lt;br /&gt;</w:t>
        <w:br/>
        <w:t>ССХУ&lt;br /&gt;</w:t>
        <w:br/>
        <w:t>В поетовій донні зосереджені&lt;br /&gt;</w:t>
        <w:br/>
        <w:t>всі щедроти душі й тіла&lt;br /&gt;</w:t>
        <w:br/>
        <w:t>Смиренниця, хоч кров блакитна гра,&lt;br /&gt;</w:t>
        <w:br/>
        <w:t>Дотепний розум і душа пречиста,&lt;br /&gt;</w:t>
        <w:br/>
        <w:t>При стриманості сміх такий іскристий,&lt;br /&gt;</w:t>
        <w:br/>
        <w:t>Вже зрілий плід, хоч молода пора.&lt;br /&gt;</w:t>
        <w:br/>
        <w:t>Таких панянок доля обира&lt;br /&gt;</w:t>
        <w:br/>
        <w:t>Чи цар зірок, у неї, Йсусе Христе,&lt;br /&gt;</w:t>
        <w:br/>
        <w:t>Достоїнств стільки, стільки того хисту —&lt;br /&gt;</w:t>
        <w:br/>
        <w:t>Все описать не знайдеться пера.&lt;br /&gt;</w:t>
        <w:br/>
        <w:t>Амур і Честь у ній зійшлись охоче,&lt;br /&gt;</w:t>
        <w:br/>
        <w:t>Сама краса — оздоба їй лишень.&lt;br /&gt;</w:t>
        <w:br/>
        <w:t>До неї не звертайсь, а мовчки гинь.&lt;br /&gt;</w:t>
        <w:br/>
        <w:t>І дивну здатність мають її очі:&lt;br /&gt;</w:t>
        <w:br/>
        <w:t>Ніч осіять, притьмити білий день,&lt;br /&gt;</w:t>
        <w:br/>
        <w:t>Згірчити мед, підсолодить полинь.&lt;br /&gt;</w:t>
        <w:br/>
        <w:t>ССХУІ&lt;br /&gt;</w:t>
        <w:br/>
        <w:t>Любовна скарга&lt;br /&gt;</w:t>
        <w:br/>
        <w:t>Весь день я плачу, плачу я і ніч,&lt;br /&gt;</w:t>
        <w:br/>
        <w:t>Як смертні засинають у покоях,&lt;br /&gt;</w:t>
        <w:br/>
        <w:t>В гірких гризотах мучусь я удвоє:&lt;br /&gt;</w:t>
        <w:br/>
        <w:t>Невже сльозам довіку литься з віч?&lt;br /&gt;</w:t>
        <w:br/>
        <w:t>Я очі тру, а толку ані гич,&lt;br /&gt;</w:t>
        <w:br/>
        <w:t>Душа, як звір, не знає вже спокою,&lt;br /&gt;</w:t>
        <w:br/>
        <w:t>Метається, від стріл жаги такої&lt;br /&gt;</w:t>
        <w:br/>
        <w:t>Терплю я муку, кару, Божий бич.&lt;br /&gt;</w:t>
        <w:br/>
        <w:t>Овва, ось так від днини і до днини&lt;br /&gt;</w:t>
        <w:br/>
        <w:t>Пройшов я, очевидно, півдороги&lt;br /&gt;</w:t>
        <w:br/>
        <w:t>Тієї смерті, що для нас життя.&lt;br /&gt;</w:t>
        <w:br/>
        <w:t>Моя це чи чужа чиясь причина,&lt;br /&gt;</w:t>
        <w:br/>
        <w:t>Живе жаління, вірна підпомога,&lt;br /&gt;</w:t>
        <w:br/>
        <w:t>Стоїть, хоч на очах згораю я.&lt;br /&gt;</w:t>
        <w:br/>
        <w:t>ССХУІІ&lt;br /&gt;</w:t>
        <w:br/>
        <w:t>Поет не шукає у співах нехоті&lt;br /&gt;</w:t>
        <w:br/>
        <w:t>до своєї донни&lt;br /&gt;</w:t>
        <w:br/>
        <w:t>Я вірив у вогонь мого рядка,&lt;br /&gt;</w:t>
        <w:br/>
        <w:t>У сповнені гірким жалінням рими,&lt;br /&gt;</w:t>
        <w:br/>
        <w:t>Вони розтоплять й серце некрушиме&lt;br /&gt;</w:t>
        <w:br/>
        <w:t>Росою спочуття до юнака.&lt;br /&gt;</w:t>
        <w:br/>
        <w:t>Ну, а як дійсність вийде не така,&lt;br /&gt;</w:t>
        <w:br/>
        <w:t>Вони порозуміються із тими,&lt;br /&gt;</w:t>
        <w:br/>
        <w:t>Які устами докорять одними&lt;br /&gt;</w:t>
        <w:br/>
        <w:t>Ту, що мене очима уника.&lt;br /&gt;</w:t>
        <w:br/>
        <w:t>До неї нехоті, а співчуття до себе&lt;br /&gt;</w:t>
        <w:br/>
        <w:t>Я не шукаю. Тут розбийся хоть.&lt;br /&gt;</w:t>
        <w:br/>
        <w:t>(Така моя судьба, така недоля).&lt;br /&gt;</w:t>
        <w:br/>
        <w:t>Співать її — чи більше щастя треба?&lt;br /&gt;</w:t>
        <w:br/>
        <w:t>Тож знайте: як я цю покину плоть,&lt;br /&gt;</w:t>
        <w:br/>
        <w:t>Для мене смерть не що, як вольна воля.&lt;br /&gt;</w:t>
        <w:br/>
        <w:t>ССХУІІІ&lt;br /&gt;</w:t>
        <w:br/>
        <w:t>Поетова донна над усіма&lt;br /&gt;</w:t>
        <w:br/>
        <w:t>як сонце&lt;br /&gt;</w:t>
        <w:br/>
        <w:t>Над женами красою взявши гору,&lt;br /&gt;</w:t>
        <w:br/>
        <w:t>Вона одна у всесвіті царить,&lt;br /&gt;</w:t>
        <w:br/>
        <w:t>І перед гожістю її ясних ланит&lt;br /&gt;</w:t>
        <w:br/>
        <w:t>Все меркне, наче перед сонцем зорі.&lt;br /&gt;</w:t>
        <w:br/>
        <w:t>Амур мені нашіптує з докором:&lt;br /&gt;</w:t>
        <w:br/>
        <w:t>"Вона живе — й безцінна кожна мить,&lt;br /&gt;</w:t>
        <w:br/>
        <w:t>А зникне, о, тоді вже вочевидь&lt;br /&gt;</w:t>
        <w:br/>
        <w:t>Блаженне моє царство рухне скоро.&lt;br /&gt;</w:t>
        <w:br/>
        <w:t>Як без світил і зір небесна шата,&lt;br /&gt;</w:t>
        <w:br/>
        <w:t>Без вітру сфера, без роси туман,&lt;br /&gt;</w:t>
        <w:br/>
        <w:t>Як чоловік безріка, безуман,&lt;br /&gt;</w:t>
        <w:br/>
        <w:t>Як океан без риб і перекатів,&lt;br /&gt;</w:t>
        <w:br/>
        <w:t>Тоді усе замре в похмурій ночі,&lt;br /&gt;</w:t>
        <w:br/>
        <w:t>Коли вона склепить навіки очі".&lt;br /&gt;</w:t>
        <w:br/>
        <w:t>ССХІХ&lt;br /&gt;</w:t>
        <w:br/>
        <w:t>Аврора, Сонце і поетова донна&lt;br /&gt;</w:t>
        <w:br/>
        <w:t>Оголосивсь пташиним співом ліс,&lt;br /&gt;</w:t>
        <w:br/>
        <w:t>Хоча ще день не вимів клапті ночі,&lt;br /&gt;</w:t>
        <w:br/>
        <w:t>А по горі шпаркий струмок клекоче,&lt;br /&gt;</w:t>
        <w:br/>
        <w:t>Зриваючись зі скель, летить униз.&lt;br /&gt;</w:t>
        <w:br/>
        <w:t>І та, хто білим личком, злотом кіс&lt;br /&gt;</w:t>
        <w:br/>
        <w:t>Всіх заломила, розчесати хоче&lt;br /&gt;</w:t>
        <w:br/>
        <w:t>Сідого Старця, любляча й уроча,&lt;br /&gt;</w:t>
        <w:br/>
        <w:t>Аби його куделі не вились.&lt;br /&gt;</w:t>
        <w:br/>
        <w:t>Прокинувшись, я бачу над собою&lt;br /&gt;</w:t>
        <w:br/>
        <w:t>Два сонця — те, що сяє на просторі,&lt;br /&gt;</w:t>
        <w:br/>
        <w:t>І те, що віри вже мені не йме.&lt;br /&gt;</w:t>
        <w:br/>
        <w:t>Я милувавсь, як йшли вони обоє,&lt;br /&gt;</w:t>
        <w:br/>
        <w:t>І перше тільки тьмило в небі зорі,&lt;br /&gt;</w:t>
        <w:br/>
        <w:t>А перед другим тьмилося саме.&lt;br /&gt;</w:t>
        <w:br/>
        <w:t>ССХХ&lt;br /&gt;</w:t>
        <w:br/>
        <w:t>Величання поетової донни&lt;br /&gt;</w:t>
        <w:br/>
        <w:t>Де роздобув Амур такого злота&lt;br /&gt;</w:t>
        <w:br/>
        <w:t>На дві коси? З якого схилу зміг&lt;br /&gt;</w:t>
        <w:br/>
        <w:t>Принести свіжий і м'якенький сніг,&lt;br /&gt;</w:t>
        <w:br/>
        <w:t>Щоб він налився теплотою плоті?&lt;br /&gt;</w:t>
        <w:br/>
        <w:t>Де перла взяв, спроможні з неохоти&lt;br /&gt;</w:t>
        <w:br/>
        <w:t>Погамувать речей солодких біг?&lt;br /&gt;</w:t>
        <w:br/>
        <w:t>І як він навіть небо переміг,&lt;br /&gt;</w:t>
        <w:br/>
        <w:t>Надавши їй чолу таку ясноту?&lt;br /&gt;</w:t>
        <w:br/>
        <w:t>З якої сфери, янголе крилатий,&lt;br /&gt;</w:t>
        <w:br/>
        <w:t>Послав її на горе ти мені,&lt;br /&gt;</w:t>
        <w:br/>
        <w:t>Що я тепера мушу погибати?&lt;br /&gt;</w:t>
        <w:br/>
        <w:t>З якого сонця ця душа висока&lt;br /&gt;</w:t>
        <w:br/>
        <w:t>Прийшла в мені посіяти неспокій,&lt;br /&gt;</w:t>
        <w:br/>
        <w:t>Щоб серце мліло в стужі і в огні?&lt;br /&gt;</w:t>
        <w:br/>
        <w:t>ССХХІ&lt;br /&gt;</w:t>
        <w:br/>
        <w:t>Поет не може відірватися&lt;br /&gt;</w:t>
        <w:br/>
        <w:t>очима від донни, хоча&lt;br /&gt;</w:t>
        <w:br/>
        <w:t>вже його смерть близька&lt;br /&gt;</w:t>
        <w:br/>
        <w:t>Чиє наслання і яка морока&lt;br /&gt;</w:t>
        <w:br/>
        <w:t>Беззбройного мене кидає в бій,&lt;br /&gt;</w:t>
        <w:br/>
        <w:t>Де бути битій голові моїй,&lt;br /&gt;</w:t>
        <w:br/>
        <w:t>Де доля познущається жорстоко?&lt;br /&gt;</w:t>
        <w:br/>
        <w:t>Ба ні. її прекрасний зір щокроку&lt;br /&gt;</w:t>
        <w:br/>
        <w:t>Мені сія й веде, такий благий,&lt;br /&gt;</w:t>
        <w:br/>
        <w:t>За цей вогонь повік я вдячний їй,&lt;br /&gt;</w:t>
        <w:br/>
        <w:t>В якому вже палаю двадцять років.&lt;br /&gt;</w:t>
        <w:br/>
        <w:t>Я кроки Смерті уже близько чую,&lt;br /&gt;</w:t>
        <w:br/>
        <w:t>Як бачу гарні очі пломенисті,&lt;br /&gt;</w:t>
        <w:br/>
        <w:t>Які, мене шукаючи, звелись.&lt;br /&gt;</w:t>
        <w:br/>
        <w:t>Мене Амур і ранить, і лікує.&lt;br /&gt;</w:t>
        <w:br/>
        <w:t>Не те що уявить — сказати хисту&lt;br /&gt;</w:t>
        <w:br/>
        <w:t>Я більш не маю, як не раз колись.&lt;br /&gt;</w:t>
        <w:br/>
        <w:t>ССХХІІ&lt;br /&gt;</w:t>
        <w:br/>
        <w:t>Подругам відсутньої поетової&lt;br /&gt;</w:t>
        <w:br/>
        <w:t>донни&lt;br /&gt;</w:t>
        <w:br/>
        <w:t>"Чому ж то, донни, у розмові милій&lt;br /&gt;</w:t>
        <w:br/>
        <w:t>Сумні й веселі ви, як бачу я?&lt;br /&gt;</w:t>
        <w:br/>
        <w:t>А де життя, могила де моя?&lt;br /&gt;</w:t>
        <w:br/>
        <w:t>І чом моя кохана вас лишила?"&lt;br /&gt;</w:t>
        <w:br/>
        <w:t>"Нас звеселяє спогад про світило,&lt;br /&gt;</w:t>
        <w:br/>
        <w:t>Яке так славно у гурті сія.&lt;br /&gt;</w:t>
        <w:br/>
        <w:t>А журимось тому, що зла рідня&lt;br /&gt;</w:t>
        <w:br/>
        <w:t>З ненависті й сваволі її вбила".&lt;br /&gt;</w:t>
        <w:br/>
        <w:t>"А душу яким правом гноблять нині?"&lt;br /&gt;</w:t>
        <w:br/>
        <w:t>"Душа — це воля, у неволі — тіло,&lt;br /&gt;</w:t>
        <w:br/>
        <w:t>Нам добре теж, як їй, уже влетіло.&lt;br /&gt;</w:t>
        <w:br/>
        <w:t>Приховану журбу побачиш сходу,&lt;br /&gt;</w:t>
        <w:br/>
        <w:t>Ми ж свідки, як марніла її врода&lt;br /&gt;</w:t>
        <w:br/>
        <w:t>І як сльозились очі у богині".&lt;br /&gt;</w:t>
        <w:br/>
        <w:t>ССХХІІІ&lt;br /&gt;</w:t>
        <w:br/>
        <w:t>Чари поетової донни над усе&lt;br /&gt;</w:t>
        <w:br/>
        <w:t>Коли у морі золоту квадригу&lt;br /&gt;</w:t>
        <w:br/>
        <w:t>Купає Феб і тьмариться ефір,&lt;br /&gt;</w:t>
        <w:br/>
        <w:t>З циганським сонцем і ряхтінням зір&lt;br /&gt;</w:t>
        <w:br/>
        <w:t>Жду ночі я насильницьку кормигу.&lt;br /&gt;</w:t>
        <w:br/>
        <w:t>Розчулить пробую мою недвигу,&lt;br /&gt;</w:t>
        <w:br/>
        <w:t>Повівши, що живу я мов той звір,&lt;br /&gt;</w:t>
        <w:br/>
        <w:t>Коханню, діві, сам собі навкір,&lt;br /&gt;</w:t>
        <w:br/>
        <w:t>Просвітлого не відаючи мигу.&lt;br /&gt;</w:t>
        <w:br/>
        <w:t>Нема покою, не бере дрімота,&lt;br /&gt;</w:t>
        <w:br/>
        <w:t>Аж до зорі — жалі і побивання,&lt;br /&gt;</w:t>
        <w:br/>
        <w:t>Душа печальна слізьми промовля.&lt;br /&gt;</w:t>
        <w:br/>
        <w:t>Світає, та в мені ще морок доти,&lt;br /&gt;</w:t>
        <w:br/>
        <w:t>Хіба надія жевріє остання&lt;br /&gt;</w:t>
        <w:br/>
        <w:t>На сонце те, що гріє й звеселя.&lt;br /&gt;</w:t>
        <w:br/>
        <w:t>ССХХІУ&lt;br /&gt;</w:t>
        <w:br/>
        <w:t>Поетова любов така сильна,&lt;br /&gt;</w:t>
        <w:br/>
        <w:t>що навіть докір своїй донні&lt;br /&gt;</w:t>
        <w:br/>
        <w:t>не може її погасити&lt;br /&gt;</w:t>
        <w:br/>
        <w:t>Як страсть і серце не лукаві, ні,&lt;br /&gt;</w:t>
        <w:br/>
        <w:t>Томління ніжне, ввічливе бажання&lt;br /&gt;</w:t>
        <w:br/>
        <w:t>І чисте благородство обожания,&lt;br /&gt;</w:t>
        <w:br/>
        <w:t>Іти наосліп випада мені;&lt;br /&gt;</w:t>
        <w:br/>
        <w:t>І якщо мислі на чолі ясні,&lt;br /&gt;</w:t>
        <w:br/>
        <w:t>Та плутані й хиткі слова кохання,&lt;br /&gt;</w:t>
        <w:br/>
        <w:t>Бліді лан йти з сорому й змішання&lt;br /&gt;</w:t>
        <w:br/>
        <w:t>Спалахують неначе у вогні;&lt;br /&gt;</w:t>
        <w:br/>
        <w:t>І якщо з болем, гнівом і сльозами&lt;br /&gt;</w:t>
        <w:br/>
        <w:t>Кохати дужче іншого, ніж себе,&lt;br /&gt;</w:t>
        <w:br/>
        <w:t>З зітханнями я мушу осмутніло&lt;br /&gt;</w:t>
        <w:br/>
        <w:t>Палать далеко й клякнуть перед вами,&lt;br /&gt;</w:t>
        <w:br/>
        <w:t>Не знаючи, я в пеклі чи на небі,&lt;br /&gt;</w:t>
        <w:br/>
        <w:t>Це гріх ваш, діво, я лиш потерпілий.&lt;br /&gt;</w:t>
        <w:br/>
        <w:t>ССХХУ&lt;br /&gt;</w:t>
        <w:br/>
        <w:t>Судно і колісниця з Лаурою&lt;br /&gt;</w:t>
        <w:br/>
        <w:t>та її супутниками&lt;br /&gt;</w:t>
        <w:br/>
        <w:t>Дванадцять зорь, дванадцять гарних дів,&lt;br /&gt;</w:t>
        <w:br/>
        <w:t>Хоч стомлені, проте які бідові,&lt;br /&gt;</w:t>
        <w:br/>
        <w:t>І з ними сонце на судні смоловім, —&lt;br /&gt;</w:t>
        <w:br/>
        <w:t>Таких плавців я зроду ще не зрів.&lt;br /&gt;</w:t>
        <w:br/>
        <w:t>Ба ні Ясон, найкращий із плавців,&lt;br /&gt;</w:t>
        <w:br/>
        <w:t>З руном, в яке вдягатись всі готові,&lt;br /&gt;</w:t>
        <w:br/>
        <w:t>Ні пастир, про якого в Трої мова,&lt;br /&gt;</w:t>
        <w:br/>
        <w:t>Не викликали стільки хвальних слів.&lt;br /&gt;</w:t>
        <w:br/>
        <w:t>А згодом бачив їх я в колісниці,&lt;br /&gt;</w:t>
        <w:br/>
        <w:t>Між ними і Лаура, янгол тихий,&lt;br /&gt;</w:t>
        <w:br/>
        <w:t>І ніжний голосочок її чуть.&lt;br /&gt;</w:t>
        <w:br/>
        <w:t>Навряд чи смертному таке присниться:&lt;br /&gt;</w:t>
        <w:br/>
        <w:t>Автомезонт щасливий, радий Тифій&lt;br /&gt;</w:t>
        <w:br/>
        <w:t>Везти такий пригожий люд.&lt;br /&gt;</w:t>
        <w:br/>
        <w:t>ССХХУІ&lt;br /&gt;</w:t>
        <w:br/>
        <w:t>Поет оплакує свою донну, приречений&lt;br /&gt;</w:t>
        <w:br/>
        <w:t>бачити лише здалеку те, що любить&lt;br /&gt;</w:t>
        <w:br/>
        <w:t>У стрісі горобець, у лісі звір&lt;br /&gt;</w:t>
        <w:br/>
        <w:t>На світі так, як я, не одинокі.&lt;br /&gt;</w:t>
        <w:br/>
        <w:t>Оле мені, позбавлений я доки&lt;br /&gt;</w:t>
        <w:br/>
        <w:t>Того світила, що жадає зір.&lt;br /&gt;</w:t>
        <w:br/>
        <w:t>Для мене сльози втіхою з тих пір,&lt;br /&gt;</w:t>
        <w:br/>
        <w:t>Сміх — то журба, і яд — невинні соки,&lt;br /&gt;</w:t>
        <w:br/>
        <w:t>Сяйливе небо — тьма і заморока,&lt;br /&gt;</w:t>
        <w:br/>
        <w:t>А ложе — бойовище, а не мир.&lt;br /&gt;</w:t>
        <w:br/>
        <w:t>Недарма люди кажуть, ніби Сон&lt;br /&gt;</w:t>
        <w:br/>
        <w:t>Назвати можна Смерті рідним братом,&lt;br /&gt;</w:t>
        <w:br/>
        <w:t>Бо нам несе утіху небуття.&lt;br /&gt;</w:t>
        <w:br/>
        <w:t>0 краю, найщасливіший з сторон,&lt;br /&gt;</w:t>
        <w:br/>
        <w:t>Послав ти мені дар такий багатий,&lt;br /&gt;</w:t>
        <w:br/>
        <w:t>Який обтужую так гірко я.&lt;br /&gt;</w:t>
        <w:br/>
        <w:t>ССХХУІІ&lt;br /&gt;</w:t>
        <w:br/>
        <w:t>Поет заздрить бризу і хвилям того краю,&lt;br /&gt;</w:t>
        <w:br/>
        <w:t>де живе його донна&lt;br /&gt;</w:t>
        <w:br/>
        <w:t>Бриз розкидає непокірні коси,&lt;br /&gt;</w:t>
        <w:br/>
        <w:t>Примушуючи кільцями сяйнуть,&lt;br /&gt;</w:t>
        <w:br/>
        <w:t>То знов збирає золото у жмуть,&lt;br /&gt;</w:t>
        <w:br/>
        <w:t>Аби воно тугим вузлом лилося.&lt;br /&gt;</w:t>
        <w:br/>
        <w:t>Здається, ніби в очі мені оси&lt;br /&gt;</w:t>
        <w:br/>
        <w:t>Любовні намагаються кольнуть.&lt;br /&gt;</w:t>
        <w:br/>
        <w:t>Шукати скарб рушаю я у путь,&lt;br /&gt;</w:t>
        <w:br/>
        <w:t>Іду і плачу, сиротина босий.&lt;br /&gt;</w:t>
        <w:br/>
        <w:t>То поруч ціль, то відступа за мить,&lt;br /&gt;</w:t>
        <w:br/>
        <w:t>То все пливе, то ясно бачать очі,&lt;br /&gt;</w:t>
        <w:br/>
        <w:t>То підведусь, то упаду без тями.&lt;br /&gt;</w:t>
        <w:br/>
        <w:t>Повітря, де ще зір її горить,&lt;br /&gt;</w:t>
        <w:br/>
        <w:t>1 ти, прудкий прозірчастий поточе,&lt;br /&gt;</w:t>
        <w:br/>
        <w:t>Чому не помінялись ми шляхами?&lt;br /&gt;</w:t>
        <w:br/>
        <w:t>ССХХУШ&lt;br /&gt;</w:t>
        <w:br/>
        <w:t>Алегорія про поетове кохання і славу,&lt;br /&gt;</w:t>
        <w:br/>
        <w:t>якої він домагається для донни&lt;br /&gt;</w:t>
        <w:br/>
        <w:t>і для себе&lt;br /&gt;</w:t>
        <w:br/>
        <w:t>Правицею Амур мій правий бік&lt;br /&gt;</w:t>
        <w:br/>
        <w:t>Відкрив і в серце в ту ж хвилину&lt;br /&gt;</w:t>
        <w:br/>
        <w:t>Зелену посадив туди Лаврину, —&lt;br /&gt;</w:t>
        <w:br/>
        <w:t>Ярішому не буть смарагду ввік.&lt;br /&gt;</w:t>
        <w:br/>
        <w:t>Розгін пера, солодких сліз потік&lt;br /&gt;</w:t>
        <w:br/>
        <w:t>З зітханнями гіркими без упину&lt;br /&gt;</w:t>
        <w:br/>
        <w:t>Так хороше прикрасили рослину,&lt;br /&gt;</w:t>
        <w:br/>
        <w:t>Що її пах до неба аж потік.&lt;br /&gt;</w:t>
        <w:br/>
        <w:t>Чеснота, добра віра, гонор, врода,&lt;br /&gt;</w:t>
        <w:br/>
        <w:t>Хупавість у небесному вбранні,&lt;br /&gt;</w:t>
        <w:br/>
        <w:t>Коріння благородної породи.&lt;br /&gt;</w:t>
        <w:br/>
        <w:t>Ношу я їх у серці цілі дні,&lt;br /&gt;</w:t>
        <w:br/>
        <w:t>На них молюся я у цих походах,&lt;br /&gt;</w:t>
        <w:br/>
        <w:t>І ноша ця тепер за честь мені.&lt;br /&gt;</w:t>
        <w:br/>
        <w:t>ССХХІХ&lt;br /&gt;</w:t>
        <w:br/>
        <w:t>Лісні й плачі&lt;br /&gt;</w:t>
        <w:br/>
        <w:t>Співав я або плакав, не багато&lt;br /&gt;</w:t>
        <w:br/>
        <w:t>Мене плачі втішали чи пісні,&lt;br /&gt;</w:t>
        <w:br/>
        <w:t>Та серцем я витав у вишині,&lt;br /&gt;</w:t>
        <w:br/>
        <w:t>Мені було від чого горювати.&lt;br /&gt;</w:t>
        <w:br/>
        <w:t>Все 'дно мені — що хижі, що палати,&lt;br /&gt;</w:t>
        <w:br/>
        <w:t>Гнів чи зневагу висловлять мені.&lt;br /&gt;</w:t>
        <w:br/>
        <w:t>Сприймаю лють і ласку нарівні,&lt;br /&gt;</w:t>
        <w:br/>
        <w:t>Погрози всі розіб'ються об лати.&lt;br /&gt;</w:t>
        <w:br/>
        <w:t>І хай вдаються до свого обману&lt;br /&gt;</w:t>
        <w:br/>
        <w:t>Амур, Мадонна, Доля або світ,&lt;br /&gt;</w:t>
        <w:br/>
        <w:t>Щасливий я вже думкою про неї.&lt;br /&gt;</w:t>
        <w:br/>
        <w:t>Нехай згорю я, вмру або зів'яну,&lt;br /&gt;</w:t>
        <w:br/>
        <w:t>Одначе любо в цій юдолі жить:&lt;br /&gt;</w:t>
        <w:br/>
        <w:t>Солодкий корінь гіркоти моєї.&lt;br /&gt;</w:t>
        <w:br/>
        <w:t>ССХХХ&lt;br /&gt;</w:t>
        <w:br/>
        <w:t>Повернення веселощів&lt;br /&gt;</w:t>
        <w:br/>
        <w:t>Раніш я плакав, а тепер співаю.&lt;br /&gt;</w:t>
        <w:br/>
        <w:t>Живе світило перестало крить&lt;br /&gt;</w:t>
        <w:br/>
        <w:t>Від мене свій благий небесний світ:&lt;br /&gt;</w:t>
        <w:br/>
        <w:t>Амур так доброту мені являє.&lt;br /&gt;</w:t>
        <w:br/>
        <w:t>Уже давно я сльози проливаю,&lt;br /&gt;</w:t>
        <w:br/>
        <w:t>Ще трохи, і мені урветься нить.&lt;br /&gt;</w:t>
        <w:br/>
        <w:t>Ні парус, ні весло, ні міст, ні брід&lt;br /&gt;</w:t>
        <w:br/>
        <w:t>Од смерті не дадуть уже загаю.&lt;br /&gt;</w:t>
        <w:br/>
        <w:t>Пролитих сліз повнішає струя,&lt;br /&gt;</w:t>
        <w:br/>
        <w:t>В заплави розливаючись бурхливо,&lt;br /&gt;</w:t>
        <w:br/>
        <w:t>її і думкою уже не переплить.&lt;br /&gt;</w:t>
        <w:br/>
        <w:t>Ні лавр, ні пальма — затишна олива&lt;br /&gt;</w:t>
        <w:br/>
        <w:t>З жалю мене вертає до життя.&lt;br /&gt;</w:t>
        <w:br/>
        <w:t>Тож годі лити сльози. Будем жить!&lt;br /&gt;</w:t>
        <w:br/>
        <w:t>ССХХХІ&lt;br /&gt;</w:t>
        <w:br/>
        <w:t>Про хворобу поетової донни&lt;br /&gt;</w:t>
        <w:br/>
        <w:t>Я жив у згоді з жеребом своїм,&lt;br /&gt;</w:t>
        <w:br/>
        <w:t>Без сліз, без завидющої гризоти.&lt;br /&gt;</w:t>
        <w:br/>
        <w:t>Хай долі іншого голубити охота,&lt;br /&gt;</w:t>
        <w:br/>
        <w:t>Мій біль не виглядає чимось злим.&lt;br /&gt;</w:t>
        <w:br/>
        <w:t>Та зір, що був мені таким ясним,&lt;br /&gt;</w:t>
        <w:br/>
        <w:t>Чиє ярмо благословляв я доти,&lt;br /&gt;</w:t>
        <w:br/>
        <w:t>Укрило мороком його видноту,&lt;br /&gt;</w:t>
        <w:br/>
        <w:t>І світоч мій ледь блимає за ним.&lt;br /&gt;</w:t>
        <w:br/>
        <w:t>0 ти, природо, спочутлива мати,&lt;br /&gt;</w:t>
        <w:br/>
        <w:t>Невже така підступна ти і зла,&lt;br /&gt;</w:t>
        <w:br/>
        <w:t>Щоб пагін свій предивний поламати?&lt;br /&gt;</w:t>
        <w:br/>
        <w:t>Усе життя з одного джерела,&lt;br /&gt;</w:t>
        <w:br/>
        <w:t>1 як, Господь, ти можеш попускати,&lt;br /&gt;</w:t>
        <w:br/>
        <w:t>Аби твій дар понищили дотла?&lt;br /&gt;</w:t>
        <w:br/>
        <w:t>ССХХХ1І&lt;br /&gt;</w:t>
        <w:br/>
        <w:t>Засудження гніву&lt;br /&gt;</w:t>
        <w:br/>
        <w:t>Підводив Александра сильний гнів,&lt;br /&gt;</w:t>
        <w:br/>
        <w:t>І в цьому поступався він Філіпу,&lt;br /&gt;</w:t>
        <w:br/>
        <w:t>Хоч цар різьбить себе лише Лісіппу,&lt;br /&gt;</w:t>
        <w:br/>
        <w:t>А Апеллесу малювать велів.&lt;br /&gt;</w:t>
        <w:br/>
        <w:t>Тадей, смертельно ранений, зумів&lt;br /&gt;</w:t>
        <w:br/>
        <w:t>Загризти свого вбивцю Месаліппа,&lt;br /&gt;</w:t>
        <w:br/>
        <w:t>А Суллу, гнів опанувавши сліпо,&lt;br /&gt;</w:t>
        <w:br/>
        <w:t>Добив, але спочатку осліпив.&lt;br /&gt;</w:t>
        <w:br/>
        <w:t>Гнівливий був і Валентиніан.&lt;br /&gt;</w:t>
        <w:br/>
        <w:t>Аякс, ворожі погромивши раті.&lt;br /&gt;</w:t>
        <w:br/>
        <w:t>Ще й самогубцем став із серця він.&lt;br /&gt;</w:t>
        <w:br/>
        <w:t>У гніві чоловік собі не пан.&lt;br /&gt;</w:t>
        <w:br/>
        <w:t>І хто його не годен гамувати,&lt;br /&gt;</w:t>
        <w:br/>
        <w:t>Приречений на сором і загин.&lt;br /&gt;</w:t>
        <w:br/>
        <w:t>ССХХХІІІ&lt;br /&gt;</w:t>
        <w:br/>
        <w:t>Про одужання донни і про раптову&lt;br /&gt;</w:t>
        <w:br/>
        <w:t>недугу самого поета&lt;br /&gt;</w:t>
        <w:br/>
        <w:t>Узріти довелось мені світило —&lt;br /&gt;</w:t>
        <w:br/>
        <w:t>Чудові очі, тільки з них одне&lt;br /&gt;</w:t>
        <w:br/>
        <w:t>Було якесь недужне і тьмяне,&lt;br /&gt;</w:t>
        <w:br/>
        <w:t>І тут же й моє око потьмяніло.&lt;br /&gt;</w:t>
        <w:br/>
        <w:t>Та Небо піст тривалий мій розбило,&lt;br /&gt;</w:t>
        <w:br/>
        <w:t>Явивши знову диво неземне,&lt;br /&gt;</w:t>
        <w:br/>
        <w:t>Воно з Амуром зроду ще мене&lt;br /&gt;</w:t>
        <w:br/>
        <w:t>Щедротою такою не вщедрило.&lt;br /&gt;</w:t>
        <w:br/>
        <w:t>Аж це мені влетів у праве око&lt;br /&gt;</w:t>
        <w:br/>
        <w:t>Той біль, що око донні тьмив,&lt;br /&gt;</w:t>
        <w:br/>
        <w:t>Та замість мук приніс утіху він.&lt;br /&gt;</w:t>
        <w:br/>
        <w:t>Окрилений, розумний цей порив&lt;br /&gt;</w:t>
        <w:br/>
        <w:t>Злетів зорею в небеса високо.&lt;br /&gt;</w:t>
        <w:br/>
        <w:t>Природа й Жаль дали йому розгін.&lt;br /&gt;</w:t>
        <w:br/>
        <w:t>ССХХХІУ&lt;br /&gt;</w:t>
        <w:br/>
        <w:t>Журба&lt;br /&gt;</w:t>
        <w:br/>
        <w:t>Покоїку, моя скромненька схова,&lt;br /&gt;</w:t>
        <w:br/>
        <w:t>Коли мене крутило в серці бур,&lt;br /&gt;</w:t>
        <w:br/>
        <w:t>Ти був затокою, де світиться лазур,&lt;br /&gt;</w:t>
        <w:br/>
        <w:t>Щоб покріпити душу бідакові.&lt;br /&gt;</w:t>
        <w:br/>
        <w:t>Моя ліжнице, втішниця зразкова,&lt;br /&gt;</w:t>
        <w:br/>
        <w:t>І ти вже стала урною зажур,&lt;br /&gt;</w:t>
        <w:br/>
        <w:t>Яку вночі несе мені Амур&lt;br /&gt;</w:t>
        <w:br/>
        <w:t>Рукою білою, усвіріпившись знову.&lt;br /&gt;</w:t>
        <w:br/>
        <w:t>І не від туги я тепер тікаю,&lt;br /&gt;</w:t>
        <w:br/>
        <w:t>Од себе я рятуюсь і од дум,&lt;br /&gt;</w:t>
        <w:br/>
        <w:t>Що крильми досі правили мені.&lt;br /&gt;</w:t>
        <w:br/>
        <w:t>І навіть черні не цураюсь зграї&lt;br /&gt;</w:t>
        <w:br/>
        <w:t>(Оце дожив до чого, своєум!):&lt;br /&gt;</w:t>
        <w:br/>
        <w:t>Так лячно жить мені в самотині.&lt;br /&gt;</w:t>
        <w:br/>
        <w:t>ССХХХУ&lt;br /&gt;</w:t>
        <w:br/>
        <w:t>Кохання несамохіть пориває&lt;br /&gt;</w:t>
        <w:br/>
        <w:t>поета до його донни&lt;br /&gt;</w:t>
        <w:br/>
        <w:t>Амур мене знов тягне самочинно.&lt;br /&gt;</w:t>
        <w:br/>
        <w:t>Як вберегтись тут від його спокус.&lt;br /&gt;</w:t>
        <w:br/>
        <w:t>Найбільше я образити боюсь&lt;br /&gt;</w:t>
        <w:br/>
        <w:t>Вельможну мого серця господиню.&lt;br /&gt;</w:t>
        <w:br/>
        <w:t>Стерник так не пильнує від загину&lt;br /&gt;</w:t>
        <w:br/>
        <w:t>На рифах свій дорогоцінний груз,&lt;br /&gt;</w:t>
        <w:br/>
        <w:t>Як я за байдаком моїм дивлюсь,&lt;br /&gt;</w:t>
        <w:br/>
        <w:t>Щоб не нарвався на її гординю.&lt;br /&gt;</w:t>
        <w:br/>
        <w:t>Та слізна злива і зітхань борвій&lt;br /&gt;</w:t>
        <w:br/>
        <w:t>Понесли жалюгідний човник мій,&lt;br /&gt;</w:t>
        <w:br/>
        <w:t>В пучину зариваючи шалену.&lt;br /&gt;</w:t>
        <w:br/>
        <w:t>Таранив інших і розбився сам,&lt;br /&gt;</w:t>
        <w:br/>
        <w:t>Підставивши борти крутим валам,&lt;br /&gt;</w:t>
        <w:br/>
        <w:t>Обдертий, без вітрил і без домена.&lt;br /&gt;</w:t>
        <w:br/>
        <w:t>ССХХХУІ&lt;br /&gt;</w:t>
        <w:br/>
        <w:t>Поет перепрошує за те, що&lt;br /&gt;</w:t>
        <w:br/>
        <w:t>намагається бачити донну&lt;br /&gt;</w:t>
        <w:br/>
        <w:t>всупереч її забороні&lt;br /&gt;</w:t>
        <w:br/>
        <w:t>Амуре, не суди мене суворо&lt;br /&gt;</w:t>
        <w:br/>
        <w:t>За цю вину, бо серце як в огні,&lt;br /&gt;</w:t>
        <w:br/>
        <w:t>А розум кволий і думки сумні,&lt;br /&gt;</w:t>
        <w:br/>
        <w:t>І ось його долає втома й змора.&lt;br /&gt;</w:t>
        <w:br/>
        <w:t>Свої жадання я держав у шорах,&lt;br /&gt;</w:t>
        <w:br/>
        <w:t>Боявсь збентежить очі ці ясні.&lt;br /&gt;</w:t>
        <w:br/>
        <w:t>Але не втримав, —де там вже мені, —&lt;br /&gt;</w:t>
        <w:br/>
        <w:t>І з розпачу з'явилась непокора.&lt;br /&gt;</w:t>
        <w:br/>
        <w:t>Ти сам женеш, куди — я не збагну,&lt;br /&gt;</w:t>
        <w:br/>
        <w:t>Переступити в страсті всі пороги,&lt;br /&gt;</w:t>
        <w:br/>
        <w:t>Вганяючи в боки мої остроги.&lt;br /&gt;</w:t>
        <w:br/>
        <w:t>На гріх мене збива моя прекрасна,&lt;br /&gt;</w:t>
        <w:br/>
        <w:t>То їй скажи, щоб донні було ясно:&lt;br /&gt;</w:t>
        <w:br/>
        <w:t>"Прости самій собі його вину!"&lt;br /&gt;</w:t>
        <w:br/>
        <w:t>ССХХХУІІ&lt;br /&gt;</w:t>
        <w:br/>
        <w:t>Секстина&lt;br /&gt;</w:t>
        <w:br/>
        <w:t>Не гурт роїться риби серед хвиль,&lt;br /&gt;</w:t>
        <w:br/>
        <w:t>І в небі угорі, під місяченком,&lt;br /&gt;</w:t>
        <w:br/>
        <w:t>Не гурт зірок спалахує у ніч,&lt;br /&gt;</w:t>
        <w:br/>
        <w:t>Не гурт птахів прихищують діброви&lt;br /&gt;</w:t>
        <w:br/>
        <w:t>І зілля полонина або берег,&lt;br /&gt;</w:t>
        <w:br/>
        <w:t>Як гурт тих дум приносить серцю вечір.&lt;br /&gt;</w:t>
        <w:br/>
        <w:t>Мені усе надія на той вечір,&lt;br /&gt;</w:t>
        <w:br/>
        <w:t>Який мене врятує від злих хвиль&lt;br /&gt;</w:t>
        <w:br/>
        <w:t>І подарує сон і тихий берег.&lt;br /&gt;</w:t>
        <w:br/>
        <w:t>Не мучивсь ще ніхто під місяченком,&lt;br /&gt;</w:t>
        <w:br/>
        <w:t>Як я, це бачать геть усі діброви,&lt;br /&gt;</w:t>
        <w:br/>
        <w:t>Як я поневіряюсь день і ніч.&lt;br /&gt;</w:t>
        <w:br/>
        <w:t>Для мене білою давно вже стала ніч.&lt;br /&gt;</w:t>
        <w:br/>
        <w:t>Зітхаю — ранок за вікном чи вечір,&lt;br /&gt;</w:t>
        <w:br/>
        <w:t>Амур зробив мене насельником діброви.&lt;br /&gt;</w:t>
        <w:br/>
        <w:t>Я заспокоюся, як стихне гомін хвиль,&lt;br /&gt;</w:t>
        <w:br/>
        <w:t>Як сонце змеркне перед місяченком&lt;br /&gt;</w:t>
        <w:br/>
        <w:t>І геть зів'яне провесняний берег.&lt;br /&gt;</w:t>
        <w:br/>
        <w:t>Смутить мене щоднини кожен берег.&lt;br /&gt;</w:t>
        <w:br/>
        <w:t>Блукаю й зойком зустрічаю ніч.&lt;br /&gt;</w:t>
        <w:br/>
        <w:t>І лик міняю разом з місяченком.&lt;br /&gt;</w:t>
        <w:br/>
        <w:t>Як тільки з млою наступає вечір,&lt;br /&gt;</w:t>
        <w:br/>
        <w:t>З очей біжать потоки слізних хвиль,&lt;br /&gt;</w:t>
        <w:br/>
        <w:t>Які готові змити і діброви.&lt;br /&gt;</w:t>
        <w:br/>
        <w:t>Міста ворожі, але не діброви&lt;br /&gt;</w:t>
        <w:br/>
        <w:t>Для дум моїх, виходжу я у берег&lt;br /&gt;</w:t>
        <w:br/>
        <w:t>Послухати ласкавий хлюпіт хвиль&lt;br /&gt;</w:t>
        <w:br/>
        <w:t>В тій тиші, що її дарує ніч.&lt;br /&gt;</w:t>
        <w:br/>
        <w:t>І я на день не проміняю вечір,&lt;br /&gt;</w:t>
        <w:br/>
        <w:t>Не випущу зорю над місяченком.&lt;br /&gt;</w:t>
        <w:br/>
        <w:t>О, якби з тим, хто дружить з місяченком,&lt;br /&gt;</w:t>
        <w:br/>
        <w:t>Міг сон ділити в затінку діброви,&lt;br /&gt;</w:t>
        <w:br/>
        <w:t>А та, хто близить мій останній вечір,&lt;br /&gt;</w:t>
        <w:br/>
        <w:t>З Любов'ю й Місяченком на цей берег&lt;br /&gt;</w:t>
        <w:br/>
        <w:t>Прийшла пробуть зі мною цілу ніч,&lt;br /&gt;</w:t>
        <w:br/>
        <w:t>Щоб сонце більше не зійшло б із хвиль!&lt;br /&gt;</w:t>
        <w:br/>
        <w:t>Побачиш хвилі ти під місяченком,&lt;br /&gt;</w:t>
        <w:br/>
        <w:t>О пісне, зроджена у ніч у цій діброві,&lt;br /&gt;</w:t>
        <w:br/>
        <w:t>У березі зустрівши завтра вечір.&lt;br /&gt;</w:t>
        <w:br/>
        <w:t>ССХХХУІІІ&lt;br /&gt;</w:t>
        <w:br/>
        <w:t>Про те, як на святі вельможа обирав&lt;br /&gt;</w:t>
        <w:br/>
        <w:t>донну, щоб поцілувати з-французька&lt;br /&gt;</w:t>
        <w:br/>
        <w:t>Природа царська, розум небувалий,&lt;br /&gt;</w:t>
        <w:br/>
        <w:t>Гарт непохитний в певності своїй,&lt;br /&gt;</w:t>
        <w:br/>
        <w:t>Зір рисячий, дотепність, дух ясний&lt;br /&gt;</w:t>
        <w:br/>
        <w:t>І передбачливість — чоло це увінчали.&lt;br /&gt;</w:t>
        <w:br/>
        <w:t>Прийшло на свято гарних дів чимало,&lt;br /&gt;</w:t>
        <w:br/>
        <w:t>Нарядних, чарівливих, Боже мій,&lt;br /&gt;</w:t>
        <w:br/>
        <w:t>А він серед юрми обрав, як стій,&lt;br /&gt;</w:t>
        <w:br/>
        <w:t>Ту, що усіх красунь переважала.&lt;br /&gt;</w:t>
        <w:br/>
        <w:t>І тих, що були старші й родовиті,&lt;br /&gt;</w:t>
        <w:br/>
        <w:t>Він змусив жестом набік одступити,&lt;br /&gt;</w:t>
        <w:br/>
        <w:t>Щоб свою донну вже поцілувать.&lt;br /&gt;</w:t>
        <w:br/>
        <w:t>Очей торкнувсь губами і чола.&lt;br /&gt;</w:t>
        <w:br/>
        <w:t>Мене аж заздрість ніби узяла:&lt;br /&gt;</w:t>
        <w:br/>
        <w:t>Адже для нас чужий такий обряд.&lt;br /&gt;</w:t>
        <w:br/>
        <w:t>ССХЬ&lt;br /&gt;</w:t>
        <w:br/>
        <w:t>Поет перепрошує донну за те,&lt;br /&gt;</w:t>
        <w:br/>
        <w:t>що не скорився їй, пішовши від неї&lt;br /&gt;</w:t>
        <w:br/>
        <w:t>Молю Амура, хай це і непрямо,&lt;br /&gt;</w:t>
        <w:br/>
        <w:t>О радосте моя гірка, у вас&lt;br /&gt;</w:t>
        <w:br/>
        <w:t>Пробачення випрохувать щораз,&lt;br /&gt;</w:t>
        <w:br/>
        <w:t>Коли кривими ухилюсь стежками.&lt;br /&gt;</w:t>
        <w:br/>
        <w:t>Я щирий буду, моя донно, з вами:&lt;br /&gt;</w:t>
        <w:br/>
        <w:t>Коли в душі любовний пал не згас,&lt;br /&gt;</w:t>
        <w:br/>
        <w:t>Неволею він робиться для нас,&lt;br /&gt;</w:t>
        <w:br/>
        <w:t>Примушуючи кидатись без тями.&lt;br /&gt;</w:t>
        <w:br/>
        <w:t>Та ви, ви завше духом угорі,&lt;br /&gt;</w:t>
        <w:br/>
        <w:t>Ви ласка, чистота, небесна цнота,&lt;br /&gt;</w:t>
        <w:br/>
        <w:t>Ви світоч, блиском впоєний зорі.&lt;br /&gt;</w:t>
        <w:br/>
        <w:t>А ви на те: "А що він, власне, може?&lt;br /&gt;</w:t>
        <w:br/>
        <w:t>Йому красою любувать охота.&lt;br /&gt;</w:t>
        <w:br/>
        <w:t>Він шанолюб, та чом така я гожа?"&lt;br /&gt;</w:t>
        <w:br/>
        <w:t>ССХІЛ&lt;br /&gt;</w:t>
        <w:br/>
        <w:t>Жаль посилює кохання&lt;br /&gt;</w:t>
        <w:br/>
        <w:t>Любов, чия держава чимала&lt;br /&gt;</w:t>
        <w:br/>
        <w:t>Й тікать од неї смертному несила,&lt;br /&gt;</w:t>
        <w:br/>
        <w:t>Стрілу у мене огняну пустила,&lt;br /&gt;</w:t>
        <w:br/>
        <w:t>І запалила серце ця стріла.&lt;br /&gt;</w:t>
        <w:br/>
        <w:t>А потім, у завзятті свому зла,&lt;br /&gt;</w:t>
        <w:br/>
        <w:t>Хоч перша напасть гибеллю ірозила,&lt;br /&gt;</w:t>
        <w:br/>
        <w:t>Мене стрілою ще й жалю прошила,&lt;br /&gt;</w:t>
        <w:br/>
        <w:t>Щоб мука та подвійною була.&lt;br /&gt;</w:t>
        <w:br/>
        <w:t>Одна вогнем пашить палючим рана,&lt;br /&gt;</w:t>
        <w:br/>
        <w:t>А друїу тим, що ви такі жорстокі,&lt;br /&gt;</w:t>
        <w:br/>
        <w:t>Сльозами я невдовзі вже заллю.&lt;br /&gt;</w:t>
        <w:br/>
        <w:t>Та не погасять мій пожар потоки,&lt;br /&gt;</w:t>
        <w:br/>
        <w:t>Що з двох криничок ринуть ненастанно.&lt;br /&gt;</w:t>
        <w:br/>
        <w:t>Жага лише зростає із жалю.&lt;br /&gt;</w:t>
        <w:br/>
        <w:t>ССХІЛ І&lt;br /&gt;</w:t>
        <w:br/>
        <w:t>Поет посилає своє серце&lt;br /&gt;</w:t>
        <w:br/>
        <w:t>навздогін за донною&lt;br /&gt;</w:t>
        <w:br/>
        <w:t>Поглянь, стражденне серце, на цей шпиль:&lt;br /&gt;</w:t>
        <w:br/>
        <w:t>Хіба не тут явилась нам учора&lt;br /&gt;</w:t>
        <w:br/>
        <w:t>Та, що трималась з нами не сурово?&lt;br /&gt;</w:t>
        <w:br/>
        <w:t>І що ж, тепер за нею слізний квиль.&lt;br /&gt;</w:t>
        <w:br/>
        <w:t>Тепер я сам. Пожди, не йди звідсіль.&lt;br /&gt;</w:t>
        <w:br/>
        <w:t>Перечасуєм, — що, як здасться скоро&lt;br /&gt;</w:t>
        <w:br/>
        <w:t>Терпимішим гірке це наше горе,&lt;br /&gt;</w:t>
        <w:br/>
        <w:t>0 ти, що ділиш і вістиш мій біль!&lt;br /&gt;</w:t>
        <w:br/>
        <w:t>До серця ти звертаєшся, сіромо,&lt;br /&gt;</w:t>
        <w:br/>
        <w:t>Хоч розлучився з ним уже давно,&lt;br /&gt;</w:t>
        <w:br/>
        <w:t>Поки вагавсь, яку обрати путь,&lt;br /&gt;</w:t>
        <w:br/>
        <w:t>1 мучився із розпачу і втоми,&lt;br /&gt;</w:t>
        <w:br/>
        <w:t>Тебе уже покинуло воно,&lt;br /&gt;</w:t>
        <w:br/>
        <w:t>Аби в очах прекрасних утонуть.&lt;br /&gt;</w:t>
        <w:br/>
        <w:t>ССХІЛІІ&lt;br /&gt;</w:t>
        <w:br/>
        <w:t>Сліди перебування Лаури&lt;br /&gt;</w:t>
        <w:br/>
        <w:t>Туг на горбі, де рість, зело і цвіт,&lt;br /&gt;</w:t>
        <w:br/>
        <w:t>Мов дух небесний у земному гаї,&lt;br /&gt;</w:t>
        <w:br/>
        <w:t>Співаючи і мріючи, блукає&lt;br /&gt;</w:t>
        <w:br/>
        <w:t>Та, що прославилась на цілий світ,&lt;br /&gt;</w:t>
        <w:br/>
        <w:t>Що моє серце встигла захопить,&lt;br /&gt;</w:t>
        <w:br/>
        <w:t>Воно недарма нині поспішає,&lt;br /&gt;</w:t>
        <w:br/>
        <w:t>Покинувши мене, до того раю,&lt;br /&gt;</w:t>
        <w:br/>
        <w:t>Де на траві зберігся її слід.&lt;br /&gt;</w:t>
        <w:br/>
        <w:t>До неї горнеться і каже їй щокроку:&lt;br /&gt;</w:t>
        <w:br/>
        <w:t>Аби ж бідасі дать побути з нами,&lt;br /&gt;</w:t>
        <w:br/>
        <w:t>Бо скільки йому можна жить плачем.&lt;br /&gt;</w:t>
        <w:br/>
        <w:t>Та з мене насміхається жорстока:&lt;br /&gt;</w:t>
        <w:br/>
        <w:t>Без серця ти лиш незворушний камінь,&lt;br /&gt;</w:t>
        <w:br/>
        <w:t>І ти ж, священний пагорбе, едем.&lt;br /&gt;</w:t>
        <w:br/>
        <w:t>ССХЬІУ&lt;br /&gt;</w:t>
        <w:br/>
        <w:t>Відповідь другові&lt;br /&gt;</w:t>
        <w:br/>
        <w:t>З біди одної в гіршу ще біду&lt;br /&gt;</w:t>
        <w:br/>
        <w:t>Широка і легка веде дорога.&lt;br /&gt;</w:t>
        <w:br/>
        <w:t>Мене, як і тебе, охоплює тривога,&lt;br /&gt;</w:t>
        <w:br/>
        <w:t>На ній я тільки навіженства жду.&lt;br /&gt;</w:t>
        <w:br/>
        <w:t>У мене страх і сором на виду.&lt;br /&gt;</w:t>
        <w:br/>
        <w:t>Чого благать, війни чи миру в Бога?&lt;br /&gt;</w:t>
        <w:br/>
        <w:t>Але як трепетать, що вийде з того?&lt;br /&gt;</w:t>
        <w:br/>
        <w:t>На судію я все переведу.&lt;br /&gt;</w:t>
        <w:br/>
        <w:t>Із дружби хто кого ушанувати&lt;br /&gt;</w:t>
        <w:br/>
        <w:t>Захоче, марно діятиме він.&lt;br /&gt;</w:t>
        <w:br/>
        <w:t>Прихилля часто очі засліпляло.&lt;br /&gt;</w:t>
        <w:br/>
        <w:t>Ось моя рада: в горяні палати&lt;br /&gt;</w:t>
        <w:br/>
        <w:t>Злетиш, як серцю ти даси розгін:&lt;br /&gt;</w:t>
        <w:br/>
        <w:t>Бо шлях далекий, а часу замало.&lt;br /&gt;</w:t>
        <w:br/>
        <w:t>ССХЬУ&lt;br /&gt;</w:t>
        <w:br/>
        <w:t>Поділені рожі&lt;br /&gt;</w:t>
        <w:br/>
        <w:t>У перший, позавчора, ранок маю&lt;br /&gt;</w:t>
        <w:br/>
        <w:t>Закоханий, умудрений роками,&lt;br /&gt;</w:t>
        <w:br/>
        <w:t>Підніс коханцям, що зустрілись саме,&lt;br /&gt;</w:t>
        <w:br/>
        <w:t>Дві свіжі рожі, зірвані із раю.&lt;br /&gt;</w:t>
        <w:br/>
        <w:t>Почувши, як він ніжно промовляє.&lt;br /&gt;</w:t>
        <w:br/>
        <w:t>Дикун і той би захопивсь речами.&lt;br /&gt;</w:t>
        <w:br/>
        <w:t>А він дивився в їхні лиця прямо,&lt;br /&gt;</w:t>
        <w:br/>
        <w:t>Чаруючи й вчарований до краю.&lt;br /&gt;</w:t>
        <w:br/>
        <w:t>"Під сонцем вже нема коханців схожих", —&lt;br /&gt;</w:t>
        <w:br/>
        <w:t>Сказав зі сміхом і зітханням враз,&lt;br /&gt;</w:t>
        <w:br/>
        <w:t>І їх обняв, і погляд вгору скинув,&lt;br /&gt;</w:t>
        <w:br/>
        <w:t>Так він ділив свої слова і рожі:&lt;br /&gt;</w:t>
        <w:br/>
        <w:t>У серці радість з сумом обнялась.&lt;br /&gt;</w:t>
        <w:br/>
        <w:t>Яка промова! Яка гарна днина!&lt;br /&gt;</w:t>
        <w:br/>
        <w:t>ССХЬУІ&lt;br /&gt;</w:t>
        <w:br/>
        <w:t>Поет просить небо, щоб він&lt;br /&gt;</w:t>
        <w:br/>
        <w:t>умер раніше за свою донну&lt;br /&gt;</w:t>
        <w:br/>
        <w:t>Дивлюся я на молоду Лаврину,&lt;br /&gt;</w:t>
        <w:br/>
        <w:t>Чию листву хитає тиховій,&lt;br /&gt;</w:t>
        <w:br/>
        <w:t>Мов злото кіс у гожій грі новій,&lt;br /&gt;</w:t>
        <w:br/>
        <w:t>І жду, коли ж душа цю плоть покине.&lt;br /&gt;</w:t>
        <w:br/>
        <w:t>Зі світу рожі не цвіли почину,&lt;br /&gt;</w:t>
        <w:br/>
        <w:t>Аби красою дорівнялись їй.&lt;br /&gt;</w:t>
        <w:br/>
        <w:t>Молю тебе, Юпітере Гримій,&lt;br /&gt;</w:t>
        <w:br/>
        <w:t>Не їй — раніш мені пошли кончину!&lt;br /&gt;</w:t>
        <w:br/>
        <w:t>Аби всесвітнього не бачити упадку&lt;br /&gt;</w:t>
        <w:br/>
        <w:t>І світ од мого сонця не потух,&lt;br /&gt;</w:t>
        <w:br/>
        <w:t>А у очах не панувала тьма,&lt;br /&gt;</w:t>
        <w:br/>
        <w:t>Душе моя, кинь іншу всяку гадку&lt;br /&gt;</w:t>
        <w:br/>
        <w:t>І налаштуй одне ловить свій слух:&lt;br /&gt;</w:t>
        <w:br/>
        <w:t>Той голос, що солодшого нема.&lt;br /&gt;</w:t>
        <w:br/>
        <w:t>ССХІЛТІ&lt;br /&gt;</w:t>
        <w:br/>
        <w:t>Поет перепрошує, що не вміє гарно&lt;br /&gt;</w:t>
        <w:br/>
        <w:t>оспівати свою донну&lt;br /&gt;</w:t>
        <w:br/>
        <w:t>Можливо, всім це буде недогода,&lt;br /&gt;</w:t>
        <w:br/>
        <w:t>Що я у падковитості своїй&lt;br /&gt;</w:t>
        <w:br/>
        <w:t>Надмірно б'ю уже поклони їй&lt;br /&gt;</w:t>
        <w:br/>
        <w:t>За ум, шляхетність, милосердя, вроду.&lt;br /&gt;</w:t>
        <w:br/>
        <w:t>То ось що я скажу такій породі:&lt;br /&gt;</w:t>
        <w:br/>
        <w:t>"Боюсь, що надто млявий віршик мій&lt;br /&gt;</w:t>
        <w:br/>
        <w:t>І не такий умілий я хвалій,&lt;br /&gt;</w:t>
        <w:br/>
        <w:t>Не оспівать мені її достойно зроду".&lt;br /&gt;</w:t>
        <w:br/>
        <w:t>Ну, а вони одказують, невіри:&lt;br /&gt;</w:t>
        <w:br/>
        <w:t>"Взялись би Смирна, Мантуя, Афіни,&lt;br /&gt;</w:t>
        <w:br/>
        <w:t>І ті б свої порозбивали ліри".&lt;br /&gt;</w:t>
        <w:br/>
        <w:t>Бо смертний не складе такі пісні.&lt;br /&gt;</w:t>
        <w:br/>
        <w:t>Будь моя воля, зрікся б неодмінно.&lt;br /&gt;</w:t>
        <w:br/>
        <w:t>Але ж Амур віддав наказ мені.&lt;br /&gt;</w:t>
        <w:br/>
        <w:t>ССХЬУІІІ&lt;br /&gt;</w:t>
        <w:br/>
        <w:t>Високі прикмети поетової донни&lt;br /&gt;</w:t>
        <w:br/>
        <w:t>Побачити, яка в Природи сила,&lt;br /&gt;</w:t>
        <w:br/>
        <w:t>Ходіть сюди подивуватись тій,&lt;br /&gt;</w:t>
        <w:br/>
        <w:t>Хто відтепер назавше світоч мій,&lt;br /&gt;</w:t>
        <w:br/>
        <w:t>Затьмивши в небесах усі світила.&lt;br /&gt;</w:t>
        <w:br/>
        <w:t>Не відкладайте братися до діла:&lt;br /&gt;</w:t>
        <w:br/>
        <w:t>На кращих зупинивши вибір свій,&lt;br /&gt;</w:t>
        <w:br/>
        <w:t>Смерть першими хапає їх мерщій.&lt;br /&gt;</w:t>
        <w:br/>
        <w:t>Овва, її відперти вже несила.&lt;br /&gt;</w:t>
        <w:br/>
        <w:t>Поквапся і тоді побачиш зримо&lt;br /&gt;</w:t>
        <w:br/>
        <w:t>Саму красу, якої більш нема,&lt;br /&gt;</w:t>
        <w:br/>
        <w:t>Усю в чеснотах, як в шляхетній тозі.&lt;br /&gt;</w:t>
        <w:br/>
        <w:t>І скажеш, що мої замовкли рими,&lt;br /&gt;</w:t>
        <w:br/>
        <w:t>Що я ходжу, вчарований, сліпма.&lt;br /&gt;</w:t>
        <w:br/>
        <w:t>А хто не встигне, тому лити сльози.&lt;br /&gt;</w:t>
        <w:br/>
        <w:t>ССХІЛХ&lt;br /&gt;</w:t>
        <w:br/>
        <w:t>Сумні передчуття поета,&lt;br /&gt;</w:t>
        <w:br/>
        <w:t>розлученого з коханою&lt;br /&gt;</w:t>
        <w:br/>
        <w:t>Згадаю день той, і в очу ту ж мить&lt;br /&gt;</w:t>
        <w:br/>
        <w:t>Задуманий постане погляд діви,&lt;br /&gt;</w:t>
        <w:br/>
        <w:t>Бо з нею моє серце незрадливе,&lt;br /&gt;</w:t>
        <w:br/>
        <w:t>Воно її забути не велить.&lt;br /&gt;</w:t>
        <w:br/>
        <w:t>Знов бачу, як між дів вона стоїть,&lt;br /&gt;</w:t>
        <w:br/>
        <w:t>Мов рожа між дрібних квіток зваблива,&lt;br /&gt;</w:t>
        <w:br/>
        <w:t>І не сумна, й не радісна, на диво:&lt;br /&gt;</w:t>
        <w:br/>
        <w:t>її терзає острах вочевидь.&lt;br /&gt;</w:t>
        <w:br/>
        <w:t>Куди поділась звична її жвавість,&lt;br /&gt;</w:t>
        <w:br/>
        <w:t>Клейноди де й одіння всім на зависть?&lt;br /&gt;</w:t>
        <w:br/>
        <w:t>Пісень і сміху більш ніхто не чує.&lt;br /&gt;</w:t>
        <w:br/>
        <w:t>Розгублений, стою ні в сих ні в тих.&lt;br /&gt;</w:t>
        <w:br/>
        <w:t>Лиш чорні думи, рій пророцтв лихих.&lt;br /&gt;</w:t>
        <w:br/>
        <w:t>Дай Боже, щоб усе було це всує.&lt;br /&gt;</w:t>
        <w:br/>
        <w:t>ССІЛ&lt;br /&gt;</w:t>
        <w:br/>
        <w:t>Лаура являється поетові&lt;br /&gt;</w:t>
        <w:br/>
        <w:t>неживою&lt;br /&gt;</w:t>
        <w:br/>
        <w:t>Привиддя сонне, навісна примара!&lt;br /&gt;</w:t>
        <w:br/>
        <w:t>Невже посвітач рідний мій погас?&lt;br /&gt;</w:t>
        <w:br/>
        <w:t>Щоб це прийшов її останній час,&lt;br /&gt;</w:t>
        <w:br/>
        <w:t>Звершилася якась зловісна кара.&lt;br /&gt;</w:t>
        <w:br/>
        <w:t>Надією, притулком, щедрим даром&lt;br /&gt;</w:t>
        <w:br/>
        <w:t>Я звав тебе. Де ж вістка ця взялась?&lt;br /&gt;</w:t>
        <w:br/>
        <w:t>О Боже, відверни біду цей раз,&lt;br /&gt;</w:t>
        <w:br/>
        <w:t>Хай це послання пролунає даром.&lt;br /&gt;</w:t>
        <w:br/>
        <w:t>Я мрію знов узріть небесний лик,&lt;br /&gt;</w:t>
        <w:br/>
        <w:t>Днів наших славу, вроди пишний квіт,&lt;br /&gt;</w:t>
        <w:br/>
        <w:t>Що може хвору душу ізцілить.&lt;br /&gt;</w:t>
        <w:br/>
        <w:t>А як насправді кинула навік&lt;br /&gt;</w:t>
        <w:br/>
        <w:t>Вона чудове це земне мешкання,&lt;br /&gt;</w:t>
        <w:br/>
        <w:t>Приходь тоді й до мене мить остання.&lt;br /&gt;</w:t>
        <w:br/>
        <w:t>ССЬІІ&lt;br /&gt;</w:t>
        <w:br/>
        <w:t>Невпевненість&lt;br /&gt;</w:t>
        <w:br/>
        <w:t>У неладі душі то плачу, то співаю,&lt;br /&gt;</w:t>
        <w:br/>
        <w:t>Надіюсь і боюсь. У стогоні, у римі&lt;br /&gt;</w:t>
        <w:br/>
        <w:t>Зливаю біль. Амур же нещадиме&lt;br /&gt;</w:t>
        <w:br/>
        <w:t>Рве моє серце, змучене до краю.&lt;br /&gt;</w:t>
        <w:br/>
        <w:t>Чи ж сяйво, за яке яснішого немає,&lt;br /&gt;</w:t>
        <w:br/>
        <w:t>З її очей до мене більш не йтиме,&lt;br /&gt;</w:t>
        <w:br/>
        <w:t>(Який бідаха я, наш батечку питимий!)&lt;br /&gt;</w:t>
        <w:br/>
        <w:t>І я в гірких сльозах так і сконаю?&lt;br /&gt;</w:t>
        <w:br/>
        <w:t>І якщо їх уже на небі ждуть,&lt;br /&gt;</w:t>
        <w:br/>
        <w:t>Нехай їх не обходить моя доля:&lt;br /&gt;</w:t>
        <w:br/>
        <w:t>Мені все 'дно за сонце зорі ці!&lt;br /&gt;</w:t>
        <w:br/>
        <w:t>Мене б'є страх, я корчуся од болю,&lt;br /&gt;</w:t>
        <w:br/>
        <w:t>Не відаю, куди верстати путь,&lt;br /&gt;</w:t>
        <w:br/>
        <w:t>Бо я давно вже збивсь на манівці.&lt;br /&gt;</w:t>
        <w:br/>
        <w:t>ССІЛІІ&lt;br /&gt;</w:t>
        <w:br/>
        <w:t>Нарікання на розлуку&lt;br /&gt;</w:t>
        <w:br/>
        <w:t>О ніжний погляд, о солодка річ,&lt;br /&gt;</w:t>
        <w:br/>
        <w:t>Почую я коли вас чи побачу?&lt;br /&gt;</w:t>
        <w:br/>
        <w:t>О злото кіс, яким ти, небораче,&lt;br /&gt;</w:t>
        <w:br/>
        <w:t>Готовий милуватись день і ніч!&lt;br /&gt;</w:t>
        <w:br/>
        <w:t>О гарний лик, такий страшний увіч,&lt;br /&gt;</w:t>
        <w:br/>
        <w:t>Судивсь ти не для втіхи, а для плачу.&lt;br /&gt;</w:t>
        <w:br/>
        <w:t>О потаємне зіллячко зміяче,&lt;br /&gt;</w:t>
        <w:br/>
        <w:t>Вбивай мене уже, та не каліч!&lt;br /&gt;</w:t>
        <w:br/>
        <w:t>А щойно лагідні і гарні очі,&lt;br /&gt;</w:t>
        <w:br/>
        <w:t>Де думка і життя моє домує,&lt;br /&gt;</w:t>
        <w:br/>
        <w:t>Пошлють мені що-небудь у гостину, —&lt;br /&gt;</w:t>
        <w:br/>
        <w:t>Його одразу ж перейняти хоче,&lt;br /&gt;</w:t>
        <w:br/>
        <w:t>Уплинь чи верхи, щоб я плакав всує,&lt;br /&gt;</w:t>
        <w:br/>
        <w:t>Фортуна, моя давня ворогиня.&lt;br /&gt;</w:t>
        <w:br/>
        <w:t>ССІЛУ&lt;br /&gt;</w:t>
        <w:br/>
        <w:t>Страх і надія&lt;br /&gt;</w:t>
        <w:br/>
        <w:t>Давно уже не чую я новин&lt;br /&gt;</w:t>
        <w:br/>
        <w:t>Про любу й лагідну мою врагиню,&lt;br /&gt;</w:t>
        <w:br/>
        <w:t>Не знаю, що гадать про неї нині,&lt;br /&gt;</w:t>
        <w:br/>
        <w:t>Без неї серцем я одним-один.&lt;br /&gt;</w:t>
        <w:br/>
        <w:t>Пригожість іншим принесла загин.&lt;br /&gt;</w:t>
        <w:br/>
        <w:t>Вона ж красою й чесністю єдина.&lt;br /&gt;</w:t>
        <w:br/>
        <w:t>Можливо, і Господь наш для почину&lt;br /&gt;</w:t>
        <w:br/>
        <w:t>Надасть зірниці їй високий чин.&lt;br /&gt;</w:t>
        <w:br/>
        <w:t>Ні, сонцю. І тоді нужденне житов'я&lt;br /&gt;</w:t>
        <w:br/>
        <w:t>Моє до краю має вже дійти,&lt;br /&gt;</w:t>
        <w:br/>
        <w:t>І питиму гіркий напій розлуки я.&lt;br /&gt;</w:t>
        <w:br/>
        <w:t>І що тепер мені жаління ті:&lt;br /&gt;</w:t>
        <w:br/>
        <w:t>Кінця добігла оповідь моя.&lt;br /&gt;</w:t>
        <w:br/>
        <w:t>І вік мій завершивсь о півпуті.&lt;br /&gt;</w:t>
        <w:br/>
        <w:t>ССЬУ&lt;br /&gt;</w:t>
        <w:br/>
        <w:t>Ранок і тиха пора&lt;br /&gt;</w:t>
        <w:br/>
        <w:t>для поета&lt;br /&gt;</w:t>
        <w:br/>
        <w:t>Коханий Веспер, зате зла Аврора&lt;br /&gt;</w:t>
        <w:br/>
        <w:t>Для всіх веселих і спокійних пар.&lt;br /&gt;</w:t>
        <w:br/>
        <w:t>Для мене ж вечір — муки і кошмар,&lt;br /&gt;</w:t>
        <w:br/>
        <w:t>Аж поки не діждусь ранкову пору.&lt;br /&gt;</w:t>
        <w:br/>
        <w:t>Все виглядає так тоді бадьоро,&lt;br /&gt;</w:t>
        <w:br/>
        <w:t>Коли двох сонць пала ясний пожар,&lt;br /&gt;</w:t>
        <w:br/>
        <w:t>Красою й сяйвом збільшуючи чар,&lt;br /&gt;</w:t>
        <w:br/>
        <w:t>Здається, небо до землі говорить.&lt;br /&gt;</w:t>
        <w:br/>
        <w:t>Як сталося тоді, коли тонке гілля&lt;br /&gt;</w:t>
        <w:br/>
        <w:t>Зазеленіло й я сказав: "Лаврино,&lt;br /&gt;</w:t>
        <w:br/>
        <w:t>Рости і в серці у моїм пишай".&lt;br /&gt;</w:t>
        <w:br/>
        <w:t>Для себе зрозумів давно вже я,&lt;br /&gt;</w:t>
        <w:br/>
        <w:t>Що це і є страждань моїх причина.&lt;br /&gt;</w:t>
        <w:br/>
        <w:t>1 добре те, що покладе їм край.&lt;br /&gt;</w:t>
        <w:br/>
        <w:t>ССЬУІ&lt;br /&gt;</w:t>
        <w:br/>
        <w:t>Скарга на Лауру&lt;br /&gt;</w:t>
        <w:br/>
        <w:t>Помститись я збираюсь з давніх пір&lt;br /&gt;</w:t>
        <w:br/>
        <w:t>Тій, хто мене хвилює й озиває,&lt;br /&gt;</w:t>
        <w:br/>
        <w:t>І, болем душу сповнивши, тікає,&lt;br /&gt;</w:t>
        <w:br/>
        <w:t>Ховаючи від мене ніжний зір,&lt;br /&gt;</w:t>
        <w:br/>
        <w:t>Хто, відібравши в мене звичний мир,&lt;br /&gt;</w:t>
        <w:br/>
        <w:t>Так бідне серце мучить і карає,&lt;br /&gt;</w:t>
        <w:br/>
        <w:t>Що вже ночами зовсім сну немає,&lt;br /&gt;</w:t>
        <w:br/>
        <w:t>Замість спочинку виє в ньому звір.&lt;br /&gt;</w:t>
        <w:br/>
        <w:t>Не раз зазнавши гибелі страшної,&lt;br /&gt;</w:t>
        <w:br/>
        <w:t>Мій безтілесний дух спішить до тої,&lt;br /&gt;</w:t>
        <w:br/>
        <w:t>Яка мене всього перевернула.&lt;br /&gt;</w:t>
        <w:br/>
        <w:t>І ось стою, розгублений до краю,&lt;br /&gt;</w:t>
        <w:br/>
        <w:t>Він їй говорить, плаче, обіймає,&lt;br /&gt;</w:t>
        <w:br/>
        <w:t>Проте вона лишається нечула.&lt;br /&gt;</w:t>
        <w:br/>
        <w:t>ССІЛЛІ&lt;br /&gt;</w:t>
        <w:br/>
        <w:t>Обличчя і рука поетової донни&lt;br /&gt;</w:t>
        <w:br/>
        <w:t>Це гоже личко, за яким я* ги ну,&lt;br /&gt;</w:t>
        <w:br/>
        <w:t>Так спочиває зір на білому чолі,&lt;br /&gt;</w:t>
        <w:br/>
        <w:t>Очей би не одвів, аби на його тлі&lt;br /&gt;</w:t>
        <w:br/>
        <w:t>Долоня не майнула в цю хвилину.&lt;br /&gt;</w:t>
        <w:br/>
        <w:t>Стріпнувся дух, мов на гачку рибчина&lt;br /&gt;</w:t>
        <w:br/>
        <w:t>Або мов пташка на клейкім гіллі,&lt;br /&gt;</w:t>
        <w:br/>
        <w:t>Як досі я не бачив взагалі,&lt;br /&gt;</w:t>
        <w:br/>
        <w:t>Уважний до лиця, цієї благостині?&lt;br /&gt;</w:t>
        <w:br/>
        <w:t>Та погляд мій, згубивши свій предмет,&lt;br /&gt;</w:t>
        <w:br/>
        <w:t>Намацував дорогу, як вві сні,&lt;br /&gt;</w:t>
        <w:br/>
        <w:t>Красу знов повертаючи знебулу.&lt;br /&gt;</w:t>
        <w:br/>
        <w:t>Який стрімкий, який розкішний лет!&lt;br /&gt;</w:t>
        <w:br/>
        <w:t>Дві слави враз відкрилися мені,&lt;br /&gt;</w:t>
        <w:br/>
        <w:t>Душа подвійну втіху тут відчула.&lt;br /&gt;</w:t>
        <w:br/>
        <w:t>ССЬУІІІ&lt;br /&gt;</w:t>
        <w:br/>
        <w:t>Лаурині погляди і слова&lt;br /&gt;</w:t>
        <w:br/>
        <w:t>Світились очі добрістю іскрин,&lt;br /&gt;</w:t>
        <w:br/>
        <w:t>Мене своїм обпалюючи палом,&lt;br /&gt;</w:t>
        <w:br/>
        <w:t>А з серця мудрі речі струмували&lt;br /&gt;</w:t>
        <w:br/>
        <w:t>До мене, ніби благодатний плин.&lt;br /&gt;</w:t>
        <w:br/>
        <w:t>Тепер сиджу і згадую, один,&lt;br /&gt;</w:t>
        <w:br/>
        <w:t>Бо мучать мене спогади чимало,&lt;br /&gt;</w:t>
        <w:br/>
        <w:t>В яку це таку днину небувалу&lt;br /&gt;</w:t>
        <w:br/>
        <w:t>Зайшло у моїй вдачі стільки змін.&lt;br /&gt;</w:t>
        <w:br/>
        <w:t>Душа так довго гибіла й боліла&lt;br /&gt;</w:t>
        <w:br/>
        <w:t>(Нелегко вибивать закореніле!),&lt;br /&gt;</w:t>
        <w:br/>
        <w:t>Що їй уже спокуси не збороть.&lt;br /&gt;</w:t>
        <w:br/>
        <w:t>Вона з утіх ще незнайомих мліє,&lt;br /&gt;</w:t>
        <w:br/>
        <w:t>Перебуваючи у страсі і в надії,&lt;br /&gt;</w:t>
        <w:br/>
        <w:t>Готова вже мою покинуть плоть.&lt;br /&gt;</w:t>
        <w:br/>
        <w:t>ССІЛХ&lt;br /&gt;</w:t>
        <w:br/>
        <w:t>Поетові хочеться знов&lt;br /&gt;</w:t>
        <w:br/>
        <w:t>побачити берег Сорт&lt;br /&gt;</w:t>
        <w:br/>
        <w:t>Я завше прагнув жить в самотині&lt;br /&gt;</w:t>
        <w:br/>
        <w:t>(Лісам, полям, річкам це добре знати).&lt;br /&gt;</w:t>
        <w:br/>
        <w:t>Щоб не могли мені до неба переп'яти&lt;br /&gt;</w:t>
        <w:br/>
        <w:t>Путь ці уми глухі і навісні.&lt;br /&gt;</w:t>
        <w:br/>
        <w:t>Тоді прийшли б до мене гарні дні.&lt;br /&gt;</w:t>
        <w:br/>
        <w:t>Над Сорґою пригори тінюваті&lt;br /&gt;</w:t>
        <w:br/>
        <w:t>Допомогли б і плакать і співати,&lt;br /&gt;</w:t>
        <w:br/>
        <w:t>Не те що у тосканській стороні.&lt;br /&gt;</w:t>
        <w:br/>
        <w:t>Та доля, що все робить навпаки&lt;br /&gt;</w:t>
        <w:br/>
        <w:t>І держить там мене, де я у гніві бачу&lt;br /&gt;</w:t>
        <w:br/>
        <w:t>В баюрі скарб мій, посеред грязя,&lt;br /&gt;</w:t>
        <w:br/>
        <w:t>Прихильнішою стане до руки&lt;br /&gt;</w:t>
        <w:br/>
        <w:t>З пером. Я цього вартий наче,&lt;br /&gt;</w:t>
        <w:br/>
        <w:t>Амур це бачить, знає донна й я.&lt;br /&gt;</w:t>
        <w:br/>
        <w:t>ссьх&lt;br /&gt;</w:t>
        <w:br/>
        <w:t>Поет підносить Лауру вище&lt;br /&gt;</w:t>
        <w:br/>
        <w:t>всіх найславетніших донн&lt;br /&gt;</w:t>
        <w:br/>
        <w:t>Я знову бачу ці прекрасні очі,&lt;br /&gt;</w:t>
        <w:br/>
        <w:t>Звабливі — два Амурових гнізда.&lt;br /&gt;</w:t>
        <w:br/>
        <w:t>Сіяли так тоді вони урочо,&lt;br /&gt;</w:t>
        <w:br/>
        <w:t>І гріли так, — о зоре молода!&lt;br /&gt;</w:t>
        <w:br/>
        <w:t>Укохану затьмить не випада&lt;br /&gt;</w:t>
        <w:br/>
        <w:t>Ніякій діві, як вона не хоче.&lt;br /&gt;</w:t>
        <w:br/>
        <w:t>Ні навіть тій, через яку біда&lt;br /&gt;</w:t>
        <w:br/>
        <w:t>Зоставила від Трої купу клоччя.&lt;br /&gt;</w:t>
        <w:br/>
        <w:t>Ні римлянці, що проти себе крицю&lt;br /&gt;</w:t>
        <w:br/>
        <w:t>Ввігнала в гніві у шляхетну грудь,&lt;br /&gt;</w:t>
        <w:br/>
        <w:t>Ні Поліксені і ні Іпсипилі.&lt;br /&gt;</w:t>
        <w:br/>
        <w:t>Природи честь, небесна голубиця,&lt;br /&gt;</w:t>
        <w:br/>
        <w:t>Другій на цій землі уже не буть.&lt;br /&gt;</w:t>
        <w:br/>
        <w:t>Шкода, що світ на мить лиш навістила.&lt;br /&gt;</w:t>
        <w:br/>
        <w:t>ССЬХІ&lt;br /&gt;</w:t>
        <w:br/>
        <w:t>Поет закликає інших донн&lt;br /&gt;</w:t>
        <w:br/>
        <w:t>наслідувати його донну&lt;br /&gt;</w:t>
        <w:br/>
        <w:t>Тій, що навіять хоче юнакові&lt;br /&gt;</w:t>
        <w:br/>
        <w:t>Високі почуття і благодать,&lt;br /&gt;</w:t>
        <w:br/>
        <w:t>Збираюсь я таку пораду дать:&lt;br /&gt;</w:t>
        <w:br/>
        <w:t>Ступає хай услід моїй любові.&lt;br /&gt;</w:t>
        <w:br/>
        <w:t>Як чесно жити, з Богом у розмові,&lt;br /&gt;</w:t>
        <w:br/>
        <w:t>Як гідність із красою поєднать,&lt;br /&gt;</w:t>
        <w:br/>
        <w:t>Тоді не треба довго і гадать:&lt;br /&gt;</w:t>
        <w:br/>
        <w:t>До неба йти вона уже готова.&lt;br /&gt;</w:t>
        <w:br/>
        <w:t>Бо можна й мову перейняти лучче,&lt;br /&gt;</w:t>
        <w:br/>
        <w:t>Мовчанку і манери, правил звід,&lt;br /&gt;</w:t>
        <w:br/>
        <w:t>Як цей твій ідеал не на папері.&lt;br /&gt;</w:t>
        <w:br/>
        <w:t>І лиш красі, для всіх такій сліпучій,&lt;br /&gt;</w:t>
        <w:br/>
        <w:t>Не наламатись, бо від ранніх літ&lt;br /&gt;</w:t>
        <w:br/>
        <w:t>Рядить лиш доля, інше все химера.&lt;br /&gt;</w:t>
        <w:br/>
        <w:t>ССЬХІІ&lt;br /&gt;</w:t>
        <w:br/>
        <w:t>Честь для донни дорожча за життя&lt;br /&gt;</w:t>
        <w:br/>
        <w:t>Життя безцінне, а вже потім шана,&lt;br /&gt;</w:t>
        <w:br/>
        <w:t>Хоча її не так ціную я.&lt;br /&gt;</w:t>
        <w:br/>
        <w:t>Та як без честі, матінко моя,&lt;br /&gt;</w:t>
        <w:br/>
        <w:t>І щоб була ще жінка не погана!&lt;br /&gt;</w:t>
        <w:br/>
        <w:t>Вона живою бути перестане,&lt;br /&gt;</w:t>
        <w:br/>
        <w:t>Як в неї добре втрачене ім'я,&lt;br /&gt;</w:t>
        <w:br/>
        <w:t>І скнітиме, сама вже не своя,&lt;br /&gt;</w:t>
        <w:br/>
        <w:t>Страшна як смерть і як одкрита рана.&lt;br /&gt;</w:t>
        <w:br/>
        <w:t>Лукреція б мене не здивувала,&lt;br /&gt;</w:t>
        <w:br/>
        <w:t>Якби вона вдалась не до кинджала,&lt;br /&gt;</w:t>
        <w:br/>
        <w:t>А з горя руки здійняла на себе.&lt;br /&gt;</w:t>
        <w:br/>
        <w:t>Тут кожна філософія сліпа,&lt;br /&gt;</w:t>
        <w:br/>
        <w:t>І непутить, і лиш одна тропа&lt;br /&gt;</w:t>
        <w:br/>
        <w:t>Веде нас до тріумфу і до неба.&lt;br /&gt;</w:t>
        <w:br/>
        <w:t>ССЬХІІІ&lt;br /&gt;</w:t>
        <w:br/>
        <w:t>Похвала Лаурі й лавру&lt;br /&gt;</w:t>
        <w:br/>
        <w:t>Величне древо слави й перемоги,&lt;br /&gt;</w:t>
        <w:br/>
        <w:t>Заплата піснетворців і царів,&lt;br /&gt;</w:t>
        <w:br/>
        <w:t>Чимало ревних і щасливих днів&lt;br /&gt;</w:t>
        <w:br/>
        <w:t>Ти на мою приводило дорогу.&lt;br /&gt;</w:t>
        <w:br/>
        <w:t>Правдива донно, стримана і строга,&lt;br /&gt;</w:t>
        <w:br/>
        <w:t>Ніхто, як ти, не мав щедріших жнив,&lt;br /&gt;</w:t>
        <w:br/>
        <w:t>Хоч стільки ставив пасток і сильців&lt;br /&gt;</w:t>
        <w:br/>
        <w:t>Амур, для тебе ці прийоми вбогі.&lt;br /&gt;</w:t>
        <w:br/>
        <w:t>Це важить нам, а не тобі порода,&lt;br /&gt;</w:t>
        <w:br/>
        <w:t>Блакитній крові в тебе гріш ціна,&lt;br /&gt;</w:t>
        <w:br/>
        <w:t>Рубіни, перли, золото — ніщо то.&lt;br /&gt;</w:t>
        <w:br/>
        <w:t>Тобі було б байдуже і до вроди,&lt;br /&gt;</w:t>
        <w:br/>
        <w:t>Аби не вбором правила вона&lt;br /&gt;</w:t>
        <w:br/>
        <w:t>Прегарному клейнодові чесноти.&lt;br /&gt;</w:t>
        <w:br/>
        <w:t>ССХХУ&lt;br /&gt;</w:t>
        <w:br/>
        <w:t>Смерть — єдиний засіб проти&lt;br /&gt;</w:t>
        <w:br/>
        <w:t>Лауриної суворості&lt;br /&gt;</w:t>
        <w:br/>
        <w:t>Жорстоке серце і натура вперта&lt;br /&gt;</w:t>
        <w:br/>
        <w:t>В такій сумирній янгольській істоті.&lt;br /&gt;</w:t>
        <w:br/>
        <w:t>Невже це їй убить мене охота,&lt;br /&gt;</w:t>
        <w:br/>
        <w:t>Не зглянувшись, довести аж до смерті?&lt;br /&gt;</w:t>
        <w:br/>
        <w:t>Як вруниться і як вродило щертю,&lt;br /&gt;</w:t>
        <w:br/>
        <w:t>Заходить ніч чи сонце ллє ясноту,&lt;br /&gt;</w:t>
        <w:br/>
        <w:t>Я плачу, бо недолі не збороти,&lt;br /&gt;</w:t>
        <w:br/>
        <w:t>В Амурі й Діві не знайти опертя.&lt;br /&gt;</w:t>
        <w:br/>
        <w:t>І все ж не покида мене надія:&lt;br /&gt;</w:t>
        <w:br/>
        <w:t>Довбає ж крапля камінь мармуровий,&lt;br /&gt;</w:t>
        <w:br/>
        <w:t>Не відступає, точить, сердсь-не-сердсь.&lt;br /&gt;</w:t>
        <w:br/>
        <w:t>Ніхто мене спинити не зуміє,&lt;br /&gt;</w:t>
        <w:br/>
        <w:t>Під палом сліз, моління і любові&lt;br /&gt;</w:t>
        <w:br/>
        <w:t>Відтане найбайдужіше із серць.&lt;br /&gt;</w:t>
        <w:br/>
        <w:t>ССЬХУІ&lt;br /&gt;</w:t>
        <w:br/>
        <w:t>Кардиналові Колонні&lt;br /&gt;</w:t>
        <w:br/>
        <w:t>з перепросинами, що поет&lt;br /&gt;</w:t>
        <w:br/>
        <w:t>не зміг одвідати його&lt;br /&gt;</w:t>
        <w:br/>
        <w:t>Мій пане, в думці я завжди при Вас,&lt;br /&gt;</w:t>
        <w:br/>
        <w:t>Душа моя про Вас лише говорить.&lt;br /&gt;</w:t>
        <w:br/>
        <w:t>Та жереб мій (який же він суворий!)&lt;br /&gt;</w:t>
        <w:br/>
        <w:t>Мене гнітить і шарпає всякчас.&lt;br /&gt;</w:t>
        <w:br/>
        <w:t>Та ще й і від Амура цей наказ —&lt;br /&gt;</w:t>
        <w:br/>
        <w:t>Кохати ту, що відійшла так скоро.&lt;br /&gt;</w:t>
        <w:br/>
        <w:t>І ось два світочі мені гукати впору,&lt;br /&gt;</w:t>
        <w:br/>
        <w:t>Як я колись гукав уже не раз.&lt;br /&gt;</w:t>
        <w:br/>
        <w:t>Мій пане славний, гожа моя Донно,&lt;br /&gt;</w:t>
        <w:br/>
        <w:t>Ці пута мусив був на себе наложить&lt;br /&gt;</w:t>
        <w:br/>
        <w:t>Я сам собі навіки на покару.&lt;br /&gt;</w:t>
        <w:br/>
        <w:t>Лаврини зело і красу Колони&lt;br /&gt;</w:t>
        <w:br/>
        <w:t>П'ятнадцять ось і вісімнадцять літ&lt;br /&gt;</w:t>
        <w:br/>
        <w:t>Ношу я в серці — і таки недаром.&lt;br /&gt;</w:t>
        <w:br/>
        <w:t>ССЬХУИ&lt;br /&gt;</w:t>
        <w:br/>
        <w:t>Поет оплакує смерть своєї&lt;br /&gt;</w:t>
        <w:br/>
        <w:t>донни&lt;br /&gt;</w:t>
        <w:br/>
        <w:t>0 ніжний зоре, о пригожий лику!&lt;br /&gt;</w:t>
        <w:br/>
        <w:t>Великокняжа і легка хода.&lt;br /&gt;</w:t>
        <w:br/>
        <w:t>1 річ, що лиш покірності жада,&lt;br /&gt;</w:t>
        <w:br/>
        <w:t>А пишака збиває з пантелику.&lt;br /&gt;</w:t>
        <w:br/>
        <w:t>Солодкий сміх, в якому вже одвіку&lt;br /&gt;</w:t>
        <w:br/>
        <w:t>Смертельна причаїлася біда.&lt;br /&gt;</w:t>
        <w:br/>
        <w:t>Дух царський, можна сила молода,&lt;br /&gt;</w:t>
        <w:br/>
        <w:t>В тобі усякий визнає владику.&lt;br /&gt;</w:t>
        <w:br/>
        <w:t>Палаю вами й дихаю я вами.&lt;br /&gt;</w:t>
        <w:br/>
        <w:t>І був я ваш. Тепер, як я без вас,&lt;br /&gt;</w:t>
        <w:br/>
        <w:t>Мене дійняти болі вже безсилі.&lt;br /&gt;</w:t>
        <w:br/>
        <w:t>Я жив іще надіями і снами,&lt;br /&gt;</w:t>
        <w:br/>
        <w:t>Коли живий посвітач мій погас,&lt;br /&gt;</w:t>
        <w:br/>
        <w:t>І вітер розметав мої всі квилі.&lt;br /&gt;</w:t>
        <w:br/>
        <w:t>ССЬХУІІІ&lt;br /&gt;</w:t>
        <w:br/>
        <w:t>Канцона&lt;br /&gt;</w:t>
        <w:br/>
        <w:t>Поет розмірковує над тим,&lt;br /&gt;</w:t>
        <w:br/>
        <w:t>що йому робити&lt;br /&gt;</w:t>
        <w:br/>
        <w:t>Як діяти, порадь мені, Амуре.&lt;br /&gt;</w:t>
        <w:br/>
        <w:t>Невже мені зосталось умирати?&lt;br /&gt;</w:t>
        <w:br/>
        <w:t>Без діви на землі мені тюрма,&lt;br /&gt;</w:t>
        <w:br/>
        <w:t>Усе навкруг таке понуре, —&lt;br /&gt;</w:t>
        <w:br/>
        <w:t>Піти б до неї в горяні палати,&lt;br /&gt;</w:t>
        <w:br/>
        <w:t>Душа намучилась сама.&lt;br /&gt;</w:t>
        <w:br/>
        <w:t>Адже надій нема:&lt;br /&gt;</w:t>
        <w:br/>
        <w:t>Вже за життя не побороть розлуки,&lt;br /&gt;</w:t>
        <w:br/>
        <w:t>Вона пішла, й до муки&lt;br /&gt;</w:t>
        <w:br/>
        <w:t>Всі чисті радощі мої звелись,&lt;br /&gt;</w:t>
        <w:br/>
        <w:t>А очі повні сліз.&lt;br /&gt;</w:t>
        <w:br/>
        <w:t>Ти знаєш про мою тяжку утрату,&lt;br /&gt;</w:t>
        <w:br/>
        <w:t>Про люте горе,&lt;br /&gt;</w:t>
        <w:br/>
        <w:t>І пожалів мене, вірніше, нас,&lt;br /&gt;</w:t>
        <w:br/>
        <w:t>Як стало нашу барку розбивати&lt;br /&gt;</w:t>
        <w:br/>
        <w:t>Об скелю в морі&lt;br /&gt;</w:t>
        <w:br/>
        <w:t>1 ми в пітьмі лишилися нараз.&lt;br /&gt;</w:t>
        <w:br/>
        <w:t>Чи ж краска б та знайшлась,&lt;br /&gt;</w:t>
        <w:br/>
        <w:t>Щоб змалювати біль несамовитий?&lt;br /&gt;</w:t>
        <w:br/>
        <w:t>І ти, незрячий світе,&lt;br /&gt;</w:t>
        <w:br/>
        <w:t>Зі мною плакать мусиш, бо згубив&lt;br /&gt;</w:t>
        <w:br/>
        <w:t>Найгожішу із дів.&lt;br /&gt;</w:t>
        <w:br/>
        <w:t>Твоя єдина слава впала,&lt;br /&gt;</w:t>
        <w:br/>
        <w:t>Бо ти ж, невдячний світе,&lt;br /&gt;</w:t>
        <w:br/>
        <w:t>Так і проочив ти,&lt;br /&gt;</w:t>
        <w:br/>
        <w:t>Як Діва по землі ступала,&lt;br /&gt;</w:t>
        <w:br/>
        <w:t>Красу ту гордовиту&lt;br /&gt;</w:t>
        <w:br/>
        <w:t>Не зволив гідно піднести.&lt;br /&gt;</w:t>
        <w:br/>
        <w:t>А я із пустоти,&lt;br /&gt;</w:t>
        <w:br/>
        <w:t>Яка довкруг запала грізно,&lt;br /&gt;</w:t>
        <w:br/>
        <w:t>Зову Мадонну слізно,&lt;br /&gt;</w:t>
        <w:br/>
        <w:t>Все, що зосталося від уповань, —&lt;br /&gt;</w:t>
        <w:br/>
        <w:t>Це сльози, цей потік безперестань.&lt;br /&gt;</w:t>
        <w:br/>
        <w:t>Оле, його земля вкриває,&lt;br /&gt;</w:t>
        <w:br/>
        <w:t>Те личко, що для мене&lt;br /&gt;</w:t>
        <w:br/>
        <w:t>Світилося, як горяна блакить.&lt;br /&gt;</w:t>
        <w:br/>
        <w:t>її незриме тіло ходить раєм,&lt;br /&gt;</w:t>
        <w:br/>
        <w:t>Покинувши те бренне,&lt;br /&gt;</w:t>
        <w:br/>
        <w:t>Яке було на ній так мало літ.&lt;br /&gt;</w:t>
        <w:br/>
        <w:t>І прийде скоро мить,&lt;br /&gt;</w:t>
        <w:br/>
        <w:t>Коли вона у ще одній обнові&lt;br /&gt;</w:t>
        <w:br/>
        <w:t>Постане перед нами знову,&lt;br /&gt;</w:t>
        <w:br/>
        <w:t>Бо вічною красою її вись&lt;br /&gt;</w:t>
        <w:br/>
        <w:t>Нагородить щедріше, ніж колись.&lt;br /&gt;</w:t>
        <w:br/>
        <w:t>Побачивши кохання в зорі,&lt;br /&gt;</w:t>
        <w:br/>
        <w:t>Як це було у мене,&lt;br /&gt;</w:t>
        <w:br/>
        <w:t>Закоханого донна не мине.&lt;br /&gt;</w:t>
        <w:br/>
        <w:t>Вона мого життя підпора,&lt;br /&gt;</w:t>
        <w:br/>
        <w:t>Одне її імення&lt;br /&gt;</w:t>
        <w:br/>
        <w:t>На світі держить ще мене.&lt;br /&gt;</w:t>
        <w:br/>
        <w:t>Амур мене збагне:&lt;br /&gt;</w:t>
        <w:br/>
        <w:t>Не той я, що у роки молодії,&lt;br /&gt;</w:t>
        <w:br/>
        <w:t>Поховані давно усі мої надії,&lt;br /&gt;</w:t>
        <w:br/>
        <w:t>А як мене підточує жура,&lt;br /&gt;</w:t>
        <w:br/>
        <w:t>І їй уже побачити пора.&lt;br /&gt;</w:t>
        <w:br/>
        <w:t>Ви, дами, що її небесній статі,&lt;br /&gt;</w:t>
        <w:br/>
        <w:t>І поведінці дивувались,&lt;br /&gt;</w:t>
        <w:br/>
        <w:t>І юній прехорошій вроді,&lt;br /&gt;</w:t>
        <w:br/>
        <w:t>Жаль, звісно, здатний утішати&lt;br /&gt;</w:t>
        <w:br/>
        <w:t>Мене, як ви вже здогадались,&lt;br /&gt;</w:t>
        <w:br/>
        <w:t>Та ту, що по землі не ходить,&lt;br /&gt;</w:t>
        <w:br/>
        <w:t>Жаліти годі.&lt;br /&gt;</w:t>
        <w:br/>
        <w:t>А я зостався тут, бідовий,&lt;br /&gt;</w:t>
        <w:br/>
        <w:t>Вислухуючи мови&lt;br /&gt;</w:t>
        <w:br/>
        <w:t>Амура, — він не дасть мені рубать&lt;br /&gt;</w:t>
        <w:br/>
        <w:t>Морський канат:&lt;br /&gt;</w:t>
        <w:br/>
        <w:t>"У грудях задави скорботні квилі,&lt;br /&gt;</w:t>
        <w:br/>
        <w:t>Бо приступу нема до раю,&lt;br /&gt;</w:t>
        <w:br/>
        <w:t>Якщо душа у страсті навісна.&lt;br /&gt;</w:t>
        <w:br/>
        <w:t>Вважають донну всі за опочилу,&lt;br /&gt;</w:t>
        <w:br/>
        <w:t>Лиш я так не вважаю&lt;br /&gt;</w:t>
        <w:br/>
        <w:t>Та й ти: до тебе приязна вона.&lt;br /&gt;</w:t>
        <w:br/>
        <w:t>Почувши, як луна&lt;br /&gt;</w:t>
        <w:br/>
        <w:t>На її славу пісня стоголоса,&lt;br /&gt;</w:t>
        <w:br/>
        <w:t>Вона з зітханням просить,&lt;br /&gt;</w:t>
        <w:br/>
        <w:t>Щоб ти складав любові данину,&lt;br /&gt;</w:t>
        <w:br/>
        <w:t>Щоб голос твій співав, як в давнину".&lt;br /&gt;</w:t>
        <w:br/>
        <w:t>Обачно уникай&lt;br /&gt;</w:t>
        <w:br/>
        <w:t>Гуртів веселих, та при цім, одначе,&lt;br /&gt;</w:t>
        <w:br/>
        <w:t>Не тих, хто плаче.&lt;br /&gt;</w:t>
        <w:br/>
        <w:t>Напутні не забудь слова,&lt;br /&gt;</w:t>
        <w:br/>
        <w:t>Канцоно, безутішна удова.&lt;br /&gt;</w:t>
        <w:br/>
        <w:t>ССЬХІХ&lt;br /&gt;</w:t>
        <w:br/>
        <w:t>Поет оплакує смерть кардинала&lt;br /&gt;</w:t>
        <w:br/>
        <w:t>Колонии і смерть Лаури&lt;br /&gt;</w:t>
        <w:br/>
        <w:t>Мій Стовп упав, а з ним гінка Лаврина,&lt;br /&gt;</w:t>
        <w:br/>
        <w:t>В чиєму затінку помріяти я міг.&lt;br /&gt;</w:t>
        <w:br/>
        <w:t>Ураз погублених, не віднайти вже їх&lt;br /&gt;</w:t>
        <w:br/>
        <w:t>Ні в жаркій Індії, ні в краї сарацина.&lt;br /&gt;</w:t>
        <w:br/>
        <w:t>Де тільки прихилюсь я, сиротина?&lt;br /&gt;</w:t>
        <w:br/>
        <w:t>Де ділась радість? Чом затихнув сміх?&lt;br /&gt;</w:t>
        <w:br/>
        <w:t>Не воскресять мені їх купи золотих,&lt;br /&gt;</w:t>
        <w:br/>
        <w:t>Ні геми Сходу, ні сяйні перлини.&lt;br /&gt;</w:t>
        <w:br/>
        <w:t>Але, як так розпорядився льос,&lt;br /&gt;</w:t>
        <w:br/>
        <w:t>Що вдіяти? Ходить, як чорна хмара,&lt;br /&gt;</w:t>
        <w:br/>
        <w:t>Й журитися, як ти до цього звик?&lt;br /&gt;</w:t>
        <w:br/>
        <w:t>Якоюсь казкою життя тобі здалось.&lt;br /&gt;</w:t>
        <w:br/>
        <w:t>Та раптом вітер з одного удару&lt;br /&gt;</w:t>
        <w:br/>
        <w:t>Змітає все, що ти надбав за вік.&lt;br /&gt;</w:t>
        <w:br/>
        <w:t>ССЬХХІ&lt;br /&gt;</w:t>
        <w:br/>
        <w:t>На смерть донни, якою поет&lt;br /&gt;</w:t>
        <w:br/>
        <w:t>захоплювався якийсь час&lt;br /&gt;</w:t>
        <w:br/>
        <w:t>після Лауриної смерті&lt;br /&gt;</w:t>
        <w:br/>
        <w:t>Палючий ґудзь, що тис з усіх сторон&lt;br /&gt;</w:t>
        <w:br/>
        <w:t>Впродовж двадцять одного року,&lt;br /&gt;</w:t>
        <w:br/>
        <w:t>Смерть розтяла — мою страшну мороку, —&lt;br /&gt;</w:t>
        <w:br/>
        <w:t>Ми з горя не конаєм, це закон.&lt;br /&gt;</w:t>
        <w:br/>
        <w:t>Амур лаштує знов мені полон:&lt;br /&gt;</w:t>
        <w:br/>
        <w:t>Сильце в траві, щоб кара ця жорстока,&lt;br /&gt;</w:t>
        <w:br/>
        <w:t>Вогнем спахнувши, мучила щокроку&lt;br /&gt;</w:t>
        <w:br/>
        <w:t>І на пожежу не знайшлось заслон.&lt;br /&gt;</w:t>
        <w:br/>
        <w:t>Аби мене не умудрила сила&lt;br /&gt;</w:t>
        <w:br/>
        <w:t>Тривалих мук, то мав би погибать я,&lt;br /&gt;</w:t>
        <w:br/>
        <w:t>Згорів би залюбки, немов той хмиз.&lt;br /&gt;</w:t>
        <w:br/>
        <w:t>Та смерть мене удруге одзволила, —&lt;br /&gt;</w:t>
        <w:br/>
        <w:t>Розтятий ґудзь, розтоптане багаття, —&lt;br /&gt;</w:t>
        <w:br/>
        <w:t>Чи б проти неї сила й сприт змоглись?&lt;br /&gt;</w:t>
        <w:br/>
        <w:t>ССЬХХІІ&lt;br /&gt;</w:t>
        <w:br/>
        <w:t>Поет нарікає на важке життя,&lt;br /&gt;</w:t>
        <w:br/>
        <w:t>яке йому доводиться вести&lt;br /&gt;</w:t>
        <w:br/>
        <w:t>Життя мина, вік людський невелик;&lt;br /&gt;</w:t>
        <w:br/>
        <w:t>І скоро прийде свашка та кирпата.&lt;br /&gt;</w:t>
        <w:br/>
        <w:t>І те, що є, пора вже поховати,&lt;br /&gt;</w:t>
        <w:br/>
        <w:t>Як те, що буде й що було торік.&lt;br /&gt;</w:t>
        <w:br/>
        <w:t>Забути днів цих безконечний лік,&lt;br /&gt;</w:t>
        <w:br/>
        <w:t>Не згадувати ту фатальну дату.&lt;br /&gt;</w:t>
        <w:br/>
        <w:t>Лиш страхом Божим можна ясувати,&lt;br /&gt;</w:t>
        <w:br/>
        <w:t>Що я із цього світу ще не зник.&lt;br /&gt;</w:t>
        <w:br/>
        <w:t>Невже не доведеться відпочити&lt;br /&gt;</w:t>
        <w:br/>
        <w:t>Моїй душі? Овва, мій кораблисько&lt;br /&gt;</w:t>
        <w:br/>
        <w:t>Втомився краять хвилі навпрошки.&lt;br /&gt;</w:t>
        <w:br/>
        <w:t>У бухті буря, щогли всі розбиті,&lt;br /&gt;</w:t>
        <w:br/>
        <w:t>Стерник лежить, вода вже зовсім близько,&lt;br /&gt;</w:t>
        <w:br/>
        <w:t>А з берега не світять маяки.&lt;br /&gt;</w:t>
        <w:br/>
        <w:t>ССЬХХІІІ&lt;br /&gt;</w:t>
        <w:br/>
        <w:t>Поет картає свою душу&lt;br /&gt;</w:t>
        <w:br/>
        <w:t>за її вперту жалобу&lt;br /&gt;</w:t>
        <w:br/>
        <w:t>Що дієш? Чом вертаєшся у дні,&lt;br /&gt;</w:t>
        <w:br/>
        <w:t>Яким уже немає повороту,&lt;br /&gt;</w:t>
        <w:br/>
        <w:t>Скорботний духу? Чи тобі охота&lt;br /&gt;</w:t>
        <w:br/>
        <w:t>Горіти, палячи себе, в огні?&lt;br /&gt;</w:t>
        <w:br/>
        <w:t>Ласкава мова, позирки смутні,&lt;br /&gt;</w:t>
        <w:br/>
        <w:t>Оспівані тобою вже усоте,&lt;br /&gt;</w:t>
        <w:br/>
        <w:t>Пішли з землі і пробувають доти&lt;br /&gt;</w:t>
        <w:br/>
        <w:t>В небесній недосяжній стороні.&lt;br /&gt;</w:t>
        <w:br/>
        <w:t>Не оживляй того, що убиває,&lt;br /&gt;</w:t>
        <w:br/>
        <w:t>Не мрії віддавайся ти сліпій,&lt;br /&gt;</w:t>
        <w:br/>
        <w:t>А думі, що веде тебе до раю.&lt;br /&gt;</w:t>
        <w:br/>
        <w:t>Черкаймо неба, паділ цей земний&lt;br /&gt;</w:t>
        <w:br/>
        <w:t>З його красою тільки заважає&lt;br /&gt;</w:t>
        <w:br/>
        <w:t>Живому й мертвому здобути упокій.&lt;br /&gt;</w:t>
        <w:br/>
        <w:t>ССЬХХІУ&lt;br /&gt;</w:t>
        <w:br/>
        <w:t>Поет осуджує кволість&lt;br /&gt;</w:t>
        <w:br/>
        <w:t>свого серця&lt;br /&gt;</w:t>
        <w:br/>
        <w:t>Покою дайте, навісні думки!&lt;br /&gt;</w:t>
        <w:br/>
        <w:t>Чи ж мало вам, що Смерть, Амур, Фортуна&lt;br /&gt;</w:t>
        <w:br/>
        <w:t>Тісною раттю на поріг мій суне,&lt;br /&gt;</w:t>
        <w:br/>
        <w:t>Що вже на мурах інші вояки?&lt;br /&gt;</w:t>
        <w:br/>
        <w:t>0 серце, ти все робиш навпаки,&lt;br /&gt;</w:t>
        <w:br/>
        <w:t>Зрадецьки, як колись у роки юні,&lt;br /&gt;</w:t>
        <w:br/>
        <w:t>Допомагаєш, розпустивши нюні,&lt;br /&gt;</w:t>
        <w:br/>
        <w:t>Врагу свого добитись залюбки.&lt;br /&gt;</w:t>
        <w:br/>
        <w:t>В тобі Амур своїх таїть гінців,&lt;br /&gt;</w:t>
        <w:br/>
        <w:t>В тобі Фортуна повністю панує&lt;br /&gt;</w:t>
        <w:br/>
        <w:t>1 Смерть удар готує вже за миг —&lt;br /&gt;</w:t>
        <w:br/>
        <w:t>Добить мене, щоб більше я не жив,&lt;br /&gt;</w:t>
        <w:br/>
        <w:t>В тобі усі думки рояться всує,&lt;br /&gt;</w:t>
        <w:br/>
        <w:t>І ти одне виною лих моїх.&lt;br /&gt;</w:t>
        <w:br/>
        <w:t>ССЬХХУ&lt;br /&gt;</w:t>
        <w:br/>
        <w:t>Поет втішає себе думкою&lt;br /&gt;</w:t>
        <w:br/>
        <w:t>про нинішнє щастя його донни&lt;br /&gt;</w:t>
        <w:br/>
        <w:t>Мій зоре, стмяніло для нас світило,&lt;br /&gt;</w:t>
        <w:br/>
        <w:t>Хоч в небо піднялось і возсіяло там,&lt;br /&gt;</w:t>
        <w:br/>
        <w:t>Воно нас жде, пора туди і нам,&lt;br /&gt;</w:t>
        <w:br/>
        <w:t>Не дляймося, мов гості запізнілі.&lt;br /&gt;</w:t>
        <w:br/>
        <w:t>0 слух мій, хори янгольські злучили&lt;br /&gt;</w:t>
        <w:br/>
        <w:t>1 голос, що приємний небесам.&lt;br /&gt;</w:t>
        <w:br/>
        <w:t>Мій кроку, чи ж догнать моїм ногам&lt;br /&gt;</w:t>
        <w:br/>
        <w:t>Ту, за якою ти ступав несміло?&lt;br /&gt;</w:t>
        <w:br/>
        <w:t>Навіщо вся ця поміж нами звада?&lt;br /&gt;</w:t>
        <w:br/>
        <w:t>Що мало милувались на земну&lt;br /&gt;</w:t>
        <w:br/>
        <w:t>Красу, на мене не кладіть вину.&lt;br /&gt;</w:t>
        <w:br/>
        <w:t>Смерть — ось кого хуліть або хваліть.&lt;br /&gt;</w:t>
        <w:br/>
        <w:t>Вона розв'яже й зв'яже кожну нить&lt;br /&gt;</w:t>
        <w:br/>
        <w:t>І після сліз подбає про розраду.&lt;br /&gt;</w:t>
        <w:br/>
        <w:t>ССЬХХУІ&lt;br /&gt;</w:t>
        <w:br/>
        <w:t>Поет кличе смерть&lt;br /&gt;</w:t>
        <w:br/>
        <w:t>Як тільки чистий янголиний вид&lt;br /&gt;</w:t>
        <w:br/>
        <w:t>Пропав, спричинене відходом скорим&lt;br /&gt;</w:t>
        <w:br/>
        <w:t>Його, пойняло мою душу горе.&lt;br /&gt;</w:t>
        <w:br/>
        <w:t>Щоб біль полегшить, треба говорить.&lt;br /&gt;</w:t>
        <w:br/>
        <w:t>Гризота прагне скаржитись щомить&lt;br /&gt;</w:t>
        <w:br/>
        <w:t>І з Донною й Амуром вести спори.&lt;br /&gt;</w:t>
        <w:br/>
        <w:t>Інакше моє серце не поборе&lt;br /&gt;</w:t>
        <w:br/>
        <w:t>Жалю, що наді мною так тяжить.&lt;br /&gt;</w:t>
        <w:br/>
        <w:t>Єдину, Смерте, ти зі світу цього&lt;br /&gt;</w:t>
        <w:br/>
        <w:t>Взяла, а ти її, земля обітованна,&lt;br /&gt;</w:t>
        <w:br/>
        <w:t>Вкриваєш, бачиш і храниш в цей час.&lt;br /&gt;</w:t>
        <w:br/>
        <w:t>Чом кинула мене, невтішного й сліпого?&lt;br /&gt;</w:t>
        <w:br/>
        <w:t>Сіяв для мене ніжно і кохано&lt;br /&gt;</w:t>
        <w:br/>
        <w:t>Світлистий зір і ось тепер погас.&lt;br /&gt;</w:t>
        <w:br/>
        <w:t>ССЬХХУІІ&lt;br /&gt;</w:t>
        <w:br/>
        <w:t>Поетове кохання живе надією&lt;br /&gt;</w:t>
        <w:br/>
        <w:t>Оскільки сподіватись я не смію,&lt;br /&gt;</w:t>
        <w:br/>
        <w:t>Що перемінить владар мій наказ,&lt;br /&gt;</w:t>
        <w:br/>
        <w:t>Душа моя вся болем запеклась,&lt;br /&gt;</w:t>
        <w:br/>
        <w:t>Жага жива, та мертва вже надія.&lt;br /&gt;</w:t>
        <w:br/>
        <w:t>Ось через це я не живу, а скнію.&lt;br /&gt;</w:t>
        <w:br/>
        <w:t>І день, і ніч ридаю повсякчас.&lt;br /&gt;</w:t>
        <w:br/>
        <w:t>У море моя барка понеслась,&lt;br /&gt;</w:t>
        <w:br/>
        <w:t>Без помочі не виведу її я.&lt;br /&gt;</w:t>
        <w:br/>
        <w:t>Веде мене уявний провідник,&lt;br /&gt;</w:t>
        <w:br/>
        <w:t>А справжній у землі, точніш, у небі,&lt;br /&gt;</w:t>
        <w:br/>
        <w:t>Щоб звідти душу світлом воскресить,&lt;br /&gt;</w:t>
        <w:br/>
        <w:t>Але не зір, бо цей ясний потік&lt;br /&gt;</w:t>
        <w:br/>
        <w:t>Через жалобу лиш такий як треба,&lt;br /&gt;</w:t>
        <w:br/>
        <w:t>Щоб побілить волосся в ранню сідь.&lt;br /&gt;</w:t>
        <w:br/>
        <w:t>ССЬХХУІІІ&lt;br /&gt;</w:t>
        <w:br/>
        <w:t>Поет хотів би померти вкупі&lt;br /&gt;</w:t>
        <w:br/>
        <w:t>зі своєю донною&lt;br /&gt;</w:t>
        <w:br/>
        <w:t>Вона красою й гожістю питала,&lt;br /&gt;</w:t>
        <w:br/>
        <w:t>Коли Амур збирає нас на пир.&lt;br /&gt;</w:t>
        <w:br/>
        <w:t>Та, на землі лишивши свій убір&lt;br /&gt;</w:t>
        <w:br/>
        <w:t>Земний, мене покинуть побажала.&lt;br /&gt;</w:t>
        <w:br/>
        <w:t>І в небо вознеслась без покривала,&lt;br /&gt;</w:t>
        <w:br/>
        <w:t>І наді мною царствує з тих пір.&lt;br /&gt;</w:t>
        <w:br/>
        <w:t>Чому ж, як я узрів її між зір,&lt;br /&gt;</w:t>
        <w:br/>
        <w:t>Не залишив і сам життя причалу?&lt;br /&gt;</w:t>
        <w:br/>
        <w:t>А може, ще її догнати вдасться, —&lt;br /&gt;</w:t>
        <w:br/>
        <w:t>Душа, така легка, услід її рушає.&lt;br /&gt;</w:t>
        <w:br/>
        <w:t>І ось уже утішивсь чоловік.&lt;br /&gt;</w:t>
        <w:br/>
        <w:t>Та я не можу витерпіть загаю...&lt;br /&gt;</w:t>
        <w:br/>
        <w:t>А це ж яке було б велике щастя —&lt;br /&gt;</w:t>
        <w:br/>
        <w:t>Не буть живим сьогодні третій рік.&lt;br /&gt;</w:t>
        <w:br/>
        <w:t>ССЬХХІХ&lt;br /&gt;</w:t>
        <w:br/>
        <w:t>Лаура приходить до поета&lt;br /&gt;</w:t>
        <w:br/>
        <w:t>розповісти, якого щастя&lt;br /&gt;</w:t>
        <w:br/>
        <w:t>вона зазнає&lt;br /&gt;</w:t>
        <w:br/>
        <w:t>Чи листя в ярім лопотить розмаю,&lt;br /&gt;</w:t>
        <w:br/>
        <w:t>Чи птаство учиня в повітрі крик,&lt;br /&gt;</w:t>
        <w:br/>
        <w:t>Чи шульпотить струмочок невелик&lt;br /&gt;</w:t>
        <w:br/>
        <w:t>І свіжістю два береги сповняє, —&lt;br /&gt;</w:t>
        <w:br/>
        <w:t>Де б я не сів, мережачи безкраї&lt;br /&gt;</w:t>
        <w:br/>
        <w:t>Свої рядки, а з висі, звіддалік,&lt;br /&gt;</w:t>
        <w:br/>
        <w:t>Живий ізнову бачу її лик,&lt;br /&gt;</w:t>
        <w:br/>
        <w:t>І, як зітхання, голос долинає:&lt;br /&gt;</w:t>
        <w:br/>
        <w:t>"Та й помарнів ти за останній час, —&lt;br /&gt;</w:t>
        <w:br/>
        <w:t>Мені рече він. — Скільки ж осмутніло&lt;br /&gt;</w:t>
        <w:br/>
        <w:t>За мною сльози ручаями лить?&lt;br /&gt;</w:t>
        <w:br/>
        <w:t>Не плач, на небі дух мій не погас,&lt;br /&gt;</w:t>
        <w:br/>
        <w:t>Життя тут вічне й вічно сяє світ.&lt;br /&gt;</w:t>
        <w:br/>
        <w:t>Я очі тут склепила, там прозріла".&lt;br /&gt;</w:t>
        <w:br/>
        <w:t>ссьххх&lt;br /&gt;</w:t>
        <w:br/>
        <w:t>Опис чарівного куточка, що нагадує&lt;br /&gt;</w:t>
        <w:br/>
        <w:t>поетові його улюблений&lt;br /&gt;</w:t>
        <w:br/>
        <w:t>Не знаю досі я такого краю,&lt;br /&gt;</w:t>
        <w:br/>
        <w:t>Де міг би бачити усе ясніш,&lt;br /&gt;</w:t>
        <w:br/>
        <w:t>І волю заживать таку безкраю,&lt;br /&gt;</w:t>
        <w:br/>
        <w:t>І відчувати благодать і тиш.&lt;br /&gt;</w:t>
        <w:br/>
        <w:t>Де для зітхань під синім небокраєм&lt;br /&gt;</w:t>
        <w:br/>
        <w:t>Чимало зручних лощовин і звиш,&lt;br /&gt;</w:t>
        <w:br/>
        <w:t>Амур на Кипрі схожого не має,&lt;br /&gt;</w:t>
        <w:br/>
        <w:t>Хіба що закутень забутий лиш.&lt;br /&gt;</w:t>
        <w:br/>
        <w:t>Вода тут про кохання шепотить,&lt;br /&gt;</w:t>
        <w:br/>
        <w:t>І віти, й бриз, і птахи, і рибини —&lt;br /&gt;</w:t>
        <w:br/>
        <w:t>Все мене просить й далі так любить.&lt;br /&gt;</w:t>
        <w:br/>
        <w:t>А ти, душа, сповита у блакить,&lt;br /&gt;</w:t>
        <w:br/>
        <w:t>Скажи на згадку скорбної кончини,&lt;br /&gt;</w:t>
        <w:br/>
        <w:t>Що можу я зневажити цей світ.&lt;br /&gt;</w:t>
        <w:br/>
        <w:t>ССЬХХХІ&lt;br /&gt;</w:t>
        <w:br/>
        <w:t>Поетові повсякчас ввижається&lt;br /&gt;</w:t>
        <w:br/>
        <w:t>Лаура&lt;br /&gt;</w:t>
        <w:br/>
        <w:t>Як часто в тиху схованку свою&lt;br /&gt;</w:t>
        <w:br/>
        <w:t>Тікаю я од світу і од себе,&lt;br /&gt;</w:t>
        <w:br/>
        <w:t>І сльози на траву, на груди ллю,&lt;br /&gt;</w:t>
        <w:br/>
        <w:t>І лементи мої сягають неба.&lt;br /&gt;</w:t>
        <w:br/>
        <w:t>Як часто відчуваю я потребу.&lt;br /&gt;</w:t>
        <w:br/>
        <w:t>Зашившись в тінь, у зела товчію,&lt;br /&gt;</w:t>
        <w:br/>
        <w:t>До смерті владної звернутись ще би,&lt;br /&gt;</w:t>
        <w:br/>
        <w:t>Щоб виблагать вернуть любов мою.&lt;br /&gt;</w:t>
        <w:br/>
        <w:t>Я бачу: німфа чи якась богиня&lt;br /&gt;</w:t>
        <w:br/>
        <w:t>У Сорги чистих водах плине&lt;br /&gt;</w:t>
        <w:br/>
        <w:t>І ось виходить на траву зелену.&lt;br /&gt;</w:t>
        <w:br/>
        <w:t>То бачу — квіти як вона зрива,&lt;br /&gt;</w:t>
        <w:br/>
        <w:t>І мариться: невіста це жива&lt;br /&gt;</w:t>
        <w:br/>
        <w:t>Та виявляє ще і жаль до мене.&lt;br /&gt;</w:t>
        <w:br/>
        <w:t>ССЬХХХІІ&lt;br /&gt;</w:t>
        <w:br/>
        <w:t>Лаура приходить до поета&lt;br /&gt;</w:t>
        <w:br/>
        <w:t>уві сні втішати його&lt;br /&gt;</w:t>
        <w:br/>
        <w:t>Душе, до мене знов вертаєш ти,&lt;br /&gt;</w:t>
        <w:br/>
        <w:t>Утішити в моїй скорботній ночі.&lt;br /&gt;</w:t>
        <w:br/>
        <w:t>Смерть не згасила твої любі очі,&lt;br /&gt;</w:t>
        <w:br/>
        <w:t>Вони над прахом здатні розцвісти.&lt;br /&gt;</w:t>
        <w:br/>
        <w:t>Мене ти вириваєш з самоти,&lt;br /&gt;</w:t>
        <w:br/>
        <w:t>В якій мені живеться неохоче.&lt;br /&gt;</w:t>
        <w:br/>
        <w:t>Пробуджуюсь. В твоїй красі урочій&lt;br /&gt;</w:t>
        <w:br/>
        <w:t>Я можу дні прожиті віднайти.&lt;br /&gt;</w:t>
        <w:br/>
        <w:t>Кохання я раніше величав,&lt;br /&gt;</w:t>
        <w:br/>
        <w:t>Тепер хіба що рани свої гою,&lt;br /&gt;</w:t>
        <w:br/>
        <w:t>Оплакуючи по тобі утрату.&lt;br /&gt;</w:t>
        <w:br/>
        <w:t>І все ж твій привид радість мені дав —&lt;br /&gt;</w:t>
        <w:br/>
        <w:t>Знайомі риси знову узнавати&lt;br /&gt;</w:t>
        <w:br/>
        <w:t>В ході, у лику, в голосі, у строї.&lt;br /&gt;</w:t>
        <w:br/>
        <w:t>ССЬХХХІИ&lt;br /&gt;</w:t>
        <w:br/>
        <w:t>Інвективи проти смерті&lt;br /&gt;</w:t>
        <w:br/>
        <w:t>Найгожіший знекровила ти вид,&lt;br /&gt;</w:t>
        <w:br/>
        <w:t>Ти погасила, Смерте, гарні очі,&lt;br /&gt;</w:t>
        <w:br/>
        <w:t>І сяєво краси її уроче&lt;br /&gt;</w:t>
        <w:br/>
        <w:t>Тепер огнем, як звикле, не горить.&lt;br /&gt;</w:t>
        <w:br/>
        <w:t>Мою одраду вкрала ти за мить.&lt;br /&gt;</w:t>
        <w:br/>
        <w:t>Наклала на уста мовчання ночі,&lt;br /&gt;</w:t>
        <w:br/>
        <w:t>Тож слухаю й дивлюсь я неохоче,&lt;br /&gt;</w:t>
        <w:br/>
        <w:t>Бо слово й зір нема кого ловить.&lt;br /&gt;</w:t>
        <w:br/>
        <w:t>До мене все ж потішити у горі&lt;br /&gt;</w:t>
        <w:br/>
        <w:t>Являється кохана і говорить, —&lt;br /&gt;</w:t>
        <w:br/>
        <w:t>Для мене поміч це в житті єдина.&lt;br /&gt;</w:t>
        <w:br/>
        <w:t>Аби здолав я передати знов&lt;br /&gt;</w:t>
        <w:br/>
        <w:t>її слова і жар, я б заронив любов&lt;br /&gt;</w:t>
        <w:br/>
        <w:t>Не то що в людське серце, а й звірине.&lt;br /&gt;</w:t>
        <w:br/>
        <w:t>ССЬХХХГУ&lt;br /&gt;</w:t>
        <w:br/>
        <w:t>Поет скаржиться на те,&lt;br /&gt;</w:t>
        <w:br/>
        <w:t>що втішні мрії такі короткі&lt;br /&gt;</w:t>
        <w:br/>
        <w:t>Така коротка мить і мисль така прудка,&lt;br /&gt;</w:t>
        <w:br/>
        <w:t>Які мені впокоєну у Бозі&lt;br /&gt;</w:t>
        <w:br/>
        <w:t>Являють, що підмога біль не в змозі&lt;br /&gt;</w:t>
        <w:br/>
        <w:t>Утишить, та біда вже не тяжка.&lt;br /&gt;</w:t>
        <w:br/>
        <w:t>Амур, який мене ніяк не відпуска,&lt;br /&gt;</w:t>
        <w:br/>
        <w:t>Тремтить, заставши Донну на порозі&lt;br /&gt;</w:t>
        <w:br/>
        <w:t>Душі моєї, хоч її погрози&lt;br /&gt;</w:t>
        <w:br/>
        <w:t>Ще не вщухають, річ її м'яка.&lt;br /&gt;</w:t>
        <w:br/>
        <w:t>Вона, як пані у свої палати,&lt;br /&gt;</w:t>
        <w:br/>
        <w:t>Вступає в серце, щоб понуку дати,&lt;br /&gt;</w:t>
        <w:br/>
        <w:t>І вже у ньому світло, а не муть.&lt;br /&gt;</w:t>
        <w:br/>
        <w:t>Душа, засліплена від ясоти,&lt;br /&gt;</w:t>
        <w:br/>
        <w:t>Зітха: "О час, великий ти,&lt;br /&gt;</w:t>
        <w:br/>
        <w:t>Бо зір твій їй відкрив цю путь!"&lt;br /&gt;</w:t>
        <w:br/>
        <w:t>ССЬХХХУ&lt;br /&gt;</w:t>
        <w:br/>
        <w:t>Лаура вказує поетові&lt;br /&gt;</w:t>
        <w:br/>
        <w:t>небесну путь&lt;br /&gt;</w:t>
        <w:br/>
        <w:t>Так матірка не доглядає сина,&lt;br /&gt;</w:t>
        <w:br/>
        <w:t>Так щира та унадлива жона,&lt;br /&gt;</w:t>
        <w:br/>
        <w:t>Не відаючи спокою чи сна,&lt;br /&gt;</w:t>
        <w:br/>
        <w:t>За мужем, битим долею, не гине,&lt;br /&gt;</w:t>
        <w:br/>
        <w:t>Як от за мене, горе-сиротину,&lt;br /&gt;</w:t>
        <w:br/>
        <w:t>Уболіває в небі, неземна,&lt;br /&gt;</w:t>
        <w:br/>
        <w:t>Убрана в світло осяйне, вона,&lt;br /&gt;</w:t>
        <w:br/>
        <w:t>Подвійна у турботі двоєдиній —&lt;br /&gt;</w:t>
        <w:br/>
        <w:t>Коханки й матері. Ще боючись,&lt;br /&gt;</w:t>
        <w:br/>
        <w:t>Але осмілившись, вона мене зове&lt;br /&gt;</w:t>
        <w:br/>
        <w:t>На праведні путі — не манівці.&lt;br /&gt;</w:t>
        <w:br/>
        <w:t>1 вільний дух здіймається увись,&lt;br /&gt;</w:t>
        <w:br/>
        <w:t>І світ мені вістить життя нове,&lt;br /&gt;</w:t>
        <w:br/>
        <w:t>Бо то посіяла вона надії ці.&lt;br /&gt;</w:t>
        <w:br/>
        <w:t>ССЬХХХУІ&lt;br /&gt;</w:t>
        <w:br/>
        <w:t>Голос донни наставляє&lt;br /&gt;</w:t>
        <w:br/>
        <w:t>поета на добру путь&lt;br /&gt;</w:t>
        <w:br/>
        <w:t>Аби палких зітхань солодку хвилю,&lt;br /&gt;</w:t>
        <w:br/>
        <w:t>Які мені од донни й досі чуть&lt;br /&gt;</w:t>
        <w:br/>
        <w:t>(Вона на небі, а здається, тут,&lt;br /&gt;</w:t>
        <w:br/>
        <w:t>Живе і ходить, дихає і квилить),&lt;br /&gt;</w:t>
        <w:br/>
        <w:t>Я передав натхненно й приуміло,&lt;br /&gt;</w:t>
        <w:br/>
        <w:t>Тоді б здолав її сюди вернуть,&lt;br /&gt;</w:t>
        <w:br/>
        <w:t>Стурбовану, щоби на хибну путь&lt;br /&gt;</w:t>
        <w:br/>
        <w:t>Утома мене, бідного, не збила.&lt;br /&gt;</w:t>
        <w:br/>
        <w:t>Вона мені дає високий навід,&lt;br /&gt;</w:t>
        <w:br/>
        <w:t>І, слухаючи її ніжний зов,&lt;br /&gt;</w:t>
        <w:br/>
        <w:t>Тримаюсь я цього шляху по змозі.&lt;br /&gt;</w:t>
        <w:br/>
        <w:t>І радощами так радію знов,&lt;br /&gt;</w:t>
        <w:br/>
        <w:t>Не тільки я — почула б скеля навіть,&lt;br /&gt;</w:t>
        <w:br/>
        <w:t>І та б із кремню витиснула сльози.&lt;br /&gt;</w:t>
        <w:br/>
        <w:t>ССЬХХХУІІ&lt;br /&gt;</w:t>
        <w:br/>
        <w:t>Сеннуччові дель Бене після&lt;br /&gt;</w:t>
        <w:br/>
        <w:t>його смерті&lt;br /&gt;</w:t>
        <w:br/>
        <w:t>Сеннуччо мій, без тебе одинокий,&lt;br /&gt;</w:t>
        <w:br/>
        <w:t>Розрадою я розпач переміг,&lt;br /&gt;</w:t>
        <w:br/>
        <w:t>Що ти із тіла неживого зміг&lt;br /&gt;</w:t>
        <w:br/>
        <w:t>Вознестися в політ такий високий.&lt;br /&gt;</w:t>
        <w:br/>
        <w:t>Ти бачиш полюси — із того й того боку,&lt;br /&gt;</w:t>
        <w:br/>
        <w:t>Світил у небесах нерівний біг,&lt;br /&gt;</w:t>
        <w:br/>
        <w:t>Тобі це видно, нам же не до них, —&lt;br /&gt;</w:t>
        <w:br/>
        <w:t>Я радий, що тобі і там нівроку.&lt;br /&gt;</w:t>
        <w:br/>
        <w:t>Скажи, уклінно прошу, в третій сфері&lt;br /&gt;</w:t>
        <w:br/>
        <w:t>Гвітгоне, Данте, і месеру Чіно,&lt;br /&gt;</w:t>
        <w:br/>
        <w:t>І Франческіну щирі привітання.&lt;br /&gt;</w:t>
        <w:br/>
        <w:t>А Донні передай, як мучусь я тепера,&lt;br /&gt;</w:t>
        <w:br/>
        <w:t>Як скоро я уже відлюдьком стану&lt;br /&gt;</w:t>
        <w:br/>
        <w:t>І як болить мені її кончина.&lt;br /&gt;</w:t>
        <w:br/>
        <w:t>ССЬХХХУШ&lt;br /&gt;</w:t>
        <w:br/>
        <w:t>Безлюддя Воклюз сповнене&lt;br /&gt;</w:t>
        <w:br/>
        <w:t>поетовими болещами&lt;br /&gt;</w:t>
        <w:br/>
        <w:t>В повітрі тут бринять мої зітхання,&lt;br /&gt;</w:t>
        <w:br/>
        <w:t>Суворі гори дивляться на луки,&lt;br /&gt;</w:t>
        <w:br/>
        <w:t>Тут появилась та, що серце в руки&lt;br /&gt;</w:t>
        <w:br/>
        <w:t>Моє взяла в час майського пишання.&lt;br /&gt;</w:t>
        <w:br/>
        <w:t>І в небо злинула, її утрата рання&lt;br /&gt;</w:t>
        <w:br/>
        <w:t>Мене такої сповнила розпуки,&lt;br /&gt;</w:t>
        <w:br/>
        <w:t>Що сльози так і ллються без принуки,&lt;br /&gt;</w:t>
        <w:br/>
        <w:t>Сухого не знайти від побивання.&lt;br /&gt;</w:t>
        <w:br/>
        <w:t>Нема скали в горах, нема куща в низині,&lt;br /&gt;</w:t>
        <w:br/>
        <w:t>Ні гілочки, ні зела на узгір'ї,&lt;br /&gt;</w:t>
        <w:br/>
        <w:t>Ні квітки, ні билинки на стерчку,&lt;br /&gt;</w:t>
        <w:br/>
        <w:t>Нема води в джерелах ні краплини,&lt;br /&gt;</w:t>
        <w:br/>
        <w:t>Немає в пущі навіть диких звірів,&lt;br /&gt;</w:t>
        <w:br/>
        <w:t>Які б не відали про цю біду гірку.&lt;br /&gt;</w:t>
        <w:br/>
        <w:t>ссисххіх&lt;br /&gt;</w:t>
        <w:br/>
        <w:t>Поет визнає марноту своїх&lt;br /&gt;</w:t>
        <w:br/>
        <w:t>колишніх бажань&lt;br /&gt;</w:t>
        <w:br/>
        <w:t>Мій світоч, — чи ще є така зваблива&lt;br /&gt;</w:t>
        <w:br/>
        <w:t>Якась краса, аби його затьмить, —&lt;br /&gt;</w:t>
        <w:br/>
        <w:t>Схотіло небо у щасливу мить&lt;br /&gt;</w:t>
        <w:br/>
        <w:t>До зір вернуть як рівновартне диво.&lt;br /&gt;</w:t>
        <w:br/>
        <w:t>Тепер прокинувсь я, упали всі покриви,&lt;br /&gt;</w:t>
        <w:br/>
        <w:t>Побачив, як вона зуміла, на мій стид,&lt;br /&gt;</w:t>
        <w:br/>
        <w:t>Твердим і ніжним зором погасить&lt;br /&gt;</w:t>
        <w:br/>
        <w:t>Душі моєї запальні пориви.&lt;br /&gt;</w:t>
        <w:br/>
        <w:t>Я вдячен їй, кажу це без обави,&lt;br /&gt;</w:t>
        <w:br/>
        <w:t>Напутила мене вона недаром,&lt;br /&gt;</w:t>
        <w:br/>
        <w:t>Рятуючи, така сувора й чула.&lt;br /&gt;</w:t>
        <w:br/>
        <w:t>Аби творить мистецтв великі справи,&lt;br /&gt;</w:t>
        <w:br/>
        <w:t>В одного слово, в іншого це чари.&lt;br /&gt;</w:t>
        <w:br/>
        <w:t>Я увічнив її. Вона мене натхнула.&lt;br /&gt;</w:t>
        <w:br/>
        <w:t>ССХС&lt;br /&gt;</w:t>
        <w:br/>
        <w:t>Спасенна суворість поетової&lt;br /&gt;</w:t>
        <w:br/>
        <w:t>донни&lt;br /&gt;</w:t>
        <w:br/>
        <w:t>Дивацький світ! До мислі вже мені,&lt;br /&gt;</w:t>
        <w:br/>
        <w:t>Що вчора від огиди аж млоїло,&lt;br /&gt;</w:t>
        <w:br/>
        <w:t>1 муками здобуто щастя сміло,&lt;br /&gt;</w:t>
        <w:br/>
        <w:t>І вічний мир приходить по війні.&lt;br /&gt;</w:t>
        <w:br/>
        <w:t>Обман надій в любовному огні,&lt;br /&gt;</w:t>
        <w:br/>
        <w:t>Коханці марно сотні раз горіли.&lt;br /&gt;</w:t>
        <w:br/>
        <w:t>Заглада зовсім виглядає мило:&lt;br /&gt;</w:t>
        <w:br/>
        <w:t>Прах у землі, а дух у вишині.&lt;br /&gt;</w:t>
        <w:br/>
        <w:t>Амур сліпий, завзяття навісне&lt;br /&gt;</w:t>
        <w:br/>
        <w:t>Мене несли, і йшов я напропале&lt;br /&gt;</w:t>
        <w:br/>
        <w:t>Туди, де чатувала вже погуба.&lt;br /&gt;</w:t>
        <w:br/>
        <w:t>Благословенна ти, що берег любий,&lt;br /&gt;</w:t>
        <w:br/>
        <w:t>Вказавши, упованням вгамувала&lt;br /&gt;</w:t>
        <w:br/>
        <w:t>Мій пал, аби урятувать мене.&lt;br /&gt;</w:t>
        <w:br/>
        <w:t>ССХСІ&lt;br /&gt;</w:t>
        <w:br/>
        <w:t>На зорі поетові являється&lt;br /&gt;</w:t>
        <w:br/>
        <w:t>його донна&lt;br /&gt;</w:t>
        <w:br/>
        <w:t>Коли рожевозолота Аврора&lt;br /&gt;</w:t>
        <w:br/>
        <w:t>Готується на круг земний зійти,&lt;br /&gt;</w:t>
        <w:br/>
        <w:t>Я від чуттів зітхаю повноти:&lt;br /&gt;</w:t>
        <w:br/>
        <w:t>"Лаура там, моя любов сувора!"&lt;br /&gt;</w:t>
        <w:br/>
        <w:t>Титоне, щаснику! Звичайно, скоро&lt;br /&gt;</w:t>
        <w:br/>
        <w:t>Свою сухотоньку таки дістанеш ти.&lt;br /&gt;</w:t>
        <w:br/>
        <w:t>Мені ж повік не досягнуть мети&lt;br /&gt;</w:t>
        <w:br/>
        <w:t>В відпущену для мого віку пору.&lt;br /&gt;</w:t>
        <w:br/>
        <w:t>У вас он без перерви скільки стріч,&lt;br /&gt;</w:t>
        <w:br/>
        <w:t>Споночіє, і знов вона з тобою,&lt;br /&gt;</w:t>
        <w:br/>
        <w:t>Та, що кохає сідь твою все 'дно.&lt;br /&gt;</w:t>
        <w:br/>
        <w:t>Мені ж сутужний день і ревна ніч,&lt;br /&gt;</w:t>
        <w:br/>
        <w:t>Все, чим я жив, вона взяла з собою,&lt;br /&gt;</w:t>
        <w:br/>
        <w:t>Залишивши мені лиш імено.&lt;br /&gt;</w:t>
        <w:br/>
        <w:t>ССХСІІ&lt;br /&gt;</w:t>
        <w:br/>
        <w:t>Поет відчуває, що його співи&lt;br /&gt;</w:t>
        <w:br/>
        <w:t>скоро вмовкнуть&lt;br /&gt;</w:t>
        <w:br/>
        <w:t>Про її очі говорив мій стих,&lt;br /&gt;</w:t>
        <w:br/>
        <w:t>Про личко, передпліччя, ніжки, руки,&lt;br /&gt;</w:t>
        <w:br/>
        <w:t>З самим собою це була розлука,&lt;br /&gt;</w:t>
        <w:br/>
        <w:t>Щоб як ніхто ще я співати міг.&lt;br /&gt;</w:t>
        <w:br/>
        <w:t>її волосся в звоях золотих&lt;br /&gt;</w:t>
        <w:br/>
        <w:t>І сміху янголино ніжні звуки&lt;br /&gt;</w:t>
        <w:br/>
        <w:t>Були як рай, як ті солодкі муки,&lt;br /&gt;</w:t>
        <w:br/>
        <w:t>А нині персть лишилася од них.&lt;br /&gt;</w:t>
        <w:br/>
        <w:t>І от я у житті без берегів&lt;br /&gt;</w:t>
        <w:br/>
        <w:t>Пливу крізь бурю в утлому човні,&lt;br /&gt;</w:t>
        <w:br/>
        <w:t>Шукаючи вогнів у морі даром.&lt;br /&gt;</w:t>
        <w:br/>
        <w:t>Доходить краю мій любовний спів,&lt;br /&gt;</w:t>
        <w:br/>
        <w:t>Утома заважає грать мені,&lt;br /&gt;</w:t>
        <w:br/>
        <w:t>А тут іще й розшарпана кіфара.&lt;br /&gt;</w:t>
        <w:br/>
        <w:t>ссхсш&lt;br /&gt;</w:t>
        <w:br/>
        <w:t>До поета приходить слава,&lt;br /&gt;</w:t>
        <w:br/>
        <w:t>якої він не шукав&lt;br /&gt;</w:t>
        <w:br/>
        <w:t>Аби ж то знати наперед мені,&lt;br /&gt;</w:t>
        <w:br/>
        <w:t>Що в мову ввійдуть ці мої зітхання,&lt;br /&gt;</w:t>
        <w:br/>
        <w:t>Я б і числом побільшив їх зарані,&lt;br /&gt;</w:t>
        <w:br/>
        <w:t>І довше б гартував їх на вогні.&lt;br /&gt;</w:t>
        <w:br/>
        <w:t>Та Муза опочила у труні,&lt;br /&gt;</w:t>
        <w:br/>
        <w:t>І сили вже розходяться останні,&lt;br /&gt;</w:t>
        <w:br/>
        <w:t>І я не можу працювать старанно,&lt;br /&gt;</w:t>
        <w:br/>
        <w:t>Пом'якшуючи рими замашні.&lt;br /&gt;</w:t>
        <w:br/>
        <w:t>У праці домагався я колись,&lt;br /&gt;</w:t>
        <w:br/>
        <w:t>Аби серцеві болещі вляглись,&lt;br /&gt;</w:t>
        <w:br/>
        <w:t>І не збирався заживати слави.&lt;br /&gt;</w:t>
        <w:br/>
        <w:t>Тепер же я відчув у цьому смак,&lt;br /&gt;</w:t>
        <w:br/>
        <w:t>Та голосу не відведу ніяк,&lt;br /&gt;</w:t>
        <w:br/>
        <w:t>Такий зробивсь спустошений і млявий.&lt;br /&gt;</w:t>
        <w:br/>
        <w:t>ССХСІУ&lt;br /&gt;</w:t>
        <w:br/>
        <w:t>Смерть донни принесла поетові&lt;br /&gt;</w:t>
        <w:br/>
        <w:t>самі сльози&lt;br /&gt;</w:t>
        <w:br/>
        <w:t>Вона жила в моєму серці нині,&lt;br /&gt;</w:t>
        <w:br/>
        <w:t>Скрашала пані цей убогий дім,&lt;br /&gt;</w:t>
        <w:br/>
        <w:t>Тепер відходом вбитий я страшним,&lt;br /&gt;</w:t>
        <w:br/>
        <w:t>Я смертний, мертвий, а вона богиня.&lt;br /&gt;</w:t>
        <w:br/>
        <w:t>Душі окраденій позбутись благостині,&lt;br /&gt;</w:t>
        <w:br/>
        <w:t>Амурові тинятися сумним,&lt;br /&gt;</w:t>
        <w:br/>
        <w:t>Тремтіти впору плитам гробовим,&lt;br /&gt;</w:t>
        <w:br/>
        <w:t>І нікому повідать про причину.&lt;br /&gt;</w:t>
        <w:br/>
        <w:t>Бо їхній плач, знадвору радше він,&lt;br /&gt;</w:t>
        <w:br/>
        <w:t>А мій в мені, та я вже онімів,&lt;br /&gt;</w:t>
        <w:br/>
        <w:t>Від мене тільки чуються зітхання.&lt;br /&gt;</w:t>
        <w:br/>
        <w:t>Та й, власне, ми лиш порохня і тінь,&lt;br /&gt;</w:t>
        <w:br/>
        <w:t>А прагнення сліпе, йому вже не до слів,&lt;br /&gt;</w:t>
        <w:br/>
        <w:t>І, власне, ні до чого й сподівання.&lt;br /&gt;</w:t>
        <w:br/>
        <w:t>ССХСУ&lt;br /&gt;</w:t>
        <w:br/>
        <w:t>Лаура дістає на небесах нагороду&lt;br /&gt;</w:t>
        <w:br/>
        <w:t>за свої чесноти&lt;br /&gt;</w:t>
        <w:br/>
        <w:t>Не раз спада запитання одне&lt;br /&gt;</w:t>
        <w:br/>
        <w:t>Мені на ум і мучить непомалу:&lt;br /&gt;</w:t>
        <w:br/>
        <w:t>"А може, завдає і їй печалі&lt;br /&gt;</w:t>
        <w:br/>
        <w:t>Минуле і вона себе клене?"&lt;br /&gt;</w:t>
        <w:br/>
        <w:t>Відколи це життя завершила земне,&lt;br /&gt;</w:t>
        <w:br/>
        <w:t>Відколи небожителькою стала,&lt;br /&gt;</w:t>
        <w:br/>
        <w:t>Вона все бачить зі своєї далі&lt;br /&gt;</w:t>
        <w:br/>
        <w:t>І хоче підбадьорити мене.&lt;br /&gt;</w:t>
        <w:br/>
        <w:t>Високе диво, щасна ти душа,&lt;br /&gt;</w:t>
        <w:br/>
        <w:t>Чудова врода, тут усім премила,&lt;br /&gt;</w:t>
        <w:br/>
        <w:t>Вертаєшся у рай, тобі знайомий.&lt;br /&gt;</w:t>
        <w:br/>
        <w:t>Хай на тобі вінець і віть пиша,&lt;br /&gt;</w:t>
        <w:br/>
        <w:t>Серед живих тобі їх присудили&lt;br /&gt;</w:t>
        <w:br/>
        <w:t>Твої чесноти й мій любовний пломінь.&lt;br /&gt;</w:t>
        <w:br/>
        <w:t>ССХСУІ&lt;br /&gt;</w:t>
        <w:br/>
        <w:t>Поет благословляє свою любов&lt;br /&gt;</w:t>
        <w:br/>
        <w:t>Раніш любив я сам себе винить,&lt;br /&gt;</w:t>
        <w:br/>
        <w:t>А зараз був би радий цьому брану&lt;br /&gt;</w:t>
        <w:br/>
        <w:t>1 тій болючій і солодкій рані,&lt;br /&gt;</w:t>
        <w:br/>
        <w:t>Яка мені вже роки як болить.&lt;br /&gt;</w:t>
        <w:br/>
        <w:t>Злосливі Парки, ви порвете нить&lt;br /&gt;</w:t>
        <w:br/>
        <w:t>Тієї сіті, де я так застряну,&lt;br /&gt;</w:t>
        <w:br/>
        <w:t>І золота стріла смертельна стане,&lt;br /&gt;</w:t>
        <w:br/>
        <w:t>Вона завжди у грудях нам стримить.&lt;br /&gt;</w:t>
        <w:br/>
        <w:t>Коли вона жила, не відала душа&lt;br /&gt;</w:t>
        <w:br/>
        <w:t>Покою, волі, радості і раю.&lt;br /&gt;</w:t>
        <w:br/>
        <w:t>І щоб змінитись, не було і мови.&lt;br /&gt;</w:t>
        <w:br/>
        <w:t>Хай буду вічний я стогни-душа&lt;br /&gt;</w:t>
        <w:br/>
        <w:t>Цієї, а не іншої, й сконаю&lt;br /&gt;</w:t>
        <w:br/>
        <w:t>Чи скнітиму, забитий у окови.&lt;br /&gt;</w:t>
        <w:br/>
        <w:t>ССХСУИ&lt;br /&gt;</w:t>
        <w:br/>
        <w:t>Лаурині краса і цнота&lt;br /&gt;</w:t>
        <w:br/>
        <w:t>Краса і Цнота в ній зійшлися мило,&lt;br /&gt;</w:t>
        <w:br/>
        <w:t>А то ж завжди іде між ними спір,&lt;br /&gt;</w:t>
        <w:br/>
        <w:t>І принесли у її душу мир,&lt;br /&gt;</w:t>
        <w:br/>
        <w:t>Порушити який уже несила.&lt;br /&gt;</w:t>
        <w:br/>
        <w:t>Кирпата їх косою розділила,&lt;br /&gt;</w:t>
        <w:br/>
        <w:t>Одну вмістила в небо серед зір,&lt;br /&gt;</w:t>
        <w:br/>
        <w:t>А другу в землю, погасивши зір,&lt;br /&gt;</w:t>
        <w:br/>
        <w:t>Який любив пускать любовні стріли.&lt;br /&gt;</w:t>
        <w:br/>
        <w:t>Хоч відійшла, в мені вона жива,&lt;br /&gt;</w:t>
        <w:br/>
        <w:t>Я бачу жести, чуються слова,&lt;br /&gt;</w:t>
        <w:br/>
        <w:t>І сяєво очей не убуває.&lt;br /&gt;</w:t>
        <w:br/>
        <w:t>Поки ще не прийшла моя пора,&lt;br /&gt;</w:t>
        <w:br/>
        <w:t>Бодай хоть з допомогою пера&lt;br /&gt;</w:t>
        <w:br/>
        <w:t>Благенького її я оспіваю.&lt;br /&gt;</w:t>
        <w:br/>
        <w:t>ССХСУШ&lt;br /&gt;</w:t>
        <w:br/>
        <w:t>Колишнє щастя поета&lt;br /&gt;</w:t>
        <w:br/>
        <w:t>і його нинішня мізерія&lt;br /&gt;</w:t>
        <w:br/>
        <w:t>Коли дивлюся, як минулі роки&lt;br /&gt;</w:t>
        <w:br/>
        <w:t>Розвіяли багато дум моїх,&lt;br /&gt;</w:t>
        <w:br/>
        <w:t>І запал крижаний в мені затих,&lt;br /&gt;</w:t>
        <w:br/>
        <w:t>І спокій відлетів, такий жорстокий.&lt;br /&gt;</w:t>
        <w:br/>
        <w:t>Розбиті в прах любовні замороки,&lt;br /&gt;</w:t>
        <w:br/>
        <w:t>Лишились половинки справ благих,&lt;br /&gt;</w:t>
        <w:br/>
        <w:t>Та — в небесах, а та — в землі на штих,&lt;br /&gt;</w:t>
        <w:br/>
        <w:t>До цілі мук вже не ступити й кроку.&lt;br /&gt;</w:t>
        <w:br/>
        <w:t>І я тремчу, безпомічний і голий,&lt;br /&gt;</w:t>
        <w:br/>
        <w:t>Нещаснішим за мене важко бути —&lt;br /&gt;</w:t>
        <w:br/>
        <w:t>Сиджу у страсі і жалю я 'йно.&lt;br /&gt;</w:t>
        <w:br/>
        <w:t>Моя ти зоре, фатуме, недоле,&lt;br /&gt;</w:t>
        <w:br/>
        <w:t>0 дню, і тихий наді мною, й лютий,&lt;br /&gt;</w:t>
        <w:br/>
        <w:t>Додолу скинутий, я тільки порохно.&lt;br /&gt;</w:t>
        <w:br/>
        <w:t>ССХСІХ&lt;br /&gt;</w:t>
        <w:br/>
        <w:t>Поет без угаву оплакує&lt;br /&gt;</w:t>
        <w:br/>
        <w:t>невіджалувану втрату,&lt;br /&gt;</w:t>
        <w:br/>
        <w:t>якої він зазнав&lt;br /&gt;</w:t>
        <w:br/>
        <w:t>Де вид, чиїй легесенькій морщині&lt;br /&gt;</w:t>
        <w:br/>
        <w:t>Коривсь одразу я без протиріч,&lt;br /&gt;</w:t>
        <w:br/>
        <w:t>Де світло таких любих мені віч,&lt;br /&gt;</w:t>
        <w:br/>
        <w:t>Що осявало життьову стежину?&lt;br /&gt;</w:t>
        <w:br/>
        <w:t>Де чесність, де порядність, благостиня?&lt;br /&gt;</w:t>
        <w:br/>
        <w:t>Де тиха мова і солодка річ?&lt;br /&gt;</w:t>
        <w:br/>
        <w:t>Де диво вроди, що ішло навстріч,&lt;br /&gt;</w:t>
        <w:br/>
        <w:t>1 вабило, й вело мене невпинно?&lt;br /&gt;</w:t>
        <w:br/>
        <w:t>Де ніжна тінь високого чола,&lt;br /&gt;</w:t>
        <w:br/>
        <w:t>Що дарувала мені тихі звуки&lt;br /&gt;</w:t>
        <w:br/>
        <w:t>І думи, що до віршів надались?&lt;br /&gt;</w:t>
        <w:br/>
        <w:t>Де та, що у житті вела за руку?&lt;br /&gt;</w:t>
        <w:br/>
        <w:t>Без неї я тепер у світі зла,&lt;br /&gt;</w:t>
        <w:br/>
        <w:t>А очі сповнені горючих сліз!&lt;br /&gt;</w:t>
        <w:br/>
        <w:t>ссе&lt;br /&gt;</w:t>
        <w:br/>
        <w:t>Поетові заздро на небо і на землю&lt;br /&gt;</w:t>
        <w:br/>
        <w:t>Завидую тобі, могильне порохно:&lt;br /&gt;</w:t>
        <w:br/>
        <w:t>Взяло ти в мене ту, кого я ладив&lt;br /&gt;</w:t>
        <w:br/>
        <w:t>Собі на суджену, моє кохане ладо,&lt;br /&gt;</w:t>
        <w:br/>
        <w:t>За кого бій веду уже давно.&lt;br /&gt;</w:t>
        <w:br/>
        <w:t>Завидую тобі, небесне полотно:&lt;br /&gt;</w:t>
        <w:br/>
        <w:t>Ти прийняло і пригорнуло радо&lt;br /&gt;</w:t>
        <w:br/>
        <w:t>Ту душу, що покинула осаду,&lt;br /&gt;</w:t>
        <w:br/>
        <w:t>Де їм було так любо заодно.&lt;br /&gt;</w:t>
        <w:br/>
        <w:t>Завидую вам, духи, в емпіреї:&lt;br /&gt;</w:t>
        <w:br/>
        <w:t>Ви нині розмовляєте із нею,&lt;br /&gt;</w:t>
        <w:br/>
        <w:t>З усіх вона була найкраща.&lt;br /&gt;</w:t>
        <w:br/>
        <w:t>Завидую й тобі я, костомахо:&lt;br /&gt;</w:t>
        <w:br/>
        <w:t>її взяла ти, а мене у страху&lt;br /&gt;</w:t>
        <w:br/>
        <w:t>Покинула отут напризволяще.&lt;br /&gt;</w:t>
        <w:br/>
        <w:t>СССІ&lt;br /&gt;</w:t>
        <w:br/>
        <w:t>У Воклюзькій долині&lt;br /&gt;</w:t>
        <w:br/>
        <w:t>Долина, де мій жалісливий квиль&lt;br /&gt;</w:t>
        <w:br/>
        <w:t>І досі з відголосками лунає,&lt;br /&gt;</w:t>
        <w:br/>
        <w:t>Звірина лісова, пташина зграя,&lt;br /&gt;</w:t>
        <w:br/>
        <w:t>Ріка, в якій од сліз набігло хвиль.&lt;br /&gt;</w:t>
        <w:br/>
        <w:t>Роз'ятрені зітхання серед піль,&lt;br /&gt;</w:t>
        <w:br/>
        <w:t>І стежечка, яка не з того краю,&lt;br /&gt;</w:t>
        <w:br/>
        <w:t>Чаруючи, ще й не туди збігає,&lt;br /&gt;</w:t>
        <w:br/>
        <w:t>Але Амур веде мене на шпиль.&lt;br /&gt;</w:t>
        <w:br/>
        <w:t>Як був, так і зостався краєвид,&lt;br /&gt;</w:t>
        <w:br/>
        <w:t>Та я не той: душа така сумна,&lt;br /&gt;</w:t>
        <w:br/>
        <w:t>У ній не радість, а страшенна змора.&lt;br /&gt;</w:t>
        <w:br/>
        <w:t>Тут споглядав я рай. Ступаю вслід —&lt;br /&gt;</w:t>
        <w:br/>
        <w:t>Туди, де в небо вознеслась вона,&lt;br /&gt;</w:t>
        <w:br/>
        <w:t>Землі віддавши розкоші убору.&lt;br /&gt;</w:t>
        <w:br/>
        <w:t>сесії&lt;br /&gt;</w:t>
        <w:br/>
        <w:t>Поет в екстазі поривається&lt;br /&gt;</w:t>
        <w:br/>
        <w:t>до своєї донни&lt;br /&gt;</w:t>
        <w:br/>
        <w:t>Відчувши, що без неї я загину,&lt;br /&gt;</w:t>
        <w:br/>
        <w:t>У позасвіття вирушив мій дух.&lt;br /&gt;</w:t>
        <w:br/>
        <w:t>Ось так вступив і я у третій круг.&lt;br /&gt;</w:t>
        <w:br/>
        <w:t>І тут узрів її, мою єдину.&lt;br /&gt;</w:t>
        <w:br/>
        <w:t>За руку взявши просто, без гордині,&lt;br /&gt;</w:t>
        <w:br/>
        <w:t>Вона промовила: "Якщо такий ти зух&lt;br /&gt;</w:t>
        <w:br/>
        <w:t>І пал твій ще і досі не потух,&lt;br /&gt;</w:t>
        <w:br/>
        <w:t>Нам суджено зійтись в цім любім крині.&lt;br /&gt;</w:t>
        <w:br/>
        <w:t>Уму земному щастя не збагнуть.&lt;br /&gt;</w:t>
        <w:br/>
        <w:t>Тебе я жду, до мене твоя путь,&lt;br /&gt;</w:t>
        <w:br/>
        <w:t>Ти так кохаєш вірно, як і треба".&lt;br /&gt;</w:t>
        <w:br/>
        <w:t>Чому ж замовкла і забрала руку?&lt;br /&gt;</w:t>
        <w:br/>
        <w:t>її речей такі солодкі звуки,&lt;br /&gt;</w:t>
        <w:br/>
        <w:t>Ще трохи, і зостався б я на небі.&lt;br /&gt;</w:t>
        <w:br/>
        <w:t>ссеш&lt;br /&gt;</w:t>
        <w:br/>
        <w:t>Поет зіставляє своє теперішнє&lt;br /&gt;</w:t>
        <w:br/>
        <w:t>з минулим&lt;br /&gt;</w:t>
        <w:br/>
        <w:t>Амур, який приходив неодмінно&lt;br /&gt;</w:t>
        <w:br/>
        <w:t>На береги в найгожішу із пір&lt;br /&gt;</w:t>
        <w:br/>
        <w:t>Вести зі мною і з рікою спір,&lt;br /&gt;</w:t>
        <w:br/>
        <w:t>В який вкладали ми усе уміння;&lt;br /&gt;</w:t>
        <w:br/>
        <w:t>Листва, квітки, зефір, ріки коліно,&lt;br /&gt;</w:t>
        <w:br/>
        <w:t>Закриті доли між високих гір,&lt;br /&gt;</w:t>
        <w:br/>
        <w:t>Притулок, де, судьбі наперекір,&lt;br /&gt;</w:t>
        <w:br/>
        <w:t>Шукав я від любовних мук спочину;&lt;br /&gt;</w:t>
        <w:br/>
        <w:t>О мандрівні насельники гаїв,&lt;br /&gt;</w:t>
        <w:br/>
        <w:t>О німфи, й ви, чия незмірна сила&lt;br /&gt;</w:t>
        <w:br/>
        <w:t>Заполонила вод криштальну грань, —&lt;br /&gt;</w:t>
        <w:br/>
        <w:t>Раніше радісний, тепер я осмутнів,&lt;br /&gt;</w:t>
        <w:br/>
        <w:t>Це Смерть мене всього перемінила.&lt;br /&gt;</w:t>
        <w:br/>
        <w:t>У світі кожному дається свій талан.&lt;br /&gt;</w:t>
        <w:br/>
        <w:t>СССІУ&lt;br /&gt;</w:t>
        <w:br/>
        <w:t>Зрадливість поетичного генія&lt;br /&gt;</w:t>
        <w:br/>
        <w:t>Коли любовний черв таки устиг&lt;br /&gt;</w:t>
        <w:br/>
        <w:t>Довести, гризучи мене, до змори,&lt;br /&gt;</w:t>
        <w:br/>
        <w:t>Я вирушив шукати в дикі гори&lt;br /&gt;</w:t>
        <w:br/>
        <w:t>Сліди, не розбираючи доріг.&lt;br /&gt;</w:t>
        <w:br/>
        <w:t>Наваживсь я у звуках жалібних&lt;br /&gt;</w:t>
        <w:br/>
        <w:t>Амуру й їй висловлювать докори,&lt;br /&gt;</w:t>
        <w:br/>
        <w:t>Та рими і натхнення дуже скоро&lt;br /&gt;</w:t>
        <w:br/>
        <w:t>Повстали проти вбогих рим моїх.&lt;br /&gt;</w:t>
        <w:br/>
        <w:t>Огонь у гробі жевріє незримо,&lt;br /&gt;</w:t>
        <w:br/>
        <w:t>Та з часом він спахнув би без зусиль,&lt;br /&gt;</w:t>
        <w:br/>
        <w:t>Аби до старості не кидав я стезю.&lt;br /&gt;</w:t>
        <w:br/>
        <w:t>Беззбройний, я б озброївся у рими&lt;br /&gt;</w:t>
        <w:br/>
        <w:t>Й побачив, як підтоптаний мій стиль&lt;br /&gt;</w:t>
        <w:br/>
        <w:t>Видавлює із каменю сльозу.&lt;br /&gt;</w:t>
        <w:br/>
        <w:t>СССУ&lt;br /&gt;</w:t>
        <w:br/>
        <w:t>Поет благає донну зглянутися&lt;br /&gt;</w:t>
        <w:br/>
        <w:t>на нього&lt;br /&gt;</w:t>
        <w:br/>
        <w:t>Душа прекрасна, вирвана з гнізда, —&lt;br /&gt;</w:t>
        <w:br/>
        <w:t>Такої більше не створить Природі, —&lt;br /&gt;</w:t>
        <w:br/>
        <w:t>Поглянь згори, як мучусь тут, на споді,&lt;br /&gt;</w:t>
        <w:br/>
        <w:t>Як сльози ллються в мене, як вода.&lt;br /&gt;</w:t>
        <w:br/>
        <w:t>Колишній заблуд серце відкида:&lt;br /&gt;</w:t>
        <w:br/>
        <w:t>Твій ніжний погляд навіть вряди-годи&lt;br /&gt;</w:t>
        <w:br/>
        <w:t>Не був готовий до якоїсь згоди.&lt;br /&gt;</w:t>
        <w:br/>
        <w:t>Так хай прийде надія хоч бліда!&lt;br /&gt;</w:t>
        <w:br/>
        <w:t>Поглянь на скелю, звідки Сорґа плине,&lt;br /&gt;</w:t>
        <w:br/>
        <w:t>Між вод і трав побачиш ти людину,&lt;br /&gt;</w:t>
        <w:br/>
        <w:t>Якій забуть тебе уже несила.&lt;br /&gt;</w:t>
        <w:br/>
        <w:t>Тут дім твій, тут твоя краса&lt;br /&gt;</w:t>
        <w:br/>
        <w:t>Мене знайшла й злетіла в небеса,&lt;br /&gt;</w:t>
        <w:br/>
        <w:t>Аби не бачить тих, які тобі немилі.&lt;br /&gt;</w:t>
        <w:br/>
        <w:t>СССУІ&lt;br /&gt;</w:t>
        <w:br/>
        <w:t>Опис поетових гризот&lt;br /&gt;</w:t>
        <w:br/>
        <w:t>по смерті його донни&lt;br /&gt;</w:t>
        <w:br/>
        <w:t>Те сонце, що мені вказало шлях,&lt;br /&gt;</w:t>
        <w:br/>
        <w:t>Направивши у небо мої кроки,&lt;br /&gt;</w:t>
        <w:br/>
        <w:t>Із Сонцем порівнялося високим,&lt;br /&gt;</w:t>
        <w:br/>
        <w:t>А моє світло загорнуло в прах.&lt;br /&gt;</w:t>
        <w:br/>
        <w:t>Я звіром став, ховаюся в лісах,&lt;br /&gt;</w:t>
        <w:br/>
        <w:t>Броджу, аж мліють ноги, одиноко,&lt;br /&gt;</w:t>
        <w:br/>
        <w:t>Душа щемить, додолу никне око,&lt;br /&gt;</w:t>
        <w:br/>
        <w:t>Світ як пустеля, і поглянуть страх.&lt;br /&gt;</w:t>
        <w:br/>
        <w:t>Шукаю там, де випало зустріть&lt;br /&gt;</w:t>
        <w:br/>
        <w:t>її. Амур, плутяга мій химерний,&lt;br /&gt;</w:t>
        <w:br/>
        <w:t>Веде мене на плаї ці круті.&lt;br /&gt;</w:t>
        <w:br/>
        <w:t>Нема її ніде. Та ось священний слід,&lt;br /&gt;</w:t>
        <w:br/>
        <w:t>Тікаючи від Стикса та Аверна,&lt;br /&gt;</w:t>
        <w:br/>
        <w:t>Спрямовує усіх на горяні путі.&lt;br /&gt;</w:t>
        <w:br/>
        <w:t>СССУІІ&lt;br /&gt;</w:t>
        <w:br/>
        <w:t>Поетові пісні не достойні&lt;br /&gt;</w:t>
        <w:br/>
        <w:t>свого сюжету&lt;br /&gt;</w:t>
        <w:br/>
        <w:t>Я покладався на широкі крила,&lt;br /&gt;</w:t>
        <w:br/>
        <w:t>Завдячуючи летом саме їй,&lt;br /&gt;</w:t>
        <w:br/>
        <w:t>Чув, що несе мене пісенна сила,&lt;br /&gt;</w:t>
        <w:br/>
        <w:t>Хоча за хистом скромний я хвалій.&lt;br /&gt;</w:t>
        <w:br/>
        <w:t>Але коли плоди усе обсіли,&lt;br /&gt;</w:t>
        <w:br/>
        <w:t>Не розігнутись гілочці малій,&lt;br /&gt;</w:t>
        <w:br/>
        <w:t>І відступив я, вражений немило,&lt;br /&gt;</w:t>
        <w:br/>
        <w:t>Живим на небо закортіло, — стій!&lt;br /&gt;</w:t>
        <w:br/>
        <w:t>Перу, не то що слову, не злетіть,&lt;br /&gt;</w:t>
        <w:br/>
        <w:t>Куди злетіла полегко Природа,&lt;br /&gt;</w:t>
        <w:br/>
        <w:t>Сплітаючи цупку для мене сіть.&lt;br /&gt;</w:t>
        <w:br/>
        <w:t>Амур, той так додав Мадонні вроди,&lt;br /&gt;</w:t>
        <w:br/>
        <w:t>Що я її вже був негоден зріть,&lt;br /&gt;</w:t>
        <w:br/>
        <w:t>Та доля не дала своєї згоди.&lt;br /&gt;</w:t>
        <w:br/>
        <w:t>СССУІІІ&lt;br /&gt;</w:t>
        <w:br/>
        <w:t>Незрівнянні чесноти&lt;br /&gt;</w:t>
        <w:br/>
        <w:t>поетової донни&lt;br /&gt;</w:t>
        <w:br/>
        <w:t>Тієї, за яку я Сорґу, а не Арно&lt;br /&gt;</w:t>
        <w:br/>
        <w:t>Обрав і вільну взяв собі нужду,&lt;br /&gt;</w:t>
        <w:br/>
        <w:t>А не служіння за багату мзду,&lt;br /&gt;</w:t>
        <w:br/>
        <w:t>На світі вже нема, і плакать марно.&lt;br /&gt;</w:t>
        <w:br/>
        <w:t>Не все мені минається безкарно:&lt;br /&gt;</w:t>
        <w:br/>
        <w:t>Хоч скільки я рядків не покладу,&lt;br /&gt;</w:t>
        <w:br/>
        <w:t>Шляхетна врода, на мою біду,&lt;br /&gt;</w:t>
        <w:br/>
        <w:t>В піснях виходить не така вже й гарна.&lt;br /&gt;</w:t>
        <w:br/>
        <w:t>Піймати в ній я хочу стільки рис,&lt;br /&gt;</w:t>
        <w:br/>
        <w:t>Вони, як зорі в небі, розбрелись,&lt;br /&gt;</w:t>
        <w:br/>
        <w:t>І для портрета вже їх забагато.&lt;br /&gt;</w:t>
        <w:br/>
        <w:t>Хоч щось одне. Немов яскраве сонце,&lt;br /&gt;</w:t>
        <w:br/>
        <w:t>Всім людям зриме із усіх сторон це.&lt;br /&gt;</w:t>
        <w:br/>
        <w:t>Та ні, я і цього не в змозі описати.&lt;br /&gt;</w:t>
        <w:br/>
        <w:t>СССІХ&lt;br /&gt;</w:t>
        <w:br/>
        <w:t>Поетові треба узнавати&lt;br /&gt;</w:t>
        <w:br/>
        <w:t>свою донну на землі&lt;br /&gt;</w:t>
        <w:br/>
        <w:t>Це чудо із чудес не на віки&lt;br /&gt;</w:t>
        <w:br/>
        <w:t>Нам небо показало і вдарило,&lt;br /&gt;</w:t>
        <w:br/>
        <w:t>Бо скоро, нас уразивши немило,&lt;br /&gt;</w:t>
        <w:br/>
        <w:t>В хори її забрало між зірки.&lt;br /&gt;</w:t>
        <w:br/>
        <w:t>Амур уклав до уст мені рядки,&lt;br /&gt;</w:t>
        <w:br/>
        <w:t>Щоб я про неї всім повідав сміло,&lt;br /&gt;</w:t>
        <w:br/>
        <w:t>Та мало що у творі говорили&lt;br /&gt;</w:t>
        <w:br/>
        <w:t>Моє уміння, пера і картки.&lt;br /&gt;</w:t>
        <w:br/>
        <w:t>Мої пісні не стали виняткові,&lt;br /&gt;</w:t>
        <w:br/>
        <w:t>Хоч я так розраховував на диво,&lt;br /&gt;</w:t>
        <w:br/>
        <w:t>А успіхом я їх не назову.&lt;br /&gt;</w:t>
        <w:br/>
        <w:t>Хто німоту цінує більш, ніж слово,&lt;br /&gt;</w:t>
        <w:br/>
        <w:t>Промовить справедливо: "О, щасливі&lt;br /&gt;</w:t>
        <w:br/>
        <w:t>Ті очі, що її побачили живу!"&lt;br /&gt;</w:t>
        <w:br/>
        <w:t>сссх&lt;br /&gt;</w:t>
        <w:br/>
        <w:t>Повернення весни&lt;br /&gt;</w:t>
        <w:br/>
        <w:t>Зефір війнув, і з ним весна зелена&lt;br /&gt;</w:t>
        <w:br/>
        <w:t>Насіяла скрізь маю і зела,&lt;br /&gt;</w:t>
        <w:br/>
        <w:t>Щебече Прокна, стогне Філомена,&lt;br /&gt;</w:t>
        <w:br/>
        <w:t>Вітаючи повернення тепла.&lt;br /&gt;</w:t>
        <w:br/>
        <w:t>В траві рябіють квіти незліченні,&lt;br /&gt;</w:t>
        <w:br/>
        <w:t>Зевес радіє: донька ожила.&lt;br /&gt;</w:t>
        <w:br/>
        <w:t>Зігріла землю й воду хіть шалена,&lt;br /&gt;</w:t>
        <w:br/>
        <w:t>І всяка твар вибрикує мала.&lt;br /&gt;</w:t>
        <w:br/>
        <w:t>І лиш мені доводиться зітхати,&lt;br /&gt;</w:t>
        <w:br/>
        <w:t>Бо взято у надгоряй і палати&lt;br /&gt;</w:t>
        <w:br/>
        <w:t>Від серця мого бідного ключі.&lt;br /&gt;</w:t>
        <w:br/>
        <w:t>І щебет птах, і піль безкраї гони,&lt;br /&gt;</w:t>
        <w:br/>
        <w:t>І пань пригожих радісні уклони —&lt;br /&gt;</w:t>
        <w:br/>
        <w:t>Мені пустеля й звірі уночі.&lt;br /&gt;</w:t>
        <w:br/>
        <w:t>СССХІ&lt;br /&gt;</w:t>
        <w:br/>
        <w:t>Плачі соловейка&lt;br /&gt;</w:t>
        <w:br/>
        <w:t>Кого оплакує так ніжно соловій —&lt;br /&gt;</w:t>
        <w:br/>
        <w:t>Своїх пташат чи солов'їху милу,&lt;br /&gt;</w:t>
        <w:br/>
        <w:t>Мелодію завівши осмутнілу&lt;br /&gt;</w:t>
        <w:br/>
        <w:t>На вись усю і паділ наш земний?&lt;br /&gt;</w:t>
        <w:br/>
        <w:t>У відповідь у цій пітьмі моїй&lt;br /&gt;</w:t>
        <w:br/>
        <w:t>Мій сум ще більшу набирає силу.&lt;br /&gt;</w:t>
        <w:br/>
        <w:t>Кому, як не мені, копа могилу&lt;br /&gt;</w:t>
        <w:br/>
        <w:t>Цариця Смерть, хіба опертись їй!&lt;br /&gt;</w:t>
        <w:br/>
        <w:t>Який ти легковірний, небораче!&lt;br /&gt;</w:t>
        <w:br/>
        <w:t>Чи ти гадав, що цих очей світила&lt;br /&gt;</w:t>
        <w:br/>
        <w:t>Земля поглине, лише грудку кинь.&lt;br /&gt;</w:t>
        <w:br/>
        <w:t>І ось в сльозах і страхові я бачу,&lt;br /&gt;</w:t>
        <w:br/>
        <w:t>Що нам жорстока доля присудила:&lt;br /&gt;</w:t>
        <w:br/>
        <w:t>Усе на цьому світі тільки тлінь.&lt;br /&gt;</w:t>
        <w:br/>
        <w:t>СССХІІ&lt;br /&gt;</w:t>
        <w:br/>
        <w:t>Ніщо не може втишити&lt;br /&gt;</w:t>
        <w:br/>
        <w:t>поетового болю&lt;br /&gt;</w:t>
        <w:br/>
        <w:t>Ні в тихім небі мандрівні зірки,&lt;br /&gt;</w:t>
        <w:br/>
        <w:t>Ні в чистім морі кораблі смолові,&lt;br /&gt;</w:t>
        <w:br/>
        <w:t>Ні в полі лицарі, до бою вже готові,&lt;br /&gt;</w:t>
        <w:br/>
        <w:t>Ні в пралісі на грищі хижаки,&lt;br /&gt;</w:t>
        <w:br/>
        <w:t>Ні з новиною гість віддалеки,&lt;br /&gt;</w:t>
        <w:br/>
        <w:t>Ні вірші, зложені на честь любові,&lt;br /&gt;</w:t>
        <w:br/>
        <w:t>Ні край фонтана, на м'якім лужкові&lt;br /&gt;</w:t>
        <w:br/>
        <w:t>Співачок любих голоси дзвінкі, —&lt;br /&gt;</w:t>
        <w:br/>
        <w:t>Ніщо мойого серця не залудить:&lt;br /&gt;</w:t>
        <w:br/>
        <w:t>Забрала все навік в свою могилу&lt;br /&gt;</w:t>
        <w:br/>
        <w:t>Та, що була мені свічадо і світило.&lt;br /&gt;</w:t>
        <w:br/>
        <w:t>Тягти життя мені несила, люди.&lt;br /&gt;</w:t>
        <w:br/>
        <w:t>Я рвусь покласти край моїй недолі:&lt;br /&gt;</w:t>
        <w:br/>
        <w:t>Ох, лучче б я її не знав ніколи.&lt;br /&gt;</w:t>
        <w:br/>
        <w:t>сссхш&lt;br /&gt;</w:t>
        <w:br/>
        <w:t>Поет нарікає на те, що небо&lt;br /&gt;</w:t>
        <w:br/>
        <w:t>ніяк не поєднає його&lt;br /&gt;</w:t>
        <w:br/>
        <w:t>з коханою&lt;br /&gt;</w:t>
        <w:br/>
        <w:t>У полум'ї я жив так любо нею,&lt;br /&gt;</w:t>
        <w:br/>
        <w:t>Співав і плакав. Та минув той час,&lt;br /&gt;</w:t>
        <w:br/>
        <w:t>Тепер вона на небо вознеслась,&lt;br /&gt;</w:t>
        <w:br/>
        <w:t>Зробилась тільки віршою моєю.&lt;br /&gt;</w:t>
        <w:br/>
        <w:t>Не світить зір її мені зорею,&lt;br /&gt;</w:t>
        <w:br/>
        <w:t>Але в моєму серці не погас,&lt;br /&gt;</w:t>
        <w:br/>
        <w:t>І серце, відлітаючи од нас,&lt;br /&gt;</w:t>
        <w:br/>
        <w:t>Вона вгорнула у свою кирею.&lt;br /&gt;</w:t>
        <w:br/>
        <w:t>Взяла з собою в землю й вишню вись,&lt;br /&gt;</w:t>
        <w:br/>
        <w:t>Де кращій з тихих і смиренних дів&lt;br /&gt;</w:t>
        <w:br/>
        <w:t>Кладуть на голову вінок вічнозелений.&lt;br /&gt;</w:t>
        <w:br/>
        <w:t>Навіщо смертні ризи ці здались —&lt;br /&gt;</w:t>
        <w:br/>
        <w:t>Без них я б духом первозданним змив,&lt;br /&gt;</w:t>
        <w:br/>
        <w:t>Щоб приєднатися між душ блаженних.&lt;br /&gt;</w:t>
        <w:br/>
        <w:t>СССХІУ&lt;br /&gt;</w:t>
        <w:br/>
        <w:t>Докори поетовій душі&lt;br /&gt;</w:t>
        <w:br/>
        <w:t>Душе, ти шлях знегідь звістила свій,&lt;br /&gt;</w:t>
        <w:br/>
        <w:t>В дні радості мрійлива, осмутніла,&lt;br /&gt;</w:t>
        <w:br/>
        <w:t>Шукаючи того, що на віку так мило,&lt;br /&gt;</w:t>
        <w:br/>
        <w:t>Спочинку од біди, як статись їй.&lt;br /&gt;</w:t>
        <w:br/>
        <w:t>Слова, лице, манери, жести, стрій&lt;br /&gt;</w:t>
        <w:br/>
        <w:t>І з болем спочуття раптова сила —&lt;br /&gt;</w:t>
        <w:br/>
        <w:t>Тобі в прозрінні все те говорило:&lt;br /&gt;</w:t>
        <w:br/>
        <w:t>Цей день останній, більш нема надій.&lt;br /&gt;</w:t>
        <w:br/>
        <w:t>О бідолашна душе! О ці чари!&lt;br /&gt;</w:t>
        <w:br/>
        <w:t>Як ми палали тут, коли мені сіяли&lt;br /&gt;</w:t>
        <w:br/>
        <w:t>Ті очі, що їх більше не узріть.&lt;br /&gt;</w:t>
        <w:br/>
        <w:t>їм, приятелям двом, я передав недаром&lt;br /&gt;</w:t>
        <w:br/>
        <w:t>Скарбів найблагородніших чимало,&lt;br /&gt;</w:t>
        <w:br/>
        <w:t>Лишаючи тут серце й мислів цвіт.&lt;br /&gt;</w:t>
        <w:br/>
        <w:t>СССХУ&lt;br /&gt;</w:t>
        <w:br/>
        <w:t>Як смерть стала на прю з поетом&lt;br /&gt;</w:t>
        <w:br/>
        <w:t>Квітками й зелом одшумів мій май,&lt;br /&gt;</w:t>
        <w:br/>
        <w:t>І приску в серці жевріти недовго,&lt;br /&gt;</w:t>
        <w:br/>
        <w:t>Дійшов і я до того вже порога,&lt;br /&gt;</w:t>
        <w:br/>
        <w:t>З якого хоч-не-хоч у діл збігай.&lt;br /&gt;</w:t>
        <w:br/>
        <w:t>Врагиня дошкуляє, та не вкрай,&lt;br /&gt;</w:t>
        <w:br/>
        <w:t>Бо стала не така шорстка і строга,&lt;br /&gt;</w:t>
        <w:br/>
        <w:t>І вщухли мої муки і тривоги,&lt;br /&gt;</w:t>
        <w:br/>
        <w:t>1 радість повернулась знов у край.&lt;br /&gt;</w:t>
        <w:br/>
        <w:t>Отут уже пора і Чистоті&lt;br /&gt;</w:t>
        <w:br/>
        <w:t>Зійтись і побалакати з Амуром&lt;br /&gt;</w:t>
        <w:br/>
        <w:t>Про те, що їм чинити як-не-як.&lt;br /&gt;</w:t>
        <w:br/>
        <w:t>Та Смерть ще раз вкида мене в зажуру,&lt;br /&gt;</w:t>
        <w:br/>
        <w:t>Поставившись мені на півпуті,&lt;br /&gt;</w:t>
        <w:br/>
        <w:t>Як грізний і озброєний вояк.&lt;br /&gt;</w:t>
        <w:br/>
        <w:t>СССХУІ&lt;br /&gt;</w:t>
        <w:br/>
        <w:t>Той самий сюжет&lt;br /&gt;</w:t>
        <w:br/>
        <w:t>Жаданий спокій віднайти пора,&lt;br /&gt;</w:t>
        <w:br/>
        <w:t>Сюди, по всіх боях, уже ступили кроки,&lt;br /&gt;</w:t>
        <w:br/>
        <w:t>Та мій порив спинила ненароком&lt;br /&gt;</w:t>
        <w:br/>
        <w:t>Смерть, що людей не дуже розбира.&lt;br /&gt;</w:t>
        <w:br/>
        <w:t>Як нетривала мла, коли мете кура,&lt;br /&gt;</w:t>
        <w:br/>
        <w:t>Так проминули і життєві строки&lt;br /&gt;</w:t>
        <w:br/>
        <w:t>Тієї, що мене вела очима доки,&lt;br /&gt;</w:t>
        <w:br/>
        <w:t>І ось тепер нема мені добра.&lt;br /&gt;</w:t>
        <w:br/>
        <w:t>Міняють звички втома й сивина.&lt;br /&gt;</w:t>
        <w:br/>
        <w:t>Якби ж не ця кончина надто рання,&lt;br /&gt;</w:t>
        <w:br/>
        <w:t>Не плямував мене б ніякий гріх.&lt;br /&gt;</w:t>
        <w:br/>
        <w:t>Мої почувши голосні зітхання,&lt;br /&gt;</w:t>
        <w:br/>
        <w:t>Схилилася б із-під небес вона&lt;br /&gt;</w:t>
        <w:br/>
        <w:t>І спочутливо вислухала б їх.&lt;br /&gt;</w:t>
        <w:br/>
        <w:t>СССХУІІ&lt;br /&gt;</w:t>
        <w:br/>
        <w:t>Та сама тема&lt;br /&gt;</w:t>
        <w:br/>
        <w:t>У тиху гавань ввів мене Амур&lt;br /&gt;</w:t>
        <w:br/>
        <w:t>Серед буяння шторму навісного,&lt;br /&gt;</w:t>
        <w:br/>
        <w:t>В мої вечірні роки, задля того,&lt;br /&gt;</w:t>
        <w:br/>
        <w:t>Щоб я відмігся від сердечних бур.&lt;br /&gt;</w:t>
        <w:br/>
        <w:t>Чи не тому, що до чужих натур&lt;br /&gt;</w:t>
        <w:br/>
        <w:t>Пом'якшала-таки моя небога.&lt;br /&gt;</w:t>
        <w:br/>
        <w:t>Та Смерть, як тільки випала спромога,&lt;br /&gt;</w:t>
        <w:br/>
        <w:t>Все потопила, не лишивши жмур.&lt;br /&gt;</w:t>
        <w:br/>
        <w:t>Якби вона зосталася живою,&lt;br /&gt;</w:t>
        <w:br/>
        <w:t>Ось би тоді до вух її дійшли&lt;br /&gt;</w:t>
        <w:br/>
        <w:t>Мої солодкі скарги і жалі.&lt;br /&gt;</w:t>
        <w:br/>
        <w:t>І може, і знайшла б вона слова&lt;br /&gt;</w:t>
        <w:br/>
        <w:t>Потіхи для обох про наші два&lt;br /&gt;</w:t>
        <w:br/>
        <w:t>Змарнілі лиця, вкриті сивиною.&lt;br /&gt;</w:t>
        <w:br/>
        <w:t>СССХУІІІ&lt;br /&gt;</w:t>
        <w:br/>
        <w:t>Поет поклоняється Лаурі&lt;br /&gt;</w:t>
        <w:br/>
        <w:t>після її смерті так,&lt;br /&gt;</w:t>
        <w:br/>
        <w:t>як поклонявся живій&lt;br /&gt;</w:t>
        <w:br/>
        <w:t>Коли рослина впала чимала&lt;br /&gt;</w:t>
        <w:br/>
        <w:t>Від гострого заліза чи від бурі,&lt;br /&gt;</w:t>
        <w:br/>
        <w:t>І крона боком долі полягла,&lt;br /&gt;</w:t>
        <w:br/>
        <w:t>І показався сонцю корінь бурий,&lt;br /&gt;</w:t>
        <w:br/>
        <w:t>На іншу Калліопа набрела&lt;br /&gt;</w:t>
        <w:br/>
        <w:t>З Евтерпою, і та мені похмуро&lt;br /&gt;</w:t>
        <w:br/>
        <w:t>Заткала серце; так кругом ствола&lt;br /&gt;</w:t>
        <w:br/>
        <w:t>Плазує плющ, щоб лізти вже по муру.&lt;br /&gt;</w:t>
        <w:br/>
        <w:t>Жива лаврина, де гніздились поки&lt;br /&gt;</w:t>
        <w:br/>
        <w:t>Мої зітхання і думки високі,&lt;br /&gt;</w:t>
        <w:br/>
        <w:t>Перебуваючи в своїм надійнім схові,&lt;br /&gt;</w:t>
        <w:br/>
        <w:t>Залишила коріння у мені,&lt;br /&gt;</w:t>
        <w:br/>
        <w:t>І голос чийсь бринить, та в вишині&lt;br /&gt;</w:t>
        <w:br/>
        <w:t>Нема йому і досі ще одмови.&lt;br /&gt;</w:t>
        <w:br/>
        <w:t>СССХ1Х&lt;br /&gt;</w:t>
        <w:br/>
        <w:t>Лаурині моральні гожості —&lt;br /&gt;</w:t>
        <w:br/>
        <w:t>найперша причина&lt;br /&gt;</w:t>
        <w:br/>
        <w:t>поетового пломеню&lt;br /&gt;</w:t>
        <w:br/>
        <w:t>Дні перемчались оленем прудким,&lt;br /&gt;</w:t>
        <w:br/>
        <w:t>Єдине, що у пам'яті не гине,&lt;br /&gt;</w:t>
        <w:br/>
        <w:t>Ясніючи, побіжне і хвилинне,&lt;br /&gt;</w:t>
        <w:br/>
        <w:t>Із присмаком солодким і гірким.&lt;br /&gt;</w:t>
        <w:br/>
        <w:t>Мізерний світ, хисткий, їдкий, як дим.&lt;br /&gt;</w:t>
        <w:br/>
        <w:t>Сліпець той, хто за течією плине.&lt;br /&gt;</w:t>
        <w:br/>
        <w:t>Від неї порох залишився нині,&lt;br /&gt;</w:t>
        <w:br/>
        <w:t>І моє серце, сховане із ним.&lt;br /&gt;</w:t>
        <w:br/>
        <w:t>Я знаю: неземна її краса&lt;br /&gt;</w:t>
        <w:br/>
        <w:t>Прикрасила собою небеса,&lt;br /&gt;</w:t>
        <w:br/>
        <w:t>Питаючи у формах благородних.&lt;br /&gt;</w:t>
        <w:br/>
        <w:t>І поки голову мою вінчає сідь,&lt;br /&gt;</w:t>
        <w:br/>
        <w:t>Я допитатись думаю зуміть,&lt;br /&gt;</w:t>
        <w:br/>
        <w:t>Якою я узрю її сьогодні.&lt;br /&gt;</w:t>
        <w:br/>
        <w:t>СССХХ&lt;br /&gt;</w:t>
        <w:br/>
        <w:t>Повернення до Воклюз&lt;br /&gt;</w:t>
        <w:br/>
        <w:t>Знайомий чую тиховій у горах,&lt;br /&gt;</w:t>
        <w:br/>
        <w:t>Це тут огонь очей її сіяв&lt;br /&gt;</w:t>
        <w:br/>
        <w:t>На радість, на веселощі забав,&lt;br /&gt;</w:t>
        <w:br/>
        <w:t>А нині обернувсь мені на горе.&lt;br /&gt;</w:t>
        <w:br/>
        <w:t>Навіщо мріять, як життя суворе?&lt;br /&gt;</w:t>
        <w:br/>
        <w:t>Змутнів струмок серед сирітських трав.&lt;br /&gt;</w:t>
        <w:br/>
        <w:t>Пустий і зимний цей закутень став,&lt;br /&gt;</w:t>
        <w:br/>
        <w:t>Я ще живий, та в нім поляжу скоро.&lt;br /&gt;</w:t>
        <w:br/>
        <w:t>Надія ще залишилась мені:&lt;br /&gt;</w:t>
        <w:br/>
        <w:t>Побачити її знадливі стопи&lt;br /&gt;</w:t>
        <w:br/>
        <w:t>1 гожі очі біля мого дому.&lt;br /&gt;</w:t>
        <w:br/>
        <w:t>Служу я пану лютому й скупому,&lt;br /&gt;</w:t>
        <w:br/>
        <w:t>Згораючи у власному вогні,&lt;br /&gt;</w:t>
        <w:br/>
        <w:t>Й оплакувати можу тільки попіл.&lt;br /&gt;</w:t>
        <w:br/>
        <w:t>СССХХІ&lt;br /&gt;</w:t>
        <w:br/>
        <w:t>Поет сумує, споглядаючи&lt;br /&gt;</w:t>
        <w:br/>
        <w:t>місця, що були свідками&lt;br /&gt;</w:t>
        <w:br/>
        <w:t>його кохання&lt;br /&gt;</w:t>
        <w:br/>
        <w:t>Чи не мого це Фенікса кубло?&lt;br /&gt;</w:t>
        <w:br/>
        <w:t>Тут пера позолотисті лишила&lt;br /&gt;</w:t>
        <w:br/>
        <w:t>І серце узяла моє під крила&lt;br /&gt;</w:t>
        <w:br/>
        <w:t>Та, до якої лиш квиління йшло.&lt;br /&gt;</w:t>
        <w:br/>
        <w:t>Солодких нарікань тут перше тло.&lt;br /&gt;</w:t>
        <w:br/>
        <w:t>Де те обличчя, яснозоре, миле,&lt;br /&gt;</w:t>
        <w:br/>
        <w:t>Що пестило, і ранило, й цілило?&lt;br /&gt;</w:t>
        <w:br/>
        <w:t>Земне це диво в небі розцвіло.&lt;br /&gt;</w:t>
        <w:br/>
        <w:t>Убогий, я тиняюся без тебе&lt;br /&gt;</w:t>
        <w:br/>
        <w:t>В місцях, де болі важко так таїти,&lt;br /&gt;</w:t>
        <w:br/>
        <w:t>Щоб оспівать тебе на вівтарі.&lt;br /&gt;</w:t>
        <w:br/>
        <w:t>Я бачу пагорби, імлою оповиті,&lt;br /&gt;</w:t>
        <w:br/>
        <w:t>І цей останній твій політ до неба,&lt;br /&gt;</w:t>
        <w:br/>
        <w:t>Й розблислі очі як вогні зорі.&lt;br /&gt;</w:t>
        <w:br/>
        <w:t>СССХХІ1&lt;br /&gt;</w:t>
        <w:br/>
        <w:t>Відповідь на сонет Джакома&lt;br /&gt;</w:t>
        <w:br/>
        <w:t>Колонии&lt;br /&gt;</w:t>
        <w:br/>
        <w:t>Почувши їх співзвуччя нещадиме,&lt;br /&gt;</w:t>
        <w:br/>
        <w:t>Не сохнучи, блищить сльоза мала,&lt;br /&gt;</w:t>
        <w:br/>
        <w:t>На вірші, де сама Любов жила,&lt;br /&gt;</w:t>
        <w:br/>
        <w:t>Озветься Жаль і вже не пройде мимо.&lt;br /&gt;</w:t>
        <w:br/>
        <w:t>Твоя зоря сіяє, а не блима,&lt;br /&gt;</w:t>
        <w:br/>
        <w:t>У тебе нехіть до земного зла.&lt;br /&gt;</w:t>
        <w:br/>
        <w:t>Ті твори, що їх Смерть геть розмела,&lt;br /&gt;</w:t>
        <w:br/>
        <w:t>Зібрав я знову у поправні рими.&lt;br /&gt;</w:t>
        <w:br/>
        <w:t>Ти свіжим плодом смакував би стиха&lt;br /&gt;</w:t>
        <w:br/>
        <w:t>З мого гілля. Яке ж це зле світило&lt;br /&gt;</w:t>
        <w:br/>
        <w:t>Завидливим промінням нас облило?&lt;br /&gt;</w:t>
        <w:br/>
        <w:t>Хто вкрав тебе, укоротивши вік,&lt;br /&gt;</w:t>
        <w:br/>
        <w:t>Кого мій бачить дух і славить мій язик?&lt;br /&gt;</w:t>
        <w:br/>
        <w:t>А все ж зітхання як-не-як потіха.&lt;br /&gt;</w:t>
        <w:br/>
        <w:t>СССХХУІ&lt;br /&gt;</w:t>
        <w:br/>
        <w:t>Поет втішається, думаючи&lt;br /&gt;</w:t>
        <w:br/>
        <w:t>про Лаурине щастя&lt;br /&gt;</w:t>
        <w:br/>
        <w:t>Я знаю, Смерте, твій нестямний гнів —&lt;br /&gt;</w:t>
        <w:br/>
        <w:t>Амурову обладу ти збіднила:&lt;br /&gt;</w:t>
        <w:br/>
        <w:t>Згасила світло, квітку любу й милу&lt;br /&gt;</w:t>
        <w:br/>
        <w:t>Скосила, у тісний загрібши рів.&lt;br /&gt;</w:t>
        <w:br/>
        <w:t>З життя забрала ту, якій я так радів,&lt;br /&gt;</w:t>
        <w:br/>
        <w:t>Щоб тінню вбити променисту силу.&lt;br /&gt;</w:t>
        <w:br/>
        <w:t>Та славу поховать тобі несила,&lt;br /&gt;</w:t>
        <w:br/>
        <w:t>Ну, а таку, як в неї, й поготів.&lt;br /&gt;</w:t>
        <w:br/>
        <w:t>Вона тепер на небесах ясниться&lt;br /&gt;</w:t>
        <w:br/>
        <w:t>І радує усіх своїм сіянням,&lt;br /&gt;</w:t>
        <w:br/>
        <w:t>Себе забути людям не дає.&lt;br /&gt;</w:t>
        <w:br/>
        <w:t>Хай буде ваше серце, янголице,&lt;br /&gt;</w:t>
        <w:br/>
        <w:t>Підкорене на небі вболіванням,&lt;br /&gt;</w:t>
        <w:br/>
        <w:t>Як тут красою вашою моє.&lt;br /&gt;</w:t>
        <w:br/>
        <w:t>СССХХУІІ&lt;br /&gt;</w:t>
        <w:br/>
        <w:t>Поет сподівається домогтися&lt;br /&gt;</w:t>
        <w:br/>
        <w:t>для Лаури безсмертя на землі&lt;br /&gt;</w:t>
        <w:br/>
        <w:t>Лаврини віддих, свіжість, аромат,&lt;br /&gt;</w:t>
        <w:br/>
        <w:t>Надію зовсім близького спочину —&lt;br /&gt;</w:t>
        <w:br/>
        <w:t>Забрала їх в якусь одну хвилину&lt;br /&gt;</w:t>
        <w:br/>
        <w:t>Губителька усіх земних одрад.&lt;br /&gt;</w:t>
        <w:br/>
        <w:t>Як Сонце заступає Місяць-брат,&lt;br /&gt;</w:t>
        <w:br/>
        <w:t>Аби в пітьмі втопити світлу днину,&lt;br /&gt;</w:t>
        <w:br/>
        <w:t>Так відступаю я, хмурнію, гину,&lt;br /&gt;</w:t>
        <w:br/>
        <w:t>Збираючись од смерті в смерть тікать.&lt;br /&gt;</w:t>
        <w:br/>
        <w:t>Від сну, красуне, вже ти пробудилась&lt;br /&gt;</w:t>
        <w:br/>
        <w:t>І нині серед обраних умів&lt;br /&gt;</w:t>
        <w:br/>
        <w:t>В Творцеві спокій однайшла великий.&lt;br /&gt;</w:t>
        <w:br/>
        <w:t>І якщо спів мій має трохи сили,&lt;br /&gt;</w:t>
        <w:br/>
        <w:t>Якщо тебе я піднести зумів,&lt;br /&gt;</w:t>
        <w:br/>
        <w:t>Із пам'яті не вийдеш ти до віку.&lt;br /&gt;</w:t>
        <w:br/>
        <w:t>СССХХУІІІ&lt;br /&gt;</w:t>
        <w:br/>
        <w:t>Поет побивається, що не зумів&lt;br /&gt;</w:t>
        <w:br/>
        <w:t>передбачити смерті своєї донни&lt;br /&gt;</w:t>
        <w:br/>
        <w:t>Овва, прийшов останній з днів щасливих,&lt;br /&gt;</w:t>
        <w:br/>
        <w:t>Навряд щоб я діждався знову їх.&lt;br /&gt;</w:t>
        <w:br/>
        <w:t>Недарма серце — ледь зігрітий сніг —&lt;br /&gt;</w:t>
        <w:br/>
        <w:t>Передчуває лиш журні мотиви.&lt;br /&gt;</w:t>
        <w:br/>
        <w:t>Так ніби в дім ввірвалися пориви&lt;br /&gt;</w:t>
        <w:br/>
        <w:t>Гарячки і по тілу, як батіг.&lt;br /&gt;</w:t>
        <w:br/>
        <w:t>Хоч я скорився, ради дать не зміг,&lt;br /&gt;</w:t>
        <w:br/>
        <w:t>От щастя й закривилося накриво.&lt;br /&gt;</w:t>
        <w:br/>
        <w:t>З небес сіяють її гарні очі,&lt;br /&gt;</w:t>
        <w:br/>
        <w:t>Питаючи здоров'ям і ЖИТТЯМ,&lt;br /&gt;</w:t>
        <w:br/>
        <w:t>Тоді як тут мої лишились вбогі.&lt;br /&gt;</w:t>
        <w:br/>
        <w:t>І кажуть, спочутливі та урочі:&lt;br /&gt;</w:t>
        <w:br/>
        <w:t>"Ще доведеться, друзі, стрітись нам,&lt;br /&gt;</w:t>
        <w:br/>
        <w:t>Не на землі, а за її порогом".&lt;br /&gt;</w:t>
        <w:br/>
        <w:t>СССХХІХ&lt;br /&gt;</w:t>
        <w:br/>
        <w:t>Розлука і смерть&lt;br /&gt;</w:t>
        <w:br/>
        <w:t>О день, о час, о врем'я наше люте,&lt;br /&gt;</w:t>
        <w:br/>
        <w:t>О злісних зір лукава й хитра змова!&lt;br /&gt;</w:t>
        <w:br/>
        <w:t>0 вірний зір, що ж ти мені одмовив,&lt;br /&gt;</w:t>
        <w:br/>
        <w:t>Коли мене намислив одштовхнути?&lt;br /&gt;</w:t>
        <w:br/>
        <w:t>Дісталося мені, я знову в скруті,&lt;br /&gt;</w:t>
        <w:br/>
        <w:t>А то подумав, зовсім безтолковий,&lt;br /&gt;</w:t>
        <w:br/>
        <w:t>Що упаде лиш частка, не основа;&lt;br /&gt;</w:t>
        <w:br/>
        <w:t>Якому ж треба вітрюгану бути!&lt;br /&gt;</w:t>
        <w:br/>
        <w:t>Сія на небі віще письмено:&lt;br /&gt;</w:t>
        <w:br/>
        <w:t>Задути любу цю мою огнину.&lt;br /&gt;</w:t>
        <w:br/>
        <w:t>Чи не про це вістив журний і ніжний лик?&lt;br /&gt;</w:t>
        <w:br/>
        <w:t>Влетіла мені в око порошина,&lt;br /&gt;</w:t>
        <w:br/>
        <w:t>Дививсь я та й не вгледів все одно,&lt;br /&gt;</w:t>
        <w:br/>
        <w:t>1 похилився з горя чоловік.&lt;br /&gt;</w:t>
        <w:br/>
        <w:t>СССХХХ&lt;br /&gt;</w:t>
        <w:br/>
        <w:t>Останнє побачення&lt;br /&gt;</w:t>
        <w:br/>
        <w:t>Він говорив мені, цей любий зір:&lt;br /&gt;</w:t>
        <w:br/>
        <w:t>Бери від мене все, що тільки змога,&lt;br /&gt;</w:t>
        <w:br/>
        <w:t>Бо занесуть тебе далеко ноги,&lt;br /&gt;</w:t>
        <w:br/>
        <w:t>Мене ти не побачиш більш, повір.&lt;br /&gt;</w:t>
        <w:br/>
        <w:t>Біду передчуваючи, мов звір,&lt;br /&gt;</w:t>
        <w:br/>
        <w:t>Чому ти так і не зробив нічого,&lt;br /&gt;</w:t>
        <w:br/>
        <w:t>Ступивши легковажно на дорогу&lt;br /&gt;</w:t>
        <w:br/>
        <w:t>Своєї муки і страждань без мір?&lt;br /&gt;</w:t>
        <w:br/>
        <w:t>І так сказали мовчки її очі&lt;br /&gt;</w:t>
        <w:br/>
        <w:t>Моїм: "О друзі, ми уже давно&lt;br /&gt;</w:t>
        <w:br/>
        <w:t>Були таким жаданим вам свічадом,&lt;br /&gt;</w:t>
        <w:br/>
        <w:t>Нас небо жде, ми йдем туди охоче,&lt;br /&gt;</w:t>
        <w:br/>
        <w:t>Бо повну волю нам дає воно,&lt;br /&gt;</w:t>
        <w:br/>
        <w:t>А ви собі живіть, хоч і нерадо".&lt;br /&gt;</w:t>
        <w:br/>
        <w:t>СССХХХІ&lt;br /&gt;</w:t>
        <w:br/>
        <w:t>Канцона&lt;br /&gt;</w:t>
        <w:br/>
        <w:t>Поет нарікає, що не зумів&lt;br /&gt;</w:t>
        <w:br/>
        <w:t>умерти раніше за свою донну&lt;br /&gt;</w:t>
        <w:br/>
        <w:t>Життя свого священне джерело&lt;br /&gt;</w:t>
        <w:br/>
        <w:t>Я кидав, по морях і по землі&lt;br /&gt;</w:t>
        <w:br/>
        <w:t>Я правивсь за зорею без принуки,&lt;br /&gt;</w:t>
        <w:br/>
        <w:t>1 в цьому вигнанні, було,&lt;br /&gt;</w:t>
        <w:br/>
        <w:t>Розраджував гіркі жалі&lt;br /&gt;</w:t>
        <w:br/>
        <w:t>Надією і пам'яттю про злуку.&lt;br /&gt;</w:t>
        <w:br/>
        <w:t>Кидаю меч і піднімаю руки&lt;br /&gt;</w:t>
        <w:br/>
        <w:t>Перед недолею, вона (оце біда!)&lt;br /&gt;</w:t>
        <w:br/>
        <w:t>Умить занапастила уповання,&lt;br /&gt;</w:t>
        <w:br/>
        <w:t>Оставивши душі лиш спогадання,&lt;br /&gt;</w:t>
        <w:br/>
        <w:t>І ось тепер за ними упада&lt;br /&gt;</w:t>
        <w:br/>
        <w:t>її одвічна спрага і жада.&lt;br /&gt;</w:t>
        <w:br/>
        <w:t>Як скороход без їжі, без пиття&lt;br /&gt;</w:t>
        <w:br/>
        <w:t>Вже плентає з ячанням: не впади,&lt;br /&gt;</w:t>
        <w:br/>
        <w:t>Втрачаючи останні сили й тяму,&lt;br /&gt;</w:t>
        <w:br/>
        <w:t>Так я відтоді, як моє життя&lt;br /&gt;</w:t>
        <w:br/>
        <w:t>Духовної позбулося іди,&lt;br /&gt;</w:t>
        <w:br/>
        <w:t>Що в неї вгородилася зубами&lt;br /&gt;</w:t>
        <w:br/>
        <w:t>Та, що царить і над царями.&lt;br /&gt;</w:t>
        <w:br/>
        <w:t>Хіба мене те саме не чека?&lt;br /&gt;</w:t>
        <w:br/>
        <w:t>Я ладен вмерти, та боюся — рано.&lt;br /&gt;</w:t>
        <w:br/>
        <w:t>От як під вітрюганом&lt;br /&gt;</w:t>
        <w:br/>
        <w:t>Сніг або кур кудись тіка,&lt;br /&gt;</w:t>
        <w:br/>
        <w:t>Я теж тікач. Моя судьба така.&lt;br /&gt;</w:t>
        <w:br/>
        <w:t>Не став би я життя любить,&lt;br /&gt;</w:t>
        <w:br/>
        <w:t>Якби (Амур це знає) не вона,&lt;br /&gt;</w:t>
        <w:br/>
        <w:t>Хто сонцем нам здавалася на сході.&lt;br /&gt;</w:t>
        <w:br/>
        <w:t>Та після смерті злинула в блакить&lt;br /&gt;</w:t>
        <w:br/>
        <w:t>її душа, шляхетна й чарівна.&lt;br /&gt;</w:t>
        <w:br/>
        <w:t>І ось за нею я спішу відтоді.&lt;br /&gt;</w:t>
        <w:br/>
        <w:t>Одначе затаївся сум на споді,&lt;br /&gt;</w:t>
        <w:br/>
        <w:t>Адже я не схистився уловить&lt;br /&gt;</w:t>
        <w:br/>
        <w:t>Амура іншу раду в зорі,&lt;br /&gt;</w:t>
        <w:br/>
        <w:t>І нині я у горі.&lt;br /&gt;</w:t>
        <w:br/>
        <w:t>Хто сподівавсь на щастя в смертну мить,&lt;br /&gt;</w:t>
        <w:br/>
        <w:t>Бувало, покидав нещасним світ.&lt;br /&gt;</w:t>
        <w:br/>
        <w:t>СССХХХІІ&lt;br /&gt;</w:t>
        <w:br/>
        <w:t>Секстина&lt;br /&gt;</w:t>
        <w:br/>
        <w:t>Скарги на смерть&lt;br /&gt;</w:t>
        <w:br/>
        <w:t>Щасливий вік мій, невимовна радість,&lt;br /&gt;</w:t>
        <w:br/>
        <w:t>Погідні дні і тихомирні ночі,&lt;br /&gt;</w:t>
        <w:br/>
        <w:t>І зойки ніжні, і солодкий вірш,&lt;br /&gt;</w:t>
        <w:br/>
        <w:t>Поставлені к строці дзвенючі рими,&lt;br /&gt;</w:t>
        <w:br/>
        <w:t>Усе перевелось на жаль і сльози,&lt;br /&gt;</w:t>
        <w:br/>
        <w:t>Життя мені нелюбе, хочу Смерті.&lt;br /&gt;</w:t>
        <w:br/>
        <w:t>1 мовлю я, звертаючись до Смерті:&lt;br /&gt;</w:t>
        <w:br/>
        <w:t>"Кирпата свашко, ти убила радість,&lt;br /&gt;</w:t>
        <w:br/>
        <w:t>У мене на очах не сохнуть сльози,&lt;br /&gt;</w:t>
        <w:br/>
        <w:t>Похмурі дні мої і тоскні ночі,&lt;br /&gt;</w:t>
        <w:br/>
        <w:t>Квиління й ґвалт не в'яжуться у рими,&lt;br /&gt;</w:t>
        <w:br/>
        <w:t>І від ячань розвалюється вірш".&lt;br /&gt;</w:t>
        <w:br/>
        <w:t>Куди тебе завів любовний вірш?&lt;br /&gt;</w:t>
        <w:br/>
        <w:t>До криків гніву, до думок про Смерть!&lt;br /&gt;</w:t>
        <w:br/>
        <w:t>Де пломінкі рядки? Чому кульгають рими,&lt;br /&gt;</w:t>
        <w:br/>
        <w:t>Шляхетної душі завждішня радість?&lt;br /&gt;</w:t>
        <w:br/>
        <w:t>Коханчині слова де серед ночі?&lt;br /&gt;</w:t>
        <w:br/>
        <w:t>І на устах, і в думах тільки сльози.&lt;br /&gt;</w:t>
        <w:br/>
        <w:t>Колись жага народжувала сльози.&lt;br /&gt;</w:t>
        <w:br/>
        <w:t>Цупкий, лунав уже ніжніше вірш.&lt;br /&gt;</w:t>
        <w:br/>
        <w:t>І довгі, плачучи, не спав я ночі,&lt;br /&gt;</w:t>
        <w:br/>
        <w:t>А нині сльози ще горій од Смерті, —&lt;br /&gt;</w:t>
        <w:br/>
        <w:t>Оскільки назавжди утратив радість&lt;br /&gt;</w:t>
        <w:br/>
        <w:t>Той погляд, про який лунали рими.&lt;br /&gt;</w:t>
        <w:br/>
        <w:t>Колись кохання нарізало рими&lt;br /&gt;</w:t>
        <w:br/>
        <w:t>Жарким вогнем очей, а нині сльози&lt;br /&gt;</w:t>
        <w:br/>
        <w:t>Притерли пам'ять про колишню радість,&lt;br /&gt;</w:t>
        <w:br/>
        <w:t>І спала мисль перетворити вірш.&lt;br /&gt;</w:t>
        <w:br/>
        <w:t>І до блідої я волаю Смерті:&lt;br /&gt;</w:t>
        <w:br/>
        <w:t>"Нехай минуть мене лихі ці ночі!"&lt;br /&gt;</w:t>
        <w:br/>
        <w:t>Прогнали сон нудні томливі ночі,&lt;br /&gt;</w:t>
        <w:br/>
        <w:t>Грімкі колись, мої приглухли рими,&lt;br /&gt;</w:t>
        <w:br/>
        <w:t>Попавши нині ув обійми Смерті,&lt;br /&gt;</w:t>
        <w:br/>
        <w:t>І в кожній пісні неодмінні сльози.&lt;br /&gt;</w:t>
        <w:br/>
        <w:t>На манівці в Амура збився вірш:&lt;br /&gt;</w:t>
        <w:br/>
        <w:t>Тепер журба панує, а не радість.&lt;br /&gt;</w:t>
        <w:br/>
        <w:t>Ніхто не вмів сповна так пити радість,&lt;br /&gt;</w:t>
        <w:br/>
        <w:t>Ніхто не мучиться сильніше дні і ночі.&lt;br /&gt;</w:t>
        <w:br/>
        <w:t>Журбою, журячись, журливий дише вірш, —&lt;br /&gt;</w:t>
        <w:br/>
        <w:t>І озиваються лементуванням рими.&lt;br /&gt;</w:t>
        <w:br/>
        <w:t>Я жив надією, її втопили сльози,&lt;br /&gt;</w:t>
        <w:br/>
        <w:t>І лише Смерть рятунок мій од Смерті.&lt;br /&gt;</w:t>
        <w:br/>
        <w:t>Убитий смертю, тільки з ласки Смерті&lt;br /&gt;</w:t>
        <w:br/>
        <w:t>Я зможу знов відчути давню радість&lt;br /&gt;</w:t>
        <w:br/>
        <w:t>Узріти ту, хто гамувала сльози,&lt;br /&gt;</w:t>
        <w:br/>
        <w:t>Хто дощиком скропляла ніжні ночі,&lt;br /&gt;</w:t>
        <w:br/>
        <w:t>Коли думки вбивалися у рими&lt;br /&gt;</w:t>
        <w:br/>
        <w:t>Й Амур підніс увись мій вбогий вірш.&lt;br /&gt;</w:t>
        <w:br/>
        <w:t>Коли б я, прочитавши цей мій вірш,&lt;br /&gt;</w:t>
        <w:br/>
        <w:t>Лауру зміг би вирвати у Смерті,&lt;br /&gt;</w:t>
        <w:br/>
        <w:t>Як подругу Орфей, не дбаючи про рими.&lt;br /&gt;</w:t>
        <w:br/>
        <w:t>Яка була б це невимовна радість!&lt;br /&gt;</w:t>
        <w:br/>
        <w:t>А ні, хай тьма близесенької ночі&lt;br /&gt;</w:t>
        <w:br/>
        <w:t>Криниці заснітивши, впинить сльози.&lt;br /&gt;</w:t>
        <w:br/>
        <w:t>Амуре, роки вже, як ллються сльози,&lt;br /&gt;</w:t>
        <w:br/>
        <w:t>Як нарікає мій журливий вірш,&lt;br /&gt;</w:t>
        <w:br/>
        <w:t>Не сподіваючись на тихі ночі.&lt;br /&gt;</w:t>
        <w:br/>
        <w:t>Тому-то і волаю я до Смерті,&lt;br /&gt;</w:t>
        <w:br/>
        <w:t>Аби взяла мене, мені на радість,&lt;br /&gt;</w:t>
        <w:br/>
        <w:t>До тої, по якій голосять рими.&lt;br /&gt;</w:t>
        <w:br/>
        <w:t>Коли б притомлені злетіли рими&lt;br /&gt;</w:t>
        <w:br/>
        <w:t>Туди, де невідомі гнів і сльози,&lt;br /&gt;</w:t>
        <w:br/>
        <w:t>До тої, чия врода небу радість,&lt;br /&gt;</w:t>
        <w:br/>
        <w:t>Вона б узнала, як змінився вірш,&lt;br /&gt;</w:t>
        <w:br/>
        <w:t>Раніш не знаний їй із волі Смерті,&lt;br /&gt;</w:t>
        <w:br/>
        <w:t>Що їй судила день, мені млу ночі.&lt;br /&gt;</w:t>
        <w:br/>
        <w:t>Ви, хто ще вірить у блаженні ночі,&lt;br /&gt;</w:t>
        <w:br/>
        <w:t>Хто жде кохання й добирає рими,&lt;br /&gt;</w:t>
        <w:br/>
        <w:t>Перекажіть мою мольбу до Смерті —&lt;br /&gt;</w:t>
        <w:br/>
        <w:t>В ту гавань суму, де вже зайві сльози, —&lt;br /&gt;</w:t>
        <w:br/>
        <w:t>Нехай мені верне колишній вірш,&lt;br /&gt;</w:t>
        <w:br/>
        <w:t>На горе людям, а мені на радість.&lt;br /&gt;</w:t>
        <w:br/>
        <w:t>Нехай цю радість не змарнують ночі:&lt;br /&gt;</w:t>
        <w:br/>
        <w:t>І вірш скорботний, і плачливі рими,&lt;br /&gt;</w:t>
        <w:br/>
        <w:t>І сльози — все мине з приходом Смерті.&lt;br /&gt;</w:t>
        <w:br/>
        <w:t>СССХХХІІІ&lt;br /&gt;</w:t>
        <w:br/>
        <w:t>Поет посилає свої рими&lt;br /&gt;</w:t>
        <w:br/>
        <w:t>на Лаурину могилу&lt;br /&gt;</w:t>
        <w:br/>
        <w:t>Ідіть, тужливі рими, до плити,&lt;br /&gt;</w:t>
        <w:br/>
        <w:t>Де скарб безцінний мій земля ховає,&lt;br /&gt;</w:t>
        <w:br/>
        <w:t>Скажіте їй (з небес вона відповідає.&lt;br /&gt;</w:t>
        <w:br/>
        <w:t>Хоч тлін її устиг час замести),&lt;br /&gt;</w:t>
        <w:br/>
        <w:t>Що листя з Лавра, пущене пливти,&lt;br /&gt;</w:t>
        <w:br/>
        <w:t>З сумного я потоку підбираю,&lt;br /&gt;</w:t>
        <w:br/>
        <w:t>Бо слід її по нім я відшукаю:&lt;br /&gt;</w:t>
        <w:br/>
        <w:t>"Так і дійдеш, — кажу, — до неї ти".&lt;br /&gt;</w:t>
        <w:br/>
        <w:t>Я весь у ній, у мертвій і живій,&lt;br /&gt;</w:t>
        <w:br/>
        <w:t>Живій навік, вона-бо невмируща,&lt;br /&gt;</w:t>
        <w:br/>
        <w:t>Такою її світ не втомиться любить.&lt;br /&gt;</w:t>
        <w:br/>
        <w:t>І вийде хай на шлях останній мій&lt;br /&gt;</w:t>
        <w:br/>
        <w:t>Прийнять мене спочити в її кущі&lt;br /&gt;</w:t>
        <w:br/>
        <w:t>У ту мою прощальну смертну мить.&lt;br /&gt;</w:t>
        <w:br/>
        <w:t>СССХХХГУ&lt;br /&gt;</w:t>
        <w:br/>
        <w:t>Поет просить Лауру прийти&lt;br /&gt;</w:t>
        <w:br/>
        <w:t>до його смертної постелі&lt;br /&gt;</w:t>
        <w:br/>
        <w:t>Як вірність заслуговує заплати,&lt;br /&gt;</w:t>
        <w:br/>
        <w:t>І Жаль до мене в'ється, наче пліть,&lt;br /&gt;</w:t>
        <w:br/>
        <w:t>Я жду віддяки, бо не погасить&lt;br /&gt;</w:t>
        <w:br/>
        <w:t>Моєї віри в Донну, в світ багатий.&lt;br /&gt;</w:t>
        <w:br/>
        <w:t>Тепер я не боюсь її утрати.&lt;br /&gt;</w:t>
        <w:br/>
        <w:t>Вона вже добре знає мою хіть,&lt;br /&gt;</w:t>
        <w:br/>
        <w:t>Про це устигло слово заявить&lt;br /&gt;</w:t>
        <w:br/>
        <w:t>Або лице, якого не сховати.&lt;br /&gt;</w:t>
        <w:br/>
        <w:t>Почувши угорі, як я зітхаю,&lt;br /&gt;</w:t>
        <w:br/>
        <w:t>Вона захоче, зглянувшись на мене,&lt;br /&gt;</w:t>
        <w:br/>
        <w:t>На бідолаху знову очі звести.&lt;br /&gt;</w:t>
        <w:br/>
        <w:t>І як я скину це одіння бренне,&lt;br /&gt;</w:t>
        <w:br/>
        <w:t>Вона зійде назустріч з небокраю&lt;br /&gt;</w:t>
        <w:br/>
        <w:t>У гурті друзів і Христа, і Честі.&lt;br /&gt;</w:t>
        <w:br/>
        <w:t>cccxxxv&lt;br /&gt;</w:t>
        <w:br/>
        <w:t>Видіння&lt;br /&gt;</w:t>
        <w:br/>
        <w:t>Між сотнями жінок лише одна&lt;br /&gt;</w:t>
        <w:br/>
        <w:t>Заволоділа думами моїми,&lt;br /&gt;</w:t>
        <w:br/>
        <w:t>З подобою благого серафима&lt;br /&gt;</w:t>
        <w:br/>
        <w:t>Зрівнятись гожістю могла вона.&lt;br /&gt;</w:t>
        <w:br/>
        <w:t>Істота ця не смертна й не земна,&lt;br /&gt;</w:t>
        <w:br/>
        <w:t>На щось, крім неба, і очей не зніме.&lt;br /&gt;</w:t>
        <w:br/>
        <w:t>Душа ж моя, в любові невситима,&lt;br /&gt;</w:t>
        <w:br/>
        <w:t>На крилах ось її наздоганя.&lt;br /&gt;</w:t>
        <w:br/>
        <w:t>Та плоть мені летіти заважала,&lt;br /&gt;</w:t>
        <w:br/>
        <w:t>І наздогнати я її не зміг,&lt;br /&gt;</w:t>
        <w:br/>
        <w:t>Лиш поглядом провівши осмутніло.&lt;br /&gt;</w:t>
        <w:br/>
        <w:t>О ясні, чисті і живі зерцала,&lt;br /&gt;</w:t>
        <w:br/>
        <w:t>Навіщо ж Донна, зажуривши всіх,&lt;br /&gt;</w:t>
        <w:br/>
        <w:t>Крізь вас вселилась в інше гарне тіло?&lt;br /&gt;</w:t>
        <w:br/>
        <w:t>CCCXXXVI&lt;br /&gt;</w:t>
        <w:br/>
        <w:t>Поетові здається, ніби його донна&lt;br /&gt;</w:t>
        <w:br/>
        <w:t>і досі жива&lt;br /&gt;</w:t>
        <w:br/>
        <w:t>Лелію завше у душі моїй&lt;br /&gt;</w:t>
        <w:br/>
        <w:t>Ту, хто у Лету, знаю я, не кане.&lt;br /&gt;</w:t>
        <w:br/>
        <w:t>Я бачу знов її в красі пишання,&lt;br /&gt;</w:t>
        <w:br/>
        <w:t>Ще й на зорі світання осяйній.&lt;br /&gt;</w:t>
        <w:br/>
        <w:t>Як вперше, все таке хороше в ній,&lt;br /&gt;</w:t>
        <w:br/>
        <w:t>Ловлю в лиці вітання ненастанно,&lt;br /&gt;</w:t>
        <w:br/>
        <w:t>Кричу: "Жива і жить не перестане!"&lt;br /&gt;</w:t>
        <w:br/>
        <w:t>Ось відповідь почую з уст, постій.&lt;br /&gt;</w:t>
        <w:br/>
        <w:t>Відповіла, а то й мовчить. І ось ми&lt;br /&gt;</w:t>
        <w:br/>
        <w:t>Із серцем, іззирнувшись непомітно,&lt;br /&gt;</w:t>
        <w:br/>
        <w:t>Зітхаємо: нас обмануло диво!&lt;br /&gt;</w:t>
        <w:br/>
        <w:t>У літо тисяча і триста сорок восьме,&lt;br /&gt;</w:t>
        <w:br/>
        <w:t>В годину першу, шостого дня квітня,&lt;br /&gt;</w:t>
        <w:br/>
        <w:t>Заснула поміж нас душа щаслива.&lt;br /&gt;</w:t>
        <w:br/>
        <w:t>СССХХХУІІ&lt;br /&gt;</w:t>
        <w:br/>
        <w:t>Алегоричний апофеоз&lt;br /&gt;</w:t>
        <w:br/>
        <w:t>0 ти, кого багатством не здолає&lt;br /&gt;</w:t>
        <w:br/>
        <w:t>Пишновеличний і духмяний Схід&lt;br /&gt;</w:t>
        <w:br/>
        <w:t>1 ким і Захід мав би дорожить,&lt;br /&gt;</w:t>
        <w:br/>
        <w:t>Як скарбом, що такого більш немає.&lt;br /&gt;</w:t>
        <w:br/>
        <w:t>Мій любий Лавре, у твоїм розмаю&lt;br /&gt;</w:t>
        <w:br/>
        <w:t>Лишала врода, пал, любовна хіть.&lt;br /&gt;</w:t>
        <w:br/>
        <w:t>Сюди злітав спочити серед віт&lt;br /&gt;</w:t>
        <w:br/>
        <w:t>Владика благородний мого раю.&lt;br /&gt;</w:t>
        <w:br/>
        <w:t>І ось мені на долю випада&lt;br /&gt;</w:t>
        <w:br/>
        <w:t>Обрать тебе для помислів гнізда,&lt;br /&gt;</w:t>
        <w:br/>
        <w:t>Я був щасливий, хоч в тривозі сам.&lt;br /&gt;</w:t>
        <w:br/>
        <w:t>Яким же доскональством був цей храм!&lt;br /&gt;</w:t>
        <w:br/>
        <w:t>Тоді Господь, аби прикрасить небо,&lt;br /&gt;</w:t>
        <w:br/>
        <w:t>Тебе покликав і узяв до себе.&lt;br /&gt;</w:t>
        <w:br/>
        <w:t>СССХХХУІІІ&lt;br /&gt;</w:t>
        <w:br/>
        <w:t>Поетова донна знана лише&lt;br /&gt;</w:t>
        <w:br/>
        <w:t>небові і йому&lt;br /&gt;</w:t>
        <w:br/>
        <w:t>Задула ти, Кирпата, мій світець.&lt;br /&gt;</w:t>
        <w:br/>
        <w:t>Світ отемнів, кохати некрасиво,&lt;br /&gt;</w:t>
        <w:br/>
        <w:t>Красу і гожість нехтують спесиво.&lt;br /&gt;</w:t>
        <w:br/>
        <w:t>Я світом нуджу, я душею мрець.&lt;br /&gt;</w:t>
        <w:br/>
        <w:t>Добро в зневазі. Честі вже кінець.&lt;br /&gt;</w:t>
        <w:br/>
        <w:t>Всі дивляться, та й я, чомусь іскрива.&lt;br /&gt;</w:t>
        <w:br/>
        <w:t>Якщо нема зерна, чи ж буде добре мливо?&lt;br /&gt;</w:t>
        <w:br/>
        <w:t>Ведеш ти гру, який же з тебе грець?&lt;br /&gt;</w:t>
        <w:br/>
        <w:t>Земля, повітря, безбереге море&lt;br /&gt;</w:t>
        <w:br/>
        <w:t>Цей бренний рід людський іще оплачуть —&lt;br /&gt;</w:t>
        <w:br/>
        <w:t>Без квітів луки, перстень без рубіну.&lt;br /&gt;</w:t>
        <w:br/>
        <w:t>Чи знав же хто її в земну ще пору?&lt;br /&gt;</w:t>
        <w:br/>
        <w:t>З мук мліючи, я знав її, одначе,&lt;br /&gt;</w:t>
        <w:br/>
        <w:t>І небові віддав любов свою єдину.&lt;br /&gt;</w:t>
        <w:br/>
        <w:t>СССХХХІХ&lt;br /&gt;</w:t>
        <w:br/>
        <w:t>Поет засліплений Лауриною&lt;br /&gt;</w:t>
        <w:br/>
        <w:t>досконалістю&lt;br /&gt;</w:t>
        <w:br/>
        <w:t>Відколи небеса поширили мій зір,&lt;br /&gt;</w:t>
        <w:br/>
        <w:t>Відколи я навчивсь в Амура льоту,&lt;br /&gt;</w:t>
        <w:br/>
        <w:t>Я бачив, як влила свою ясоту&lt;br /&gt;</w:t>
        <w:br/>
        <w:t>У смертне сотворіння кожна з зір.&lt;br /&gt;</w:t>
        <w:br/>
        <w:t>Проте явив мені небавом світотвір&lt;br /&gt;</w:t>
        <w:br/>
        <w:t>Ще вищі, несмертельні вже чесноти,&lt;br /&gt;</w:t>
        <w:br/>
        <w:t>Такі, що їх нікому не збороти,&lt;br /&gt;</w:t>
        <w:br/>
        <w:t>Вони для мене недосяжний взір.&lt;br /&gt;</w:t>
        <w:br/>
        <w:t>Тому-то для тієї, що у Бога&lt;br /&gt;</w:t>
        <w:br/>
        <w:t>За мене просить, всі мої творіння&lt;br /&gt;</w:t>
        <w:br/>
        <w:t>З морського дна не винесли нічого.&lt;br /&gt;</w:t>
        <w:br/>
        <w:t>Перу моєму не хапає вміння,&lt;br /&gt;</w:t>
        <w:br/>
        <w:t>І той, у кого зір такий убогий,&lt;br /&gt;</w:t>
        <w:br/>
        <w:t>У Сонце втупившись, узріє лиш проміння.&lt;br /&gt;</w:t>
        <w:br/>
        <w:t>сссхь&lt;br /&gt;</w:t>
        <w:br/>
        <w:t>Поет просить Лауру втішити&lt;br /&gt;</w:t>
        <w:br/>
        <w:t>його уві сні&lt;br /&gt;</w:t>
        <w:br/>
        <w:t>Моя коштовна, дорога твердине,&lt;br /&gt;</w:t>
        <w:br/>
        <w:t>Тебе могила встигла загорнуть,&lt;br /&gt;</w:t>
        <w:br/>
        <w:t>Та небеса дали тобі приют,&lt;br /&gt;</w:t>
        <w:br/>
        <w:t>Прийди до мене, зболеної тіні!&lt;br /&gt;</w:t>
        <w:br/>
        <w:t>Являлася ти в сни мої донині,&lt;br /&gt;</w:t>
        <w:br/>
        <w:t>Та ось і цю ти занедбала путь.&lt;br /&gt;</w:t>
        <w:br/>
        <w:t>Чому б тобі на неї не вернуть?&lt;br /&gt;</w:t>
        <w:br/>
        <w:t>На небі-бо нема ні гніву, ні гордині,&lt;br /&gt;</w:t>
        <w:br/>
        <w:t>Що змушують у нас і добрі душі&lt;br /&gt;</w:t>
        <w:br/>
        <w:t>На муки любувати та катуші&lt;br /&gt;</w:t>
        <w:br/>
        <w:t>Чужі, цим зневажаючи Амура.&lt;br /&gt;</w:t>
        <w:br/>
        <w:t>Мене ти зриш. Поспівчувай мені,&lt;br /&gt;</w:t>
        <w:br/>
        <w:t>Потіш, не наяву, так уві сні,&lt;br /&gt;</w:t>
        <w:br/>
        <w:t>Прийди до мене у моїй зажурі.&lt;br /&gt;</w:t>
        <w:br/>
        <w:t>СССХІЛ&lt;br /&gt;</w:t>
        <w:br/>
        <w:t>Подяка донні за те, що вона&lt;br /&gt;</w:t>
        <w:br/>
        <w:t>одразу виконала поетову&lt;br /&gt;</w:t>
        <w:br/>
        <w:t>волю&lt;br /&gt;</w:t>
        <w:br/>
        <w:t>Чия душа це, янгол чий, як стій,&lt;br /&gt;</w:t>
        <w:br/>
        <w:t>До неба донесли мої квиління,&lt;br /&gt;</w:t>
        <w:br/>
        <w:t>Аби моя володарка єдина&lt;br /&gt;</w:t>
        <w:br/>
        <w:t>Являлася у благості своїй&lt;br /&gt;</w:t>
        <w:br/>
        <w:t>Біль гострий серця гамувати мій,&lt;br /&gt;</w:t>
        <w:br/>
        <w:t>Ісповнена добра і благостині?&lt;br /&gt;</w:t>
        <w:br/>
        <w:t>І я відчув: тепер я не загину,&lt;br /&gt;</w:t>
        <w:br/>
        <w:t>І жити став, а смерті дав відбій.&lt;br /&gt;</w:t>
        <w:br/>
        <w:t>Блаженна ти. Бо можеш дати щастя&lt;br /&gt;</w:t>
        <w:br/>
        <w:t>Видінням, словом, ніби ненароком&lt;br /&gt;</w:t>
        <w:br/>
        <w:t>Промовленим, розумним нам одним:&lt;br /&gt;</w:t>
        <w:br/>
        <w:t>"Хай тобі, друже, прикрим це не здасться.&lt;br /&gt;</w:t>
        <w:br/>
        <w:t>Для твого блага я була жорстока!"&lt;br /&gt;</w:t>
        <w:br/>
        <w:t>І сонце враз стає, і я із ним.&lt;br /&gt;</w:t>
        <w:br/>
        <w:t>СССХЇЛІ&lt;br /&gt;</w:t>
        <w:br/>
        <w:t>Як донна втішає поета&lt;br /&gt;</w:t>
        <w:br/>
        <w:t>Живлюся я поживою, якою&lt;br /&gt;</w:t>
        <w:br/>
        <w:t>Мене мій пан так щедро наділив:&lt;br /&gt;</w:t>
        <w:br/>
        <w:t>Скорботою, нахилком до планів,&lt;br /&gt;</w:t>
        <w:br/>
        <w:t>Жалем про те, що я зробив з собою.&lt;br /&gt;</w:t>
        <w:br/>
        <w:t>Вона ж приходить до мого покою,&lt;br /&gt;</w:t>
        <w:br/>
        <w:t>Як я лежу, безсилий, і з-під брів&lt;br /&gt;</w:t>
        <w:br/>
        <w:t>Лиш гляну (більшого б не смів!),&lt;br /&gt;</w:t>
        <w:br/>
        <w:t>Й сідає при моєму узголов'ю.&lt;br /&gt;</w:t>
        <w:br/>
        <w:t>І ось уже ласкавими перстами&lt;br /&gt;</w:t>
        <w:br/>
        <w:t>Мені втирає сльози і речами&lt;br /&gt;</w:t>
        <w:br/>
        <w:t>Дає надію на багато літ:&lt;br /&gt;</w:t>
        <w:br/>
        <w:t>"Мій друже, голосіння упини,&lt;br /&gt;</w:t>
        <w:br/>
        <w:t>Тебе зсушили вже всього вони!&lt;br /&gt;</w:t>
        <w:br/>
        <w:t>Я не вмирала, а тобі ще жить".&lt;br /&gt;</w:t>
        <w:br/>
        <w:t>СССХІЛИ&lt;br /&gt;</w:t>
        <w:br/>
        <w:t>Поетове життя підтримує&lt;br /&gt;</w:t>
        <w:br/>
        <w:t>Лаура&lt;br /&gt;</w:t>
        <w:br/>
        <w:t>На небі бачу ту, кого там славлять хори,&lt;br /&gt;</w:t>
        <w:br/>
        <w:t>Усмішку, голови злотистої уклін.&lt;br /&gt;</w:t>
        <w:br/>
        <w:t>І чую голосок — мене втішав би він,&lt;br /&gt;</w:t>
        <w:br/>
        <w:t>Якби не завдавав чимало горя,&lt;br /&gt;</w:t>
        <w:br/>
        <w:t>Й дивуюсь: я живу сьогодні, як і вчора,&lt;br /&gt;</w:t>
        <w:br/>
        <w:t>Хоча сконать багато мав причин.&lt;br /&gt;</w:t>
        <w:br/>
        <w:t>Рятують сходини на кілька тих хвилин&lt;br /&gt;</w:t>
        <w:br/>
        <w:t>Спасенних, як зоряється Аврора.&lt;br /&gt;</w:t>
        <w:br/>
        <w:t>Яка вона тоді уважна та ласкава,&lt;br /&gt;</w:t>
        <w:br/>
        <w:t>Як слухає мої вже без обави&lt;br /&gt;</w:t>
        <w:br/>
        <w:t>Повістки про любовні всі мороки!&lt;br /&gt;</w:t>
        <w:br/>
        <w:t>Та тільки небо запала над нами,&lt;br /&gt;</w:t>
        <w:br/>
        <w:t>Летить лиш їй відомими шляхами,&lt;br /&gt;</w:t>
        <w:br/>
        <w:t>1 очі мокрі в неї, як і щоки.&lt;br /&gt;</w:t>
        <w:br/>
        <w:t>СССХІЛУ&lt;br /&gt;</w:t>
        <w:br/>
        <w:t>Поет нарікає на біди,&lt;br /&gt;</w:t>
        <w:br/>
        <w:t>які ніяк його не відпускають&lt;br /&gt;</w:t>
        <w:br/>
        <w:t>Розкошами, надись, колись було&lt;br /&gt;</w:t>
        <w:br/>
        <w:t>Кохання — я того не знаю.&lt;br /&gt;</w:t>
        <w:br/>
        <w:t>Тепер я мов на вогнищі палаю,&lt;br /&gt;</w:t>
        <w:br/>
        <w:t>Тепер я знаю, в чому його зло.&lt;br /&gt;</w:t>
        <w:br/>
        <w:t>Земного світу честь, чиє ім'я як скло,&lt;br /&gt;</w:t>
        <w:br/>
        <w:t>Хто нині небо сяйвом сповиває,&lt;br /&gt;</w:t>
        <w:br/>
        <w:t>На час малий була для мене раєм,&lt;br /&gt;</w:t>
        <w:br/>
        <w:t>Гай-гай, це все було, та загуло.&lt;br /&gt;</w:t>
        <w:br/>
        <w:t>Забрала Смерть мою святу розраду,&lt;br /&gt;</w:t>
        <w:br/>
        <w:t>І туга душу їсть, немає гірш.&lt;br /&gt;</w:t>
        <w:br/>
        <w:t>То що ж, це до загину путь проста?&lt;br /&gt;</w:t>
        <w:br/>
        <w:t>Я плакав і співав. Тепер кульга без ладу,&lt;br /&gt;</w:t>
        <w:br/>
        <w:t>Не корячись мені, упертий вірш.&lt;br /&gt;</w:t>
        <w:br/>
        <w:t>І болем очі зведені й уста.&lt;br /&gt;</w:t>
        <w:br/>
        <w:t>СССХЬУ&lt;br /&gt;</w:t>
        <w:br/>
        <w:t>Палінодія&lt;br /&gt;</w:t>
        <w:br/>
        <w:t>Кохання й біль штовхнули мій язик&lt;br /&gt;</w:t>
        <w:br/>
        <w:t>Ступити на неправедну дорогу:&lt;br /&gt;</w:t>
        <w:br/>
        <w:t>Мовляв, усе, що слухала небога, —&lt;br /&gt;</w:t>
        <w:br/>
        <w:t>Неправда, хоч її як правду рік.&lt;br /&gt;</w:t>
        <w:br/>
        <w:t>У тім, що муки не утишив лік,&lt;br /&gt;</w:t>
        <w:br/>
        <w:t>Що так вона й зосталась надто строга,&lt;br /&gt;</w:t>
        <w:br/>
        <w:t>Блаженну дорікать мені незмога:&lt;br /&gt;</w:t>
        <w:br/>
        <w:t>В моєму ж серці бути їй повік.&lt;br /&gt;</w:t>
        <w:br/>
        <w:t>Я сам собі біду свою вколишу,&lt;br /&gt;</w:t>
        <w:br/>
        <w:t>А їй уже не бачить цього аду,&lt;br /&gt;</w:t>
        <w:br/>
        <w:t>Щоб я тут сам умерти й жити міг.&lt;br /&gt;</w:t>
        <w:br/>
        <w:t>Тепер вона зробилась ще гарніша&lt;br /&gt;</w:t>
        <w:br/>
        <w:t>І там, у янгольському хорі, рада&lt;br /&gt;</w:t>
        <w:br/>
        <w:t>Сидіти біля Господевих ніг.&lt;br /&gt;</w:t>
        <w:br/>
        <w:t>сссхіла&lt;br /&gt;</w:t>
        <w:br/>
        <w:t>Лаурина поява в небесах&lt;br /&gt;</w:t>
        <w:br/>
        <w:t>Хор янголів і душ блаженних ряд&lt;br /&gt;</w:t>
        <w:br/>
        <w:t>Ясу їй воздавали невгомонно,&lt;br /&gt;</w:t>
        <w:br/>
        <w:t>Коли по сконі в перший день мадонна&lt;br /&gt;</w:t>
        <w:br/>
        <w:t>Вступила врешті у Небесний Град.&lt;br /&gt;</w:t>
        <w:br/>
        <w:t>Що це за світло, врода ця без вад?&lt;br /&gt;</w:t>
        <w:br/>
        <w:t>Ось хто носить заслужує корону!&lt;br /&gt;</w:t>
        <w:br/>
        <w:t>Ні в сьогоденні, ні во врем'я оно&lt;br /&gt;</w:t>
        <w:br/>
        <w:t>Не випадало нам таку вітать.&lt;br /&gt;</w:t>
        <w:br/>
        <w:t>Вона радіє цій новій оселі&lt;br /&gt;</w:t>
        <w:br/>
        <w:t>Серед обранців, з неба оглядає&lt;br /&gt;</w:t>
        <w:br/>
        <w:t>Плачу долину, горе світове.&lt;br /&gt;</w:t>
        <w:br/>
        <w:t>І, мариться, той погляд підганяє.&lt;br /&gt;</w:t>
        <w:br/>
        <w:t>Я борсаюсь, сумний і невеселий.&lt;br /&gt;</w:t>
        <w:br/>
        <w:t>"Поквапся!" — голос з вишини зове.&lt;br /&gt;</w:t>
        <w:br/>
        <w:t>СССХІЛ/ІІ&lt;br /&gt;</w:t>
        <w:br/>
        <w:t>Поет просить Лауру заступитися&lt;br /&gt;</w:t>
        <w:br/>
        <w:t>за нього перед Богом&lt;br /&gt;</w:t>
        <w:br/>
        <w:t>0 Донно, зі Всевишнім засідать&lt;br /&gt;</w:t>
        <w:br/>
        <w:t>Тебе на троні небо допустило.&lt;br /&gt;</w:t>
        <w:br/>
        <w:t>1 там земну твою красу і силу&lt;br /&gt;</w:t>
        <w:br/>
        <w:t>Оздоблюють не перла, не шарлат.&lt;br /&gt;</w:t>
        <w:br/>
        <w:t>Довкола тебе лиш жіноцька знать.&lt;br /&gt;</w:t>
        <w:br/>
        <w:t>І бачить Бог, кого ти полонила,&lt;br /&gt;</w:t>
        <w:br/>
        <w:t>Хто тобі вірний, скільки сліз й чорнила&lt;br /&gt;</w:t>
        <w:br/>
        <w:t>Він мусив за тобою проливать.&lt;br /&gt;</w:t>
        <w:br/>
        <w:t>Як моє серце тужить на землі,&lt;br /&gt;</w:t>
        <w:br/>
        <w:t>Тобі це добре видно і на небі,&lt;br /&gt;</w:t>
        <w:br/>
        <w:t>Як мрію про очей твоїх сонця.&lt;br /&gt;</w:t>
        <w:br/>
        <w:t>Щоб примирить розбіжності малі&lt;br /&gt;</w:t>
        <w:br/>
        <w:t>Між нами, попросить тобі лиш треба,&lt;br /&gt;</w:t>
        <w:br/>
        <w:t>Щоб був у вас якнайскоріше я.&lt;br /&gt;</w:t>
        <w:br/>
        <w:t>СССХІЛТІІ&lt;br /&gt;</w:t>
        <w:br/>
        <w:t>Перелік високих прикмет&lt;br /&gt;</w:t>
        <w:br/>
        <w:t>поетової донни&lt;br /&gt;</w:t>
        <w:br/>
        <w:t>Лице і зір, найгожіші з усіх,&lt;br /&gt;</w:t>
        <w:br/>
        <w:t>Які лишали будь-коли на світі,&lt;br /&gt;</w:t>
        <w:br/>
        <w:t>І коси, з сонячного жару литі,&lt;br /&gt;</w:t>
        <w:br/>
        <w:t>Солодка мова і солодкий сміх.&lt;br /&gt;</w:t>
        <w:br/>
        <w:t>Правиця, що зухвальців молодих&lt;br /&gt;</w:t>
        <w:br/>
        <w:t>Уміла враз Амуру підхилити,&lt;br /&gt;</w:t>
        <w:br/>
        <w:t>Приборкавши; і рухи пановиті&lt;br /&gt;</w:t>
        <w:br/>
        <w:t>Таких легесеньких і борзих ніг.&lt;br /&gt;</w:t>
        <w:br/>
        <w:t>Ви дух живили мій. Тепер вас улюбили&lt;br /&gt;</w:t>
        <w:br/>
        <w:t>Небесний цар і вісники крилаті.&lt;br /&gt;</w:t>
        <w:br/>
        <w:t>А я зостався тут, сліпий, безсилий.&lt;br /&gt;</w:t>
        <w:br/>
        <w:t>Одне ще мене може утішати:&lt;br /&gt;</w:t>
        <w:br/>
        <w:t>Та, до якої прикипів душею,&lt;br /&gt;</w:t>
        <w:br/>
        <w:t>Подбає, аби я злучився з нею.&lt;br /&gt;</w:t>
        <w:br/>
        <w:t>СССХЬІХ&lt;br /&gt;</w:t>
        <w:br/>
        <w:t>Поет бажає тільки смерті&lt;br /&gt;</w:t>
        <w:br/>
        <w:t>Нерідко мариться: до мене ось прийшов&lt;br /&gt;</w:t>
        <w:br/>
        <w:t>Від діви вісник, щоб до неї звати.&lt;br /&gt;</w:t>
        <w:br/>
        <w:t>Я ж тіло й душу заходивсь міняти,&lt;br /&gt;</w:t>
        <w:br/>
        <w:t>Щоб рятуватись від земних оков.&lt;br /&gt;</w:t>
        <w:br/>
        <w:t>Я сам себе не пізнаю немов.&lt;br /&gt;</w:t>
        <w:br/>
        <w:t>Зосталось днів мені тут небагато.&lt;br /&gt;</w:t>
        <w:br/>
        <w:t>Я радий був би знать відходу дату,&lt;br /&gt;</w:t>
        <w:br/>
        <w:t>Це близько, я вже чую явний зов.&lt;br /&gt;</w:t>
        <w:br/>
        <w:t>Блаженний день, коли свою тюрму,&lt;br /&gt;</w:t>
        <w:br/>
        <w:t>Розбивши вщент, я геть із себе скину&lt;br /&gt;</w:t>
        <w:br/>
        <w:t>Мою незграбну, зашкарублу плоть.&lt;br /&gt;</w:t>
        <w:br/>
        <w:t>Зоставивши земну позаду тьму,&lt;br /&gt;</w:t>
        <w:br/>
        <w:t>До променистих верховіть я злину,&lt;br /&gt;</w:t>
        <w:br/>
        <w:t>Де ждуть мене Мадонна і Господь.&lt;br /&gt;</w:t>
        <w:br/>
        <w:t>сссь&lt;br /&gt;</w:t>
        <w:br/>
        <w:t>Досконала врода поетової&lt;br /&gt;</w:t>
        <w:br/>
        <w:t>донни&lt;br /&gt;</w:t>
        <w:br/>
        <w:t>Крихка і нетривала благостиня,&lt;br /&gt;</w:t>
        <w:br/>
        <w:t>Яка у нас зоветься ліпота.&lt;br /&gt;</w:t>
        <w:br/>
        <w:t>І зроду ше її чудовна повнота&lt;br /&gt;</w:t>
        <w:br/>
        <w:t>Не втілювалась так в одній людині.&lt;br /&gt;</w:t>
        <w:br/>
        <w:t>Канон Природа поламала нині —&lt;br /&gt;</w:t>
        <w:br/>
        <w:t>На вроду іншим поскупилась та.&lt;br /&gt;</w:t>
        <w:br/>
        <w:t>(Хай ця моя невільна прямота&lt;br /&gt;</w:t>
        <w:br/>
        <w:t>Не угнівить вродливиць у країні!)&lt;br /&gt;</w:t>
        <w:br/>
        <w:t>Такої вроди нині чи колись&lt;br /&gt;</w:t>
        <w:br/>
        <w:t>Не знайдете, та ще у цьому світі,&lt;br /&gt;</w:t>
        <w:br/>
        <w:t>Подібному скоріше до Содому.&lt;br /&gt;</w:t>
        <w:br/>
        <w:t>Так рано відійшла. А я змінивсь,&lt;br /&gt;</w:t>
        <w:br/>
        <w:t>Аби могти під її сонцем жити,&lt;br /&gt;</w:t>
        <w:br/>
        <w:t>На радість цьому сяйву золотому.&lt;br /&gt;</w:t>
        <w:br/>
        <w:t>СССЬІ&lt;br /&gt;</w:t>
        <w:br/>
        <w:t>Поет визнає, якою спасенною&lt;br /&gt;</w:t>
        <w:br/>
        <w:t>була для нього суворість його&lt;br /&gt;</w:t>
        <w:br/>
        <w:t>донни&lt;br /&gt;</w:t>
        <w:br/>
        <w:t>М'яка суворість, стриманий відказ,&lt;br /&gt;</w:t>
        <w:br/>
        <w:t>Любові чистота і співчувати вміння,&lt;br /&gt;</w:t>
        <w:br/>
        <w:t>В зневазі гожа, а моє яріння&lt;br /&gt;</w:t>
        <w:br/>
        <w:t>Приборкать хтіла, можу впевнить вас.&lt;br /&gt;</w:t>
        <w:br/>
        <w:t>У мові чемність з гідністю сплелась;&lt;br /&gt;</w:t>
        <w:br/>
        <w:t>Чутливість; неуважності ні тіні;&lt;br /&gt;</w:t>
        <w:br/>
        <w:t>Квіт честі, ключ краси, шо неодмінно&lt;br /&gt;</w:t>
        <w:br/>
        <w:t>Жене з думок попутну всяку грязь.&lt;br /&gt;</w:t>
        <w:br/>
        <w:t>Цей бозкий погляд може ощасливить,&lt;br /&gt;</w:t>
        <w:br/>
        <w:t>То гордий, аби вичитать суворо,&lt;br /&gt;</w:t>
        <w:br/>
        <w:t>То бистрий — той, який підпомага.&lt;br /&gt;</w:t>
        <w:br/>
        <w:t>І ці чудові зміни і пориви&lt;br /&gt;</w:t>
        <w:br/>
        <w:t>Мені вказали, в чому саме корінь&lt;br /&gt;</w:t>
        <w:br/>
        <w:t>Рятунку, в котрім зсякла вся снага.&lt;br /&gt;</w:t>
        <w:br/>
        <w:t>СССІЛІ&lt;br /&gt;</w:t>
        <w:br/>
        <w:t>Лаурина кончина&lt;br /&gt;</w:t>
        <w:br/>
        <w:t>Щасливий дух, що посилати міг&lt;br /&gt;</w:t>
        <w:br/>
        <w:t>До мене зір, сліпучіший за промінь,&lt;br /&gt;</w:t>
        <w:br/>
        <w:t>Пісні рождаючи, з зітханнями при цьому, —&lt;br /&gt;</w:t>
        <w:br/>
        <w:t>Моя душа не забуває їх.&lt;br /&gt;</w:t>
        <w:br/>
        <w:t>Ти постаєш у видивах моїх&lt;br /&gt;</w:t>
        <w:br/>
        <w:t>Серед квіток, на пагорбі крутому, —&lt;br /&gt;</w:t>
        <w:br/>
        <w:t>Не дівчина, а янгол невідомий,&lt;br /&gt;</w:t>
        <w:br/>
        <w:t>Якого досі я зустріть не встиг.&lt;br /&gt;</w:t>
        <w:br/>
        <w:t>Та ось Творець позвав тебе до себе,&lt;br /&gt;</w:t>
        <w:br/>
        <w:t>І дух твій, плоть лишивши, відійшов,&lt;br /&gt;</w:t>
        <w:br/>
        <w:t>Аби засісти на святих облоках.&lt;br /&gt;</w:t>
        <w:br/>
        <w:t>Та за тобою вслід пішла Любов&lt;br /&gt;</w:t>
        <w:br/>
        <w:t>І Честь, і Сонце впало з неба,&lt;br /&gt;</w:t>
        <w:br/>
        <w:t>І Смерть зробилась не така й жорстока.&lt;br /&gt;</w:t>
        <w:br/>
        <w:t>СССЬНІ&lt;br /&gt;</w:t>
        <w:br/>
        <w:t>Пташці&lt;br /&gt;</w:t>
        <w:br/>
        <w:t>Чому співаєш, пташко, так нерадо,&lt;br /&gt;</w:t>
        <w:br/>
        <w:t>Вбиваючись за тим, чого нема, —&lt;br /&gt;</w:t>
        <w:br/>
        <w:t>Заходять, певно, ночі і зима,&lt;br /&gt;</w:t>
        <w:br/>
        <w:t>А теплі дні зосталися позаду?&lt;br /&gt;</w:t>
        <w:br/>
        <w:t>Узріла б, як тиняюсь я без ладу,&lt;br /&gt;</w:t>
        <w:br/>
        <w:t>Як я від горя несповна ума,&lt;br /&gt;</w:t>
        <w:br/>
        <w:t>На груди бідоласі ти б сама&lt;br /&gt;</w:t>
        <w:br/>
        <w:t>Спурхнула розділить мою досаду.&lt;br /&gt;</w:t>
        <w:br/>
        <w:t>Та випала нам доля не однака:&lt;br /&gt;</w:t>
        <w:br/>
        <w:t>Ти маєш, мабуть, за живою плакать,&lt;br /&gt;</w:t>
        <w:br/>
        <w:t>Для мене ж Смерть — ось пожадана річ.&lt;br /&gt;</w:t>
        <w:br/>
        <w:t>Все ж наша пам'ять хмурою порою&lt;br /&gt;</w:t>
        <w:br/>
        <w:t>Веліла нам повести між собою&lt;br /&gt;</w:t>
        <w:br/>
        <w:t>Розмову задушевну віч-у-віч.&lt;br /&gt;</w:t>
        <w:br/>
        <w:t>СССІЛУ&lt;br /&gt;</w:t>
        <w:br/>
        <w:t>Поет просить Амура допомогти&lt;br /&gt;</w:t>
        <w:br/>
        <w:t>йому славити Лауру&lt;br /&gt;</w:t>
        <w:br/>
        <w:t>Амуре, поможи писать не гірше&lt;br /&gt;</w:t>
        <w:br/>
        <w:t>Моєму вже ледачому перу,&lt;br /&gt;</w:t>
        <w:br/>
        <w:t>Піднести ту, кого боготворю,&lt;br /&gt;</w:t>
        <w:br/>
        <w:t>Рядки сльозами вдячними скропивши.&lt;br /&gt;</w:t>
        <w:br/>
        <w:t>Наснаж, мій пане, величальні вірші&lt;br /&gt;</w:t>
        <w:br/>
        <w:t>Тим полумінням, що я ним горю, —&lt;br /&gt;</w:t>
        <w:br/>
        <w:t>Краси такої й цноти не узрю&lt;br /&gt;</w:t>
        <w:br/>
        <w:t>На цій землі осиротілій більше.&lt;br /&gt;</w:t>
        <w:br/>
        <w:t>Він: "Те, що мав я вкупі з небесами,&lt;br /&gt;</w:t>
        <w:br/>
        <w:t>Містилося сповна в її душі, —&lt;br /&gt;</w:t>
        <w:br/>
        <w:t>Недарма я любив її за вдачу.&lt;br /&gt;</w:t>
        <w:br/>
        <w:t>Такої вроди від часів Адама&lt;br /&gt;</w:t>
        <w:br/>
        <w:t>Не бачив світ. І якщо сам я плачу,&lt;br /&gt;</w:t>
        <w:br/>
        <w:t>Скажу й тобі — ридаючи пиши".&lt;br /&gt;</w:t>
        <w:br/>
        <w:t>СССЬУ&lt;br /&gt;</w:t>
        <w:br/>
        <w:t>Повернення до Бога&lt;br /&gt;</w:t>
        <w:br/>
        <w:t>О часе, на баскому ти коні,&lt;br /&gt;</w:t>
        <w:br/>
        <w:t>Довірливим від тебе так немило!&lt;br /&gt;</w:t>
        <w:br/>
        <w:t>0 ви, прудкіші за вітри і стріли,&lt;br /&gt;</w:t>
        <w:br/>
        <w:t>Ісповнені брехні й облуди дні!&lt;br /&gt;</w:t>
        <w:br/>
        <w:t>Однак я вас не винувачу, ні,&lt;br /&gt;</w:t>
        <w:br/>
        <w:t>Природа розгорнула ваші крила,&lt;br /&gt;</w:t>
        <w:br/>
        <w:t>А мені очі, бідаку, розкрила,&lt;br /&gt;</w:t>
        <w:br/>
        <w:t>Щоб я себе побачив у багні.&lt;br /&gt;</w:t>
        <w:br/>
        <w:t>Назріла, аж кричить, давно спонука&lt;br /&gt;</w:t>
        <w:br/>
        <w:t>Вернутися в надійніший приплав,&lt;br /&gt;</w:t>
        <w:br/>
        <w:t>Інакше цього лиха не збороти.&lt;br /&gt;</w:t>
        <w:br/>
        <w:t>Амуре, не ярма твого, а муки&lt;br /&gt;</w:t>
        <w:br/>
        <w:t>Душа моя втіка, та й сам ти знав:&lt;br /&gt;</w:t>
        <w:br/>
        <w:t>Утверджується гартом лиш чеснота.&lt;br /&gt;</w:t>
        <w:br/>
        <w:t>СССЬУІ&lt;br /&gt;</w:t>
        <w:br/>
        <w:t>Поетові ввижається його донна&lt;br /&gt;</w:t>
        <w:br/>
        <w:t>Як часто в невеселий мій покій&lt;br /&gt;</w:t>
        <w:br/>
        <w:t>Честива віє аура Л аури,&lt;br /&gt;</w:t>
        <w:br/>
        <w:t>1 я берусь відкрить свою зажуру,&lt;br /&gt;</w:t>
        <w:br/>
        <w:t>Як я не смів сказати їй живій.&lt;br /&gt;</w:t>
        <w:br/>
        <w:t>Освідчуюсь в любовній муці їй,&lt;br /&gt;</w:t>
        <w:br/>
        <w:t>Спрямовуючи погляд ніжно-хмурий,&lt;br /&gt;</w:t>
        <w:br/>
        <w:t>Як добре дістається від Амура,&lt;br /&gt;</w:t>
        <w:br/>
        <w:t>Хоть він до мене не завжди лихий.&lt;br /&gt;</w:t>
        <w:br/>
        <w:t>Вона мовчить, блідава, і на мене&lt;br /&gt;</w:t>
        <w:br/>
        <w:t>Лише погляне і зітхне порою,&lt;br /&gt;</w:t>
        <w:br/>
        <w:t>І лик скрашає чистими сльозами.&lt;br /&gt;</w:t>
        <w:br/>
        <w:t>Моя душа, розтерзана, стражденна,&lt;br /&gt;</w:t>
        <w:br/>
        <w:t>Себе картає й плаче над собою,&lt;br /&gt;</w:t>
        <w:br/>
        <w:t>І, пробудившись, віднаходить тяму.&lt;br /&gt;</w:t>
        <w:br/>
        <w:t>СССІЛЧІ&lt;br /&gt;</w:t>
        <w:br/>
        <w:t>Поет зважується на смерть&lt;br /&gt;</w:t>
        <w:br/>
        <w:t>Мені здається, ніби сотні літ&lt;br /&gt;</w:t>
        <w:br/>
        <w:t>Попереду у мене провожата,&lt;br /&gt;</w:t>
        <w:br/>
        <w:t>За нею через доли й перекати&lt;br /&gt;</w:t>
        <w:br/>
        <w:t>Я поспішаю в інший, кращий світ.&lt;br /&gt;</w:t>
        <w:br/>
        <w:t>Не в змозі світу суєтного сіть&lt;br /&gt;</w:t>
        <w:br/>
        <w:t>Мене у цій дорозі упіймати,&lt;br /&gt;</w:t>
        <w:br/>
        <w:t>Бо в серці промінь світить її свято,&lt;br /&gt;</w:t>
        <w:br/>
        <w:t>І я зарікся втрати вже лічить.&lt;br /&gt;</w:t>
        <w:br/>
        <w:t>Година смертна не страшна для мене.&lt;br /&gt;</w:t>
        <w:br/>
        <w:t>Нехай приходить, я усе знесу:&lt;br /&gt;</w:t>
        <w:br/>
        <w:t>Господь страждав і нам усім велить.&lt;br /&gt;</w:t>
        <w:br/>
        <w:t>Бо смерть, ввійшовши в кожну її вену,&lt;br /&gt;</w:t>
        <w:br/>
        <w:t>Не замахнулась на таку красу.&lt;br /&gt;</w:t>
        <w:br/>
        <w:t>Ясного лику Діви не потьмить.&lt;br /&gt;</w:t>
        <w:br/>
        <w:t>сссілан&lt;br /&gt;</w:t>
        <w:br/>
        <w:t>Той самий сюжет&lt;br /&gt;</w:t>
        <w:br/>
        <w:t>Сумним не стане в смерті ніжний вид,&lt;br /&gt;</w:t>
        <w:br/>
        <w:t>Зате він смерті ніжність може дати.&lt;br /&gt;</w:t>
        <w:br/>
        <w:t>Бо хто ж мені поможе умирати?&lt;br /&gt;</w:t>
        <w:br/>
        <w:t>А та, кого судилося любить.&lt;br /&gt;</w:t>
        <w:br/>
        <w:t>Хто на хресті нас врятував од бід,&lt;br /&gt;</w:t>
        <w:br/>
        <w:t>Хто браму пекла скинув нам під п'яти,&lt;br /&gt;</w:t>
        <w:br/>
        <w:t>Благою смерть явив, не супостатом,&lt;br /&gt;</w:t>
        <w:br/>
        <w:t>Тож стріну я спокійно смертну мить.&lt;br /&gt;</w:t>
        <w:br/>
        <w:t>Поквапся, Смерте! Чом мене не звеш,&lt;br /&gt;</w:t>
        <w:br/>
        <w:t>Навіщо мені мука ця без меж, —&lt;br /&gt;</w:t>
        <w:br/>
        <w:t>Адже її взяла ти без загаю!&lt;br /&gt;</w:t>
        <w:br/>
        <w:t>Я неживий уже віддавна теж,&lt;br /&gt;</w:t>
        <w:br/>
        <w:t>Я нею жив, я з нею йду до краю,&lt;br /&gt;</w:t>
        <w:br/>
        <w:t>її стопою день переміряю.&lt;br /&gt;</w:t>
        <w:br/>
        <w:t>СССПХ&lt;br /&gt;</w:t>
        <w:br/>
        <w:t>Канцона&lt;br /&gt;</w:t>
        <w:br/>
        <w:t>Поет розмовляє уві сні зі своєю донною&lt;br /&gt;</w:t>
        <w:br/>
        <w:t>Коли моя підмога і затула,&lt;br /&gt;</w:t>
        <w:br/>
        <w:t>Щоб дух підняти в днини невеселі,&lt;br /&gt;</w:t>
        <w:br/>
        <w:t>Стоїть ліворуч при моїй постелі&lt;br /&gt;</w:t>
        <w:br/>
        <w:t>І промовляє лагідно і чуло,&lt;br /&gt;</w:t>
        <w:br/>
        <w:t>Я і собі, геть змучений, знебулий,&lt;br /&gt;</w:t>
        <w:br/>
        <w:t>Питаю: "Звідки ти, душе щаслива?"&lt;br /&gt;</w:t>
        <w:br/>
        <w:t>Вона ж відповідає неквапливо,&lt;br /&gt;</w:t>
        <w:br/>
        <w:t>Віть пальми й лавра тулячи до себе:&lt;br /&gt;</w:t>
        <w:br/>
        <w:t>"Сюди до тебе я зійшла із неба,&lt;br /&gt;</w:t>
        <w:br/>
        <w:t>Покинувши високі Емпіреї,&lt;br /&gt;</w:t>
        <w:br/>
        <w:t>Щоб рятувати од біди твоєї".&lt;br /&gt;</w:t>
        <w:br/>
        <w:t>Про вдячність мої зори говорили.&lt;br /&gt;</w:t>
        <w:br/>
        <w:t>"Ось тільки дивно, — я кажу, — мені,&lt;br /&gt;</w:t>
        <w:br/>
        <w:t>Що мене знають в вашій стороні".&lt;br /&gt;</w:t>
        <w:br/>
        <w:t>Вона на те: "Печальні хвилі&lt;br /&gt;</w:t>
        <w:br/>
        <w:t>Твого плачу і жалісливі квилі&lt;br /&gt;</w:t>
        <w:br/>
        <w:t>Сягали аж туди, в небесний град.&lt;br /&gt;</w:t>
        <w:br/>
        <w:t>Виходить, ти не рад,&lt;br /&gt;</w:t>
        <w:br/>
        <w:t>Що я у Матки Божої приполі&lt;br /&gt;</w:t>
        <w:br/>
        <w:t>Щаслива, як ніколи?&lt;br /&gt;</w:t>
        <w:br/>
        <w:t>Аби ж ти справді міг мене любить,&lt;br /&gt;</w:t>
        <w:br/>
        <w:t>Як це показують твої слова і вид".&lt;br /&gt;</w:t>
        <w:br/>
        <w:t>"Ба, я не скаржусь, коли щось не йде,&lt;br /&gt;</w:t>
        <w:br/>
        <w:t>Зате недолю маю право клять я.&lt;br /&gt;</w:t>
        <w:br/>
        <w:t>Та вірю у твоє я внебовзяття,&lt;br /&gt;</w:t>
        <w:br/>
        <w:t>Як ніби сам я бачив диво те;&lt;br /&gt;</w:t>
        <w:br/>
        <w:t>Бог і Природа в серце молоде&lt;br /&gt;</w:t>
        <w:br/>
        <w:t>Не внесли б так багато благодаті,&lt;br /&gt;</w:t>
        <w:br/>
        <w:t>Якби не рачили тебе вважати,&lt;br /&gt;</w:t>
        <w:br/>
        <w:t>Що ти достойна вічного спасіння, —&lt;br /&gt;</w:t>
        <w:br/>
        <w:t>Душа, всім на радіння,&lt;br /&gt;</w:t>
        <w:br/>
        <w:t>Недавно ти жила ще серед нас&lt;br /&gt;</w:t>
        <w:br/>
        <w:t>І в небо вознеслась в урочий час.&lt;br /&gt;</w:t>
        <w:br/>
        <w:t>Без тебе і життя мені нема,&lt;br /&gt;</w:t>
        <w:br/>
        <w:t>І світу за слізьми уже не видко.&lt;br /&gt;</w:t>
        <w:br/>
        <w:t>Хай би мені погаснути в сповитку,&lt;br /&gt;</w:t>
        <w:br/>
        <w:t>Ніж мучитись тут муками всіма".&lt;br /&gt;</w:t>
        <w:br/>
        <w:t>На те вона: "Сумуєш ти дарма.&lt;br /&gt;</w:t>
        <w:br/>
        <w:t>А краще б ти, крилатий,&lt;br /&gt;</w:t>
        <w:br/>
        <w:t>Від суєти наважився тікати,&lt;br /&gt;</w:t>
        <w:br/>
        <w:t>Аби рішуче дать догану&lt;br /&gt;</w:t>
        <w:br/>
        <w:t>Цим схотінкам поганим,&lt;br /&gt;</w:t>
        <w:br/>
        <w:t>А потім і зі мною полетіть,&lt;br /&gt;</w:t>
        <w:br/>
        <w:t>Із двох одну собі узявши віть".&lt;br /&gt;</w:t>
        <w:br/>
        <w:t>"Хотів би я відказ почути твій,&lt;br /&gt;</w:t>
        <w:br/>
        <w:t>Що означа це віття?" А вона:&lt;br /&gt;</w:t>
        <w:br/>
        <w:t>"Та хто ж цього не зна?&lt;br /&gt;</w:t>
        <w:br/>
        <w:t>Хіба не ти її співець-хвалій?&lt;br /&gt;</w:t>
        <w:br/>
        <w:t>Звитяга — пальма. Верх був мій&lt;br /&gt;</w:t>
        <w:br/>
        <w:t>Над цілим світом і собою.&lt;br /&gt;</w:t>
        <w:br/>
        <w:t>А лавр — тріумф. І, певне, мною&lt;br /&gt;</w:t>
        <w:br/>
        <w:t>Заслужений. Господь Бог і тобі&lt;br /&gt;</w:t>
        <w:br/>
        <w:t>З гріхами в боротьбі&lt;br /&gt;</w:t>
        <w:br/>
        <w:t>Підможе, тільки покладись на нього,&lt;br /&gt;</w:t>
        <w:br/>
        <w:t>І ми зійдемось за земним порогом".&lt;br /&gt;</w:t>
        <w:br/>
        <w:t>"Невже я бачу наяву ці очі,&lt;br /&gt;</w:t>
        <w:br/>
        <w:t>Мов ті сонця, й ті самі коси,&lt;br /&gt;</w:t>
        <w:br/>
        <w:t>Що їхні чари наді мою й досі?" —&lt;br /&gt;</w:t>
        <w:br/>
        <w:t>"Чому чуткам ти віриш так охоче?&lt;br /&gt;</w:t>
        <w:br/>
        <w:t>Тепер живу я у краю урочім&lt;br /&gt;</w:t>
        <w:br/>
        <w:t>Безтільна, — тіло узяла земля.&lt;br /&gt;</w:t>
        <w:br/>
        <w:t>І ось тобі являюсь я&lt;br /&gt;</w:t>
        <w:br/>
        <w:t>Такою, щоб зуміла побороти&lt;br /&gt;</w:t>
        <w:br/>
        <w:t>Твою невтішну по мені скорботу&lt;br /&gt;</w:t>
        <w:br/>
        <w:t>І, стоячи отак в красі усій,&lt;br /&gt;</w:t>
        <w:br/>
        <w:t>Вбезпечила рятунок твій і свій".&lt;br /&gt;</w:t>
        <w:br/>
        <w:t>Тут я заплакав. А вона&lt;br /&gt;</w:t>
        <w:br/>
        <w:t>Втирає мені сльози шматом бганим,&lt;br /&gt;</w:t>
        <w:br/>
        <w:t>І знов лунають голосні догани —&lt;br /&gt;</w:t>
        <w:br/>
        <w:t>Від них і камінь розсадився он.&lt;br /&gt;</w:t>
        <w:br/>
        <w:t>Відтак пропала. І пропав і сон.&lt;br /&gt;</w:t>
        <w:br/>
        <w:t>СССЬХІ&lt;br /&gt;</w:t>
        <w:br/>
        <w:t>Старість&lt;br /&gt;</w:t>
        <w:br/>
        <w:t>Мені нерідко кажуть дзеркала:&lt;br /&gt;</w:t>
        <w:br/>
        <w:t>"Твій вид змарнілий, підупаде тіло,&lt;br /&gt;</w:t>
        <w:br/>
        <w:t>Немає сприту, сила знемощіла.&lt;br /&gt;</w:t>
        <w:br/>
        <w:t>Пора признатись: старість налягла".&lt;br /&gt;</w:t>
        <w:br/>
        <w:t>Природа як руйнує, то дотла.&lt;br /&gt;</w:t>
        <w:br/>
        <w:t>Перемагати час нам не під силу.&lt;br /&gt;</w:t>
        <w:br/>
        <w:t>І як вода вогонь погасить вміло,&lt;br /&gt;</w:t>
        <w:br/>
        <w:t>Так від цих слів спаде і сонна мла.&lt;br /&gt;</w:t>
        <w:br/>
        <w:t>Я добре бачу, як життя мина,&lt;br /&gt;</w:t>
        <w:br/>
        <w:t>Що нам дається раз, один-єдиний,&lt;br /&gt;</w:t>
        <w:br/>
        <w:t>1 чую в своїм серці слово щире&lt;br /&gt;</w:t>
        <w:br/>
        <w:t>Тієї, що жила завжди одна,&lt;br /&gt;</w:t>
        <w:br/>
        <w:t>А нині, вставши з праху, гордо лине,&lt;br /&gt;</w:t>
        <w:br/>
        <w:t>Преславна, як ніхто, в небеснім ширі.&lt;br /&gt;</w:t>
        <w:br/>
        <w:t>СССЬХН&lt;br /&gt;</w:t>
        <w:br/>
        <w:t>Поет сподівається скоро&lt;br /&gt;</w:t>
        <w:br/>
        <w:t>покинути землю ради&lt;br /&gt;</w:t>
        <w:br/>
        <w:t>неба&lt;br /&gt;</w:t>
        <w:br/>
        <w:t>Нерідко в небеса на крилах мрії&lt;br /&gt;</w:t>
        <w:br/>
        <w:t>Утішно так заноситись мені,&lt;br /&gt;</w:t>
        <w:br/>
        <w:t>Щоб там набуть, злетівши впорожні,&lt;br /&gt;</w:t>
        <w:br/>
        <w:t>Скарб, що дорожчий над блага земнії.&lt;br /&gt;</w:t>
        <w:br/>
        <w:t>І серце мре в солодкій веремії,&lt;br /&gt;</w:t>
        <w:br/>
        <w:t>А та, перед якою я в огні,&lt;br /&gt;</w:t>
        <w:br/>
        <w:t>Мені говорить: "Ти не згинеш, ні,&lt;br /&gt;</w:t>
        <w:br/>
        <w:t>За тебе, друже, я тепер радію".&lt;br /&gt;</w:t>
        <w:br/>
        <w:t>Веде мене вона до Пана Бога:&lt;br /&gt;</w:t>
        <w:br/>
        <w:t>Чим не нагода ревно помолиться,&lt;br /&gt;</w:t>
        <w:br/>
        <w:t>Аби дав дозвіл зріть обидва лики.&lt;br /&gt;</w:t>
        <w:br/>
        <w:t>А він на те: "Тебе чека дорога&lt;br /&gt;</w:t>
        <w:br/>
        <w:t>Завдовжки, мабуть, років двадцять-тридцять.&lt;br /&gt;</w:t>
        <w:br/>
        <w:t>І не сумуй: цей термін невеликий".&lt;br /&gt;</w:t>
        <w:br/>
        <w:t>СССЬХІІІ&lt;br /&gt;</w:t>
        <w:br/>
        <w:t>Повернення до Бога&lt;br /&gt;</w:t>
        <w:br/>
        <w:t>Смерть погасила сонце — можна оку&lt;br /&gt;</w:t>
        <w:br/>
        <w:t>Не сліпнути в сліпучих парусах,&lt;br /&gt;</w:t>
        <w:br/>
        <w:t>Та, хто жар-крига, обернулась в прах,&lt;br /&gt;</w:t>
        <w:br/>
        <w:t>Усох мій лавр і поступився дроку.&lt;br /&gt;</w:t>
        <w:br/>
        <w:t>Є в цьому радість і якась морока.&lt;br /&gt;</w:t>
        <w:br/>
        <w:t>Думки зухвалі і панічний страх&lt;br /&gt;</w:t>
        <w:br/>
        <w:t>Минулися, живець надій зачах,&lt;br /&gt;</w:t>
        <w:br/>
        <w:t>І почуваюсь я, як кажуть, ще нівроку.&lt;br /&gt;</w:t>
        <w:br/>
        <w:t>Від тої, хто і ранить, і зцілить,&lt;br /&gt;</w:t>
        <w:br/>
        <w:t>Я вирвався і став самим собою,&lt;br /&gt;</w:t>
        <w:br/>
        <w:t>На радість і печаль мою велику.&lt;br /&gt;</w:t>
        <w:br/>
        <w:t>На світі я набувсь, хоч це не пересит,&lt;br /&gt;</w:t>
        <w:br/>
        <w:t>Тому й вертаюсь до свого Владики,&lt;br /&gt;</w:t>
        <w:br/>
        <w:t>Що може небо двигати бровою.&lt;br /&gt;</w:t>
        <w:br/>
        <w:t>СССЬХГУ&lt;br /&gt;</w:t>
        <w:br/>
        <w:t>Поет докоряє собі за те,&lt;br /&gt;</w:t>
        <w:br/>
        <w:t>що змарнував стільки років&lt;br /&gt;</w:t>
        <w:br/>
        <w:t>В Амура двадцять літ, як я на ретязку,&lt;br /&gt;</w:t>
        <w:br/>
        <w:t>Веселий у вогні і без сльози у горі,&lt;br /&gt;</w:t>
        <w:br/>
        <w:t>Коли ж вона пішла в надгоряні простори,&lt;br /&gt;</w:t>
        <w:br/>
        <w:t>Терплю десятий рік біду тяжку.&lt;br /&gt;</w:t>
        <w:br/>
        <w:t>Гріховну чашу випивши гірку&lt;br /&gt;</w:t>
        <w:br/>
        <w:t>Життя такого, падаю від змори,&lt;br /&gt;</w:t>
        <w:br/>
        <w:t>Добра шукаю, Бог же прийде скоро&lt;br /&gt;</w:t>
        <w:br/>
        <w:t>До того, хто спіткнувся на віку.&lt;br /&gt;</w:t>
        <w:br/>
        <w:t>Стид і ганьба. Життя моє пусте&lt;br /&gt;</w:t>
        <w:br/>
        <w:t>З якої не поглянеш сторони.&lt;br /&gt;</w:t>
        <w:br/>
        <w:t>А мої друзі, де тепер єсьте?&lt;br /&gt;</w:t>
        <w:br/>
        <w:t>Тебе я кличу, Боже, пом'яни,&lt;br /&gt;</w:t>
        <w:br/>
        <w:t>Що я в твоїй тюрмі, й прости хоча б за те,&lt;br /&gt;</w:t>
        <w:br/>
        <w:t>Що я прийшов признатись до вини.&lt;br /&gt;</w:t>
        <w:br/>
        <w:t>СССЬХУ&lt;br /&gt;</w:t>
        <w:br/>
        <w:t>Каяття&lt;br /&gt;</w:t>
        <w:br/>
        <w:t>Кляну в сльозах свої минулі дні,&lt;br /&gt;</w:t>
        <w:br/>
        <w:t>Коли я покохав земну істоту,&lt;br /&gt;</w:t>
        <w:br/>
        <w:t>Крилатий, я літать не мав охоти,&lt;br /&gt;</w:t>
        <w:br/>
        <w:t>Тож по собі лишив сліди дрібні.&lt;br /&gt;</w:t>
        <w:br/>
        <w:t>Ти ж бачиш, на якім тепер я дні.&lt;br /&gt;</w:t>
        <w:br/>
        <w:t>Небесний Царю, ти благий був доти,&lt;br /&gt;</w:t>
        <w:br/>
        <w:t>Яви мені ще раз свою щедроту,&lt;br /&gt;</w:t>
        <w:br/>
        <w:t>Дай змогу відпокутувать мені.&lt;br /&gt;</w:t>
        <w:br/>
        <w:t>Хай не лишусь у бурі й боротьбі,&lt;br /&gt;</w:t>
        <w:br/>
        <w:t>А з миром відійду. Як і не жити,&lt;br /&gt;</w:t>
        <w:br/>
        <w:t>То можна очі гідно хоч склепити.&lt;br /&gt;</w:t>
        <w:br/>
        <w:t>Тож милість дай мені твою велику —&lt;br /&gt;</w:t>
        <w:br/>
        <w:t>Дожити гідно до скінчання віку.&lt;br /&gt;</w:t>
        <w:br/>
        <w:t>Усі мої надії лиш в тобі.</w:t>
      </w:r>
    </w:p>
    <w:p>
      <w:r>
        <w:br/>
        <w:t>ПРИМІТКИ&lt;br /&gt;</w:t>
        <w:br/>
        <w:t>І. Вступний сонет до "Канцоньєре" Петрарка написав тоді,&lt;br /&gt;</w:t>
        <w:br/>
        <w:t>коли вирішив відібрати частину італійських віршів до цієї збірки.&lt;br /&gt;</w:t>
        <w:br/>
        <w:t>НІ. Поет має на увазі 6 квітня — день Ісусової смерті на хресті.&lt;br /&gt;</w:t>
        <w:br/>
        <w:t>IV. Юпітерові Марс послав слугою — тобто утвердив благий&lt;br /&gt;</w:t>
        <w:br/>
        <w:t>вплив планети Юпітер над згубним впливом планети Марс.&lt;br /&gt;</w:t>
        <w:br/>
        <w:t>X. Юпітер-Гримій — це Папа Боніфацій VIII, який переслі-&lt;br /&gt;</w:t>
        <w:br/>
        <w:t>дував бунтівний рід Стефана Колонии.&lt;br /&gt;</w:t>
        <w:br/>
        <w:t>XXII. У цій секстині Петрарка обігрує метафору. Німфа Даф-&lt;br /&gt;</w:t>
        <w:br/>
        <w:t>на, тікаючи від закоханого у неї Аполлона, попросила свого бать-&lt;br /&gt;</w:t>
        <w:br/>
        <w:t>ка, бога річок Пенея, аби він допоміг їй уникнути обіймів бога&lt;br /&gt;</w:t>
        <w:br/>
        <w:t>Сонця, і тоді той обернув її в лаврину.&lt;br /&gt;</w:t>
        <w:br/>
        <w:t>XXVII. Благий король — французький король Філіп VI.&lt;br /&gt;</w:t>
        <w:br/>
        <w:t>Вінець — корона від Карла IV. Роги він обламає Багдадсько-&lt;br /&gt;</w:t>
        <w:br/>
        <w:t>му падишаху.&lt;br /&gt;</w:t>
        <w:br/>
        <w:t>Ревний служитель Бога — Папа Іоанн XXII.&lt;br /&gt;</w:t>
        <w:br/>
        <w:t>Ніжний агнець — Агнеса Колонна.&lt;br /&gt;</w:t>
        <w:br/>
        <w:t>XXXI. За тогочасною космогонією три зірки — це Місяць,&lt;br /&gt;</w:t>
        <w:br/>
        <w:t>Меркурій і Венера.&lt;br /&gt;</w:t>
        <w:br/>
        <w:t>П'ята сфера — це небо підступного Марса.&lt;br /&gt;</w:t>
        <w:br/>
        <w:t>ХЬ. Петрарка просив свого друга — Джакома чи Джованні&lt;br /&gt;</w:t>
        <w:br/>
        <w:t>Колонну надіслати йому рукопис для роботи над поемою "Аф-&lt;br /&gt;</w:t>
        <w:br/>
        <w:t>рика".&lt;br /&gt;</w:t>
        <w:br/>
        <w:t>Х1Л. За міфом, кузня Вулкана була в Монджібелло (вулкан&lt;br /&gt;</w:t>
        <w:br/>
        <w:t>Етна) або в Ліпарі.&lt;br /&gt;</w:t>
        <w:br/>
        <w:t>ХІЛІІ. Латони син — Феб, тобто сонце.&lt;br /&gt;</w:t>
        <w:br/>
        <w:t>ХЫУ. Тесалію заросив крівцею Юлій Цезар. А плакав він над&lt;br /&gt;</w:t>
        <w:br/>
        <w:t>головою чоловіка своєї доньки Юлії, якого стратив єгипетський&lt;br /&gt;</w:t>
        <w:br/>
        <w:t>цар Птоломей на догоду Цезарю.&lt;br /&gt;</w:t>
        <w:br/>
        <w:t>Пастух, що з пращі Голіята вбив... — Давид, який згодом,&lt;br /&gt;</w:t>
        <w:br/>
        <w:t>ставши царем, лив сльози над убитим своїм сином, так само як&lt;br /&gt;</w:t>
        <w:br/>
        <w:t>жалів царя Саула, полеглого від руки філістимлян.&lt;br /&gt;</w:t>
        <w:br/>
        <w:t>L1. Прудка утікачка — це німфа Дафна, і перетворилося її&lt;br /&gt;</w:t>
        <w:br/>
        <w:t>тіло в лаврове дерево. Старий, що відкидає тінь на все Марок-&lt;br /&gt;</w:t>
        <w:br/>
        <w:t>ко, — Атлант, обернений поглядом Медузи в однойменну гору.&lt;br /&gt;</w:t>
        <w:br/>
        <w:t>LUI. Сципіони — Брут Сципіон Африканський Старший&lt;br /&gt;</w:t>
        <w:br/>
        <w:t>(235—183 до н. е.) — римський полководець, розгромив війська&lt;br /&gt;</w:t>
        <w:br/>
        <w:t>Ганнібала; Фабрицій Сципіон Африканський Молодший (185—&lt;br /&gt;</w:t>
        <w:br/>
        <w:t>139 до н. е.) — римський полководець, зруйнував Карфаген під&lt;br /&gt;</w:t>
        <w:br/>
        <w:t>час Третьої Пунічної війни.&lt;br /&gt;</w:t>
        <w:br/>
        <w:t>Кай-Фабрицій — консул 282 року до н. е., воював з самнітами&lt;br /&gt;</w:t>
        <w:br/>
        <w:t>та Епіром.&lt;br /&gt;</w:t>
        <w:br/>
        <w:t>LVI1. За середньовічними уявленнями, Тиф і Євфрат брали&lt;br /&gt;</w:t>
        <w:br/>
        <w:t>витоки з одного джерела.&lt;br /&gt;</w:t>
        <w:br/>
        <w:t>LVIII. Аґапіт Колонна — рідний брат друзів Петрарчиних —&lt;br /&gt;</w:t>
        <w:br/>
        <w:t>кардинала Джованні та єпископа Джакома Колонии.&lt;br /&gt;</w:t>
        <w:br/>
        <w:t>LXVI. Воклюз — по-італійському valle chiusa (закрита долина).&lt;br /&gt;</w:t>
        <w:br/>
        <w:t>Вона закрита від "любовних вітрів".&lt;br /&gt;</w:t>
        <w:br/>
        <w:t>LXXVII, LXXV1II. Сонети пов'язані з портретом Лаури, який&lt;br /&gt;</w:t>
        <w:br/>
        <w:t>намалював для Петрарки сієнський маляр Сімоне Мартіні.&lt;br /&gt;</w:t>
        <w:br/>
        <w:t>ХС1І. Сонет написаний на смерть Чіна да Пістої, який був&lt;br /&gt;</w:t>
        <w:br/>
        <w:t>другом Дайте і поетом "дольче стіле нове".&lt;br /&gt;</w:t>
        <w:br/>
        <w:t>CVIII. Сеннуччо дель Бене — друг Петрарки, поет "солодкого&lt;br /&gt;</w:t>
        <w:br/>
        <w:t>нового стилю".&lt;br /&gt;</w:t>
        <w:br/>
        <w:t>CXXXV. Світло — схід. Фенікс — птах. Ключ студений у Гре-&lt;br /&gt;</w:t>
        <w:br/>
        <w:t>ції, про що розповідає Пліній.&lt;br /&gt;</w:t>
        <w:br/>
        <w:t>Два ключі на острові Фортуни — на Канарах.&lt;br /&gt;</w:t>
        <w:br/>
        <w:t>CXXXVT. Для Петрарки не Рим, а Авіньйон через захланність&lt;br /&gt;</w:t>
        <w:br/>
        <w:t>пап став недостойною столицею християнства.&lt;br /&gt;</w:t>
        <w:br/>
        <w:t>CXXXV1II. Нема еже Константина... Мається на увазі імпе-&lt;br /&gt;</w:t>
        <w:br/>
        <w:t>ратор Константин (274—337), який зробив християнство держав-&lt;br /&gt;</w:t>
        <w:br/>
        <w:t>ною релігією і тим самим сприяв збагаченню церкви.&lt;br /&gt;</w:t>
        <w:br/>
        <w:t>CLXXVII. Третя сфера, трете небо — небо Венери, куди лю-&lt;br /&gt;</w:t>
        <w:br/>
        <w:t>бов підносить живими своїх підданців.&lt;br /&gt;</w:t>
        <w:br/>
        <w:t>CLXXXVI. Егіст убив Агамемнона після повернення того з&lt;br /&gt;</w:t>
        <w:br/>
        <w:t>Троянської війни, змовившись з Агамемноновою дружиною Клі-&lt;br /&gt;</w:t>
        <w:br/>
        <w:t>темнестрою.&lt;br /&gt;</w:t>
        <w:br/>
        <w:t>CLXXXVI І. Пастух — Вергілій, автор "Буколік".&lt;br /&gt;</w:t>
        <w:br/>
        <w:t>СХС. Лань — Лаура. Вона постає поетові між двох річок —&lt;br /&gt;</w:t>
        <w:br/>
        <w:t>Соргою і Дюрансою (або Роною).&lt;br /&gt;</w:t>
        <w:br/>
        <w:t>CCXXV. Паріс викрав зі Спарти Єлену, що спричинило Тро-&lt;br /&gt;</w:t>
        <w:br/>
        <w:t>янську війну.&lt;br /&gt;</w:t>
        <w:br/>
        <w:t>Автомедонт — Ахіллів візничий.&lt;br /&gt;</w:t>
        <w:br/>
        <w:t>Тифій — стерник аргонавтів.&lt;br /&gt;</w:t>
        <w:br/>
        <w:t>ССХХХІІ. Александр Великий, за свідченням Плінія, дозво-&lt;br /&gt;</w:t>
        <w:br/>
        <w:t>лив лиш кільком художникам робити своє зображення — Апел-&lt;br /&gt;</w:t>
        <w:br/>
        <w:t>лесу в малярстві, Лісіппу — в скульптурі.&lt;br /&gt;</w:t>
        <w:br/>
        <w:t>Тадей — один із семи царів, що воював проти Теб. У сутичці&lt;br /&gt;</w:t>
        <w:br/>
        <w:t>з Месалілпом, уже помираючи, все ще гриз йому голову.&lt;br /&gt;</w:t>
        <w:br/>
        <w:t>Сулла — римський диктатор.&lt;br /&gt;</w:t>
        <w:br/>
        <w:t>Римський цезар Валентиніан умер від нападу люті під час&lt;br /&gt;</w:t>
        <w:br/>
        <w:t>прийняття послів.&lt;br /&gt;</w:t>
        <w:br/>
        <w:t>Аякс — герой грецького табору під Троєю, кинувся на меч,&lt;br /&gt;</w:t>
        <w:br/>
        <w:t>ображений тим, що Ахіллів обладунок дістався не йому.&lt;br /&gt;</w:t>
        <w:br/>
        <w:t>ССХС1. Титон — за грецькою міфологією, коханий Еос, на&lt;br /&gt;</w:t>
        <w:br/>
        <w:t>прохання якої Зевс зробив Титона безсмертним, але богиня за-&lt;br /&gt;</w:t>
        <w:br/>
        <w:t>була попросити для нього вічної молодості, і Титон обернувся у&lt;br /&gt;</w:t>
        <w:br/>
        <w:t>хирявого старика-невмираку.&lt;br /&gt;</w:t>
        <w:br/>
        <w:t>СССХ. Прокна і Філомена — царівни-сестри, обернені у пта-&lt;br /&gt;</w:t>
        <w:br/>
        <w:t>хів: ластівку і солов'я.&lt;br /&gt;</w:t>
        <w:br/>
        <w:t>CCCXV11I. Калліопа — муза епічної поезії.&lt;br /&gt;</w:t>
        <w:br/>
        <w:t>Евтерпа — муза ліричної поезії.&lt;br /&gt;</w:t>
        <w:br/>
        <w:t>Згадані у книзі латинські назви:&lt;br /&gt;</w:t>
        <w:br/>
        <w:t>Rerum vulgarium fragmenta ("Вірші людовою мовою")&lt;br /&gt;</w:t>
        <w:br/>
        <w:t>Epystole metrice ("Віршовані послання" — збірка латинських&lt;br /&gt;</w:t>
        <w:br/>
        <w:t>листів)&lt;br /&gt;</w:t>
        <w:br/>
        <w:t>De vita solitaria ("Про самотнє життя" — трактат)&lt;br /&gt;</w:t>
        <w:br/>
        <w:t>Familiarium rerum libri ("Про справи повсякденні" — збірка&lt;br /&gt;</w:t>
        <w:br/>
        <w:t>латинських листів)&lt;br /&gt;</w:t>
        <w:br/>
        <w:t>De secreto conflicto curarum mearum ("Моя таємниця" — трак-&lt;br /&gt;</w:t>
        <w:br/>
        <w:t>тат)&lt;br /&gt;</w:t>
        <w:br/>
        <w:t>Rerum memorandarum libri ("Про достопам'ятні події" — трактат)&lt;br /&gt;</w:t>
        <w:br/>
        <w:t>Contra medicum quendam ("Проти лікаря" — інвектива)&lt;br /&gt;</w:t>
        <w:br/>
        <w:t>Itinerarium syriacum ("Сирійські подорожі")&lt;br /&gt;</w:t>
        <w:br/>
        <w:t>Senilium rerum libri ("Старечі справи" — збірка латинських&lt;br /&gt;</w:t>
        <w:br/>
        <w:t>листів)&lt;br /&gt;</w:t>
        <w:br/>
        <w:t>De remediis utriusque fortunae ("Засоби проти щасливої і зло-&lt;br /&gt;</w:t>
        <w:br/>
        <w:t>щасної долі" — трактат)&lt;br /&gt;</w:t>
        <w:br/>
        <w:t>De sui ipsius et multorum ignorantia ("Про своє і про чуже&lt;br /&gt;</w:t>
        <w:br/>
        <w:t>невігластво" — трактат)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пісень (Канцоньєре)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