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Княжа Україна (збірка)</w:t>
      </w:r>
    </w:p>
    <w:p>
      <w:r>
        <w:br/>
        <w:t xml:space="preserve"> Олександр Олесь</w:t>
      </w:r>
    </w:p>
    <w:p>
      <w:r>
        <w:br/>
        <w:t>КНЯЖА УКРАЇНА</w:t>
      </w:r>
    </w:p>
    <w:p>
      <w:r>
        <w:br/>
        <w:t>ЗАСПІВ</w:t>
      </w:r>
    </w:p>
    <w:p>
      <w:r>
        <w:br/>
        <w:t>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 про минуле,&lt;br /&gt;</w:t>
        <w:br/>
        <w:t>Що вже мохом поросло,&lt;br /&gt;</w:t>
        <w:br/>
        <w:t>Що, нащадками забуте,&lt;br /&gt;</w:t>
        <w:br/>
        <w:t>За водою поплило.</w:t>
      </w:r>
    </w:p>
    <w:p>
      <w:r>
        <w:br/>
        <w:t>Перед вами стародавні&lt;br /&gt;</w:t>
        <w:br/>
        <w:t>Пройдуть хвилями часи,&lt;br /&gt;</w:t>
        <w:br/>
        <w:t>Із могил до вас озвуться&lt;br /&gt;</w:t>
        <w:br/>
        <w:t>Наших предків голоси.</w:t>
      </w:r>
    </w:p>
    <w:p>
      <w:r>
        <w:br/>
        <w:t>Наших предків, що блукали&lt;br /&gt;</w:t>
        <w:br/>
        <w:t>По страховищах-лісах,&lt;br /&gt;</w:t>
        <w:br/>
        <w:t>Що з природою змагались&lt;br /&gt;</w:t>
        <w:br/>
        <w:t>Тільки з вірою в серцях.</w:t>
      </w:r>
    </w:p>
    <w:p>
      <w:r>
        <w:br/>
        <w:t>Ах, тоді була живою&lt;br /&gt;</w:t>
        <w:br/>
        <w:t>Вся природа навкруги&lt;br /&gt;</w:t>
        <w:br/>
        <w:t>І людину оточали&lt;br /&gt;</w:t>
        <w:br/>
        <w:t>Духи – друзі й вороги.</w:t>
      </w:r>
    </w:p>
    <w:p>
      <w:r>
        <w:br/>
        <w:t>У часи ті Бог великий&lt;br /&gt;</w:t>
        <w:br/>
        <w:t>Не ховавсь в небесній мглі,&lt;br /&gt;</w:t>
        <w:br/>
        <w:t>А усі боги родились&lt;br /&gt;</w:t>
        <w:br/>
        <w:t>І вмирали на землі.</w:t>
      </w:r>
    </w:p>
    <w:p>
      <w:r>
        <w:br/>
        <w:t>Рано вдосвіта на сході&lt;br /&gt;</w:t>
        <w:br/>
        <w:t>Прокидавсь ясний Дажбог&lt;br /&gt;</w:t>
        <w:br/>
        <w:t>І ходив-блукав до ночі&lt;br /&gt;</w:t>
        <w:br/>
        <w:t>Синім степом без дорог.</w:t>
      </w:r>
    </w:p>
    <w:p>
      <w:r>
        <w:br/>
        <w:t>По зелених пишних луках&lt;br /&gt;</w:t>
        <w:br/>
        <w:t>Волос пас овець гладких,&lt;br /&gt;</w:t>
        <w:br/>
        <w:t>Грів їх вовною м’якою,&lt;br /&gt;</w:t>
        <w:br/>
        <w:t>Одганяв вовків від них.</w:t>
      </w:r>
    </w:p>
    <w:p>
      <w:r>
        <w:br/>
        <w:t>Над дрімучими лісами,&lt;br /&gt;</w:t>
        <w:br/>
        <w:t>По пустелі степовій&lt;br /&gt;</w:t>
        <w:br/>
        <w:t>Бог Стрибог літав на крилах,&lt;br /&gt;</w:t>
        <w:br/>
        <w:t>Грав на кобзі золотій.</w:t>
      </w:r>
    </w:p>
    <w:p>
      <w:r>
        <w:br/>
        <w:t>Бог Перун на чорних хмарах&lt;br /&gt;</w:t>
        <w:br/>
        <w:t>Вічно землю об’їздив,&lt;br /&gt;</w:t>
        <w:br/>
        <w:t>Часом плакав, як дитина,&lt;br /&gt;</w:t>
        <w:br/>
        <w:t>Часом сурмами будив.</w:t>
      </w:r>
    </w:p>
    <w:p>
      <w:r>
        <w:br/>
        <w:t>Часом гнівом його серце&lt;br /&gt;</w:t>
        <w:br/>
        <w:t>Наливалось, як огнем:&lt;br /&gt;</w:t>
        <w:br/>
        <w:t>Левом він ревів з-під неба&lt;br /&gt;</w:t>
        <w:br/>
        <w:t>І погрожував мечем.</w:t>
      </w:r>
    </w:p>
    <w:p>
      <w:r>
        <w:br/>
        <w:t>А в річках жили русалки,&lt;br /&gt;</w:t>
        <w:br/>
        <w:t>Хапуни-водяники,&lt;br /&gt;</w:t>
        <w:br/>
        <w:t>Лісовик свистів у лісі,&lt;br /&gt;</w:t>
        <w:br/>
        <w:t>І сміялися мавки.</w:t>
      </w:r>
    </w:p>
    <w:p>
      <w:r>
        <w:br/>
        <w:t>Треба добре було знати&lt;br /&gt;</w:t>
        <w:br/>
        <w:t>Душі всіх богів земних,&lt;br /&gt;</w:t>
        <w:br/>
        <w:t>То коритись, то змагатись,&lt;br /&gt;</w:t>
        <w:br/>
        <w:t>То просити ласки в них.</w:t>
      </w:r>
    </w:p>
    <w:p>
      <w:r>
        <w:br/>
        <w:t>І змагалася людина,&lt;br /&gt;</w:t>
        <w:br/>
        <w:t>В вперед невпинно йшла,&lt;br /&gt;</w:t>
        <w:br/>
        <w:t>Де ясним промінням-цвітом&lt;br /&gt;</w:t>
        <w:br/>
        <w:t>Дивна папороть цвіла…</w:t>
      </w:r>
    </w:p>
    <w:p>
      <w:r>
        <w:br/>
        <w:t>…Заспіваю нам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вам, як на горах&lt;br /&gt;</w:t>
        <w:br/>
        <w:t>Ставний Київ наш постав,&lt;br /&gt;</w:t>
        <w:br/>
        <w:t>Як він жив і розвивався,&lt;br /&gt;</w:t>
        <w:br/>
        <w:t>Як столицею він став.</w:t>
      </w:r>
    </w:p>
    <w:p>
      <w:r>
        <w:br/>
        <w:t>Хто й коли у нього княжив&lt;br /&gt;</w:t>
        <w:br/>
        <w:t>І в який ходив поход,&lt;br /&gt;</w:t>
        <w:br/>
        <w:t>Хто боровсь за Україну,&lt;br /&gt;</w:t>
        <w:br/>
        <w:t>За державність, за народ.</w:t>
      </w:r>
    </w:p>
    <w:p>
      <w:r>
        <w:br/>
        <w:t>Розкажу вам, як боролись&lt;br /&gt;</w:t>
        <w:br/>
        <w:t>Наші прадіди колись,&lt;br /&gt;</w:t>
        <w:br/>
        <w:t>Як за щастя України&lt;br /&gt;</w:t>
        <w:br/>
        <w:t>Ріки крові розлились.</w:t>
      </w:r>
    </w:p>
    <w:p>
      <w:r>
        <w:br/>
        <w:t>Розкажу, чому і досі&lt;br /&gt;</w:t>
        <w:br/>
        <w:t>Чути стогони її&lt;br /&gt;</w:t>
        <w:br/>
        <w:t>І чому так довго в хмарах&lt;br /&gt;</w:t>
        <w:br/>
        <w:t>Сонце рідної землі…</w:t>
      </w:r>
    </w:p>
    <w:p>
      <w:r>
        <w:br/>
        <w:t>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УКРАЇНА В СТАРОВИНУ</w:t>
      </w:r>
    </w:p>
    <w:p>
      <w:r>
        <w:br/>
        <w:t>Ліс густий, дрімучий, темний,&lt;br /&gt;</w:t>
        <w:br/>
        <w:t>Споконвічний ліс росте,&lt;br /&gt;</w:t>
        <w:br/>
        <w:t>Не проб’ється навіть сонце&lt;br /&gt;</w:t>
        <w:br/>
        <w:t>Крізь гілля його густе.</w:t>
      </w:r>
    </w:p>
    <w:p>
      <w:r>
        <w:br/>
        <w:t>Велетенські граби, вільхи,&lt;br /&gt;</w:t>
        <w:br/>
        <w:t>Сосни, явори, дуби&lt;br /&gt;</w:t>
        <w:br/>
        <w:t>Раз в століття полягають&lt;br /&gt;</w:t>
        <w:br/>
        <w:t>Після віку боротьби.</w:t>
      </w:r>
    </w:p>
    <w:p>
      <w:r>
        <w:br/>
        <w:t>Де родились, там вмирають,&lt;br /&gt;</w:t>
        <w:br/>
        <w:t>Обертаються у тлінь,&lt;br /&gt;</w:t>
        <w:br/>
        <w:t>На могилах виростає&lt;br /&gt;</w:t>
        <w:br/>
        <w:t>Ряд наступних поколінь.</w:t>
      </w:r>
    </w:p>
    <w:p>
      <w:r>
        <w:br/>
        <w:t>По лісах шумлять потоки,&lt;br /&gt;</w:t>
        <w:br/>
        <w:t>Смарагдові від трави,&lt;br /&gt;</w:t>
        <w:br/>
        <w:t>Розпливаючись то в багна,&lt;br /&gt;</w:t>
        <w:br/>
        <w:t>То в озера, то в стави.</w:t>
      </w:r>
    </w:p>
    <w:p>
      <w:r>
        <w:br/>
        <w:t>По річках, озерах, багнах&lt;br /&gt;</w:t>
        <w:br/>
        <w:t>Вічний галас, вічний спів,&lt;br /&gt;</w:t>
        <w:br/>
        <w:t>Крик гусей, качок і чапель,&lt;br /&gt;</w:t>
        <w:br/>
        <w:t>Зойк чайок і журавлів.</w:t>
      </w:r>
    </w:p>
    <w:p>
      <w:r>
        <w:br/>
        <w:t>Лебедині білі зграї&lt;br /&gt;</w:t>
        <w:br/>
        <w:t>В небі хмарами летять,&lt;br /&gt;</w:t>
        <w:br/>
        <w:t>Навкруги орлині крила&lt;br /&gt;</w:t>
        <w:br/>
        <w:t>Гучно, хижо лопотять.</w:t>
      </w:r>
    </w:p>
    <w:p>
      <w:r>
        <w:br/>
        <w:t>Над струмком спинився олень,&lt;br /&gt;</w:t>
        <w:br/>
        <w:t>Прислухається, тремтить,&lt;br /&gt;</w:t>
        <w:br/>
        <w:t>Десь почув непевний шелест&lt;br /&gt;</w:t>
        <w:br/>
        <w:t>І зникає через мить.</w:t>
      </w:r>
    </w:p>
    <w:p>
      <w:r>
        <w:br/>
        <w:t>То ведмідь ішов напитись,&lt;br /&gt;</w:t>
        <w:br/>
        <w:t>Остудитися в воді,&lt;br /&gt;</w:t>
        <w:br/>
        <w:t>То збирають під дубами&lt;br /&gt;</w:t>
        <w:br/>
        <w:t>Чорні вепри жолуді.</w:t>
      </w:r>
    </w:p>
    <w:p>
      <w:r>
        <w:br/>
        <w:t>По лісах блукали кози,&lt;br /&gt;</w:t>
        <w:br/>
        <w:t>Тури, олені, вовки,&lt;br /&gt;</w:t>
        <w:br/>
        <w:t>Кабани, ведмеді, лосі,&lt;br /&gt;</w:t>
        <w:br/>
        <w:t>Рисі, зубри, борсуки.</w:t>
      </w:r>
    </w:p>
    <w:p>
      <w:r>
        <w:br/>
        <w:t>Не стихав до ночі галас,&lt;br /&gt;</w:t>
        <w:br/>
        <w:t>Дикий рев і ніжний спів…&lt;br /&gt;</w:t>
        <w:br/>
        <w:t>Все кругом жило, змагалось,&lt;br /&gt;</w:t>
        <w:br/>
        <w:t>Ліс дивився і шумів.</w:t>
      </w:r>
    </w:p>
    <w:p>
      <w:r>
        <w:br/>
        <w:t>По лісах дрімучих, темних,&lt;br /&gt;</w:t>
        <w:br/>
        <w:t>З луком пращур наш ішов,&lt;br /&gt;</w:t>
        <w:br/>
        <w:t>З рисем, лосем і ведмедем&lt;br /&gt;</w:t>
        <w:br/>
        <w:t>Він боровся і боров.</w:t>
      </w:r>
    </w:p>
    <w:p>
      <w:r>
        <w:br/>
        <w:t>Здобував він теплі хутра,&lt;br /&gt;</w:t>
        <w:br/>
        <w:t>М’ясо, шкуру на свій дах,&lt;br /&gt;</w:t>
        <w:br/>
        <w:t>Часом сам роздертий падав&lt;br /&gt;</w:t>
        <w:br/>
        <w:t>З серцем звіря у руках…</w:t>
      </w:r>
    </w:p>
    <w:p>
      <w:r>
        <w:br/>
        <w:t>А на півдні за лісами&lt;br /&gt;</w:t>
        <w:br/>
        <w:t>Колихалось море трав:&lt;br /&gt;</w:t>
        <w:br/>
        <w:t>То над степом буйний вітер&lt;br /&gt;</w:t>
        <w:br/>
        <w:t>На шовкових струнах грав.</w:t>
      </w:r>
    </w:p>
    <w:p>
      <w:r>
        <w:br/>
        <w:t>Степ широкий, степ безмежний,&lt;br /&gt;</w:t>
        <w:br/>
        <w:t>Де початок, де твій край?!&lt;br /&gt;</w:t>
        <w:br/>
        <w:t>Коли сам стрибог не знає —&lt;br /&gt;</w:t>
        <w:br/>
        <w:t>У Дажбога поспитай.</w:t>
      </w:r>
    </w:p>
    <w:p>
      <w:r>
        <w:br/>
        <w:t>В день ясний горіло сонце,&lt;br /&gt;</w:t>
        <w:br/>
        <w:t>Нерухомо вітер спав,&lt;br /&gt;</w:t>
        <w:br/>
        <w:t>Нерухомо в мертвій тиші&lt;br /&gt;</w:t>
        <w:br/>
        <w:t>Степ незайманий стояв.</w:t>
      </w:r>
    </w:p>
    <w:p>
      <w:r>
        <w:br/>
        <w:t>В бурю він шумів, як море,&lt;br /&gt;</w:t>
        <w:br/>
        <w:t>І ховався в сизій млі,&lt;br /&gt;</w:t>
        <w:br/>
        <w:t>Полохливо буйні трави&lt;br /&gt;</w:t>
        <w:br/>
        <w:t>Припадали до землі.</w:t>
      </w:r>
    </w:p>
    <w:p>
      <w:r>
        <w:br/>
        <w:t>А зимою умирав він,&lt;br /&gt;</w:t>
        <w:br/>
        <w:t>Спав під килимом снігів…&lt;br /&gt;</w:t>
        <w:br/>
        <w:t>Тихо, пусто… Тільки чути&lt;br /&gt;</w:t>
        <w:br/>
        <w:t>Десь сумне виття вовків.</w:t>
      </w:r>
    </w:p>
    <w:p>
      <w:r>
        <w:br/>
        <w:t>Та часами прогуркочуть&lt;br /&gt;</w:t>
        <w:br/>
        <w:t>Диких коней табуни;&lt;br /&gt;</w:t>
        <w:br/>
        <w:t>Наче вихори, здіймають&lt;br /&gt;</w:t>
        <w:br/>
        <w:t>Білу куряву вони.&lt;br /&gt;</w:t>
        <w:br/>
        <w:t>. . . . . . . . . . . . . . . . . . . .</w:t>
      </w:r>
    </w:p>
    <w:p>
      <w:r>
        <w:br/>
        <w:t>На лісах дрімучих, темних,&lt;br /&gt;</w:t>
        <w:br/>
        <w:t>На незайманих степах&lt;br /&gt;</w:t>
        <w:br/>
        <w:t>Спочивала Україна&lt;br /&gt;</w:t>
        <w:br/>
        <w:t>В золотих, дитячих снах.</w:t>
      </w:r>
    </w:p>
    <w:p>
      <w:r>
        <w:br/>
        <w:t>НАШІ ПРЕДКИ – СЛОВ’ЯНИ</w:t>
      </w:r>
    </w:p>
    <w:p>
      <w:r>
        <w:br/>
        <w:t>Над озерами, річками,&lt;br /&gt;</w:t>
        <w:br/>
        <w:t>На полянах лісових,&lt;br /&gt;</w:t>
        <w:br/>
        <w:t>На стрімких високих горах,&lt;br /&gt;</w:t>
        <w:br/>
        <w:t>На просторах степових, —</w:t>
      </w:r>
    </w:p>
    <w:p>
      <w:r>
        <w:br/>
        <w:t>Де лише сіріє стежка&lt;br /&gt;</w:t>
        <w:br/>
        <w:t>Або вкрився збіжжям лан,&lt;br /&gt;</w:t>
        <w:br/>
        <w:t>Скрізь розкидались оселі&lt;br /&gt;</w:t>
        <w:br/>
        <w:t>Наших прадідів слов’ян.</w:t>
      </w:r>
    </w:p>
    <w:p>
      <w:r>
        <w:br/>
        <w:t>Оселялись цілим родом:&lt;br /&gt;</w:t>
        <w:br/>
        <w:t>Що людина, як одна?!&lt;br /&gt;</w:t>
        <w:br/>
        <w:t>Кревні люди — рід складали,&lt;br /&gt;</w:t>
        <w:br/>
        <w:t>Кревні роди — племена.</w:t>
      </w:r>
    </w:p>
    <w:p>
      <w:r>
        <w:br/>
        <w:t>Наймудріший і найстарший&lt;br /&gt;</w:t>
        <w:br/>
        <w:t>Цілим родом керував,&lt;br /&gt;</w:t>
        <w:br/>
        <w:t>Видавав щодня накази,&lt;br /&gt;</w:t>
        <w:br/>
        <w:t>Правив, милував, карав.</w:t>
      </w:r>
    </w:p>
    <w:p>
      <w:r>
        <w:br/>
        <w:t>Кожне плем’я мало князя,&lt;br /&gt;</w:t>
        <w:br/>
        <w:t>Князь судив, водив на бій,&lt;br /&gt;</w:t>
        <w:br/>
        <w:t>Першим був він у відвазі&lt;br /&gt;</w:t>
        <w:br/>
        <w:t>І у мудрості своїй.</w:t>
      </w:r>
    </w:p>
    <w:p>
      <w:r>
        <w:br/>
        <w:t>А коли ставав нездатним&lt;br /&gt;</w:t>
        <w:br/>
        <w:t>До ладу і боротьби,&lt;br /&gt;</w:t>
        <w:br/>
        <w:t>Віче іншого на князя&lt;br /&gt;</w:t>
        <w:br/>
        <w:t>Вибирало без журби.</w:t>
      </w:r>
    </w:p>
    <w:p>
      <w:r>
        <w:br/>
        <w:t>На річках, високих горах,&lt;br /&gt;</w:t>
        <w:br/>
        <w:t>Серед багон і болот&lt;br /&gt;</w:t>
        <w:br/>
        <w:t>Городи, міцні твердині&lt;br /&gt;</w:t>
        <w:br/>
        <w:t>Будував собі народ.</w:t>
      </w:r>
    </w:p>
    <w:p>
      <w:r>
        <w:br/>
        <w:t>Коли ворог йшов війною,&lt;br /&gt;</w:t>
        <w:br/>
        <w:t>Метушилось все, як рій,&lt;br /&gt;</w:t>
        <w:br/>
        <w:t>Замикалися ворота,&lt;br /&gt;</w:t>
        <w:br/>
        <w:t>Починався лютий бій.</w:t>
      </w:r>
    </w:p>
    <w:p>
      <w:r>
        <w:br/>
        <w:t>Бились, кидали каміння,&lt;br /&gt;</w:t>
        <w:br/>
        <w:t>Крізь баркан окріп лили,&lt;br /&gt;</w:t>
        <w:br/>
        <w:t>Попіл сипали у очі,&lt;br /&gt;</w:t>
        <w:br/>
        <w:t>Гострі кидали коли…</w:t>
      </w:r>
    </w:p>
    <w:p>
      <w:r>
        <w:br/>
        <w:t>…Ось і ворога відбито,&lt;br /&gt;</w:t>
        <w:br/>
        <w:t>Все минуло: гнів і жах…&lt;br /&gt;</w:t>
        <w:br/>
        <w:t>Кревні плачуть над борцями,&lt;br /&gt;</w:t>
        <w:br/>
        <w:t>Що звалилися в боях.</w:t>
      </w:r>
    </w:p>
    <w:p>
      <w:r>
        <w:br/>
        <w:t>І дають їм у могилу&lt;br /&gt;</w:t>
        <w:br/>
        <w:t>Зброю, вбрання і харчі,&lt;br /&gt;</w:t>
        <w:br/>
        <w:t>Щоб вони не знали лиха,&lt;br /&gt;</w:t>
        <w:br/>
        <w:t>На тім світі живучи.</w:t>
      </w:r>
    </w:p>
    <w:p>
      <w:r>
        <w:br/>
        <w:t>На сумних могилах тужать&lt;br /&gt;</w:t>
        <w:br/>
        <w:t>І справляють тризну там&lt;br /&gt;</w:t>
        <w:br/>
        <w:t>І несуть на сизі гори&lt;br /&gt;</w:t>
        <w:br/>
        <w:t>Жертви праведним богам.</w:t>
      </w:r>
    </w:p>
    <w:p>
      <w:r>
        <w:br/>
        <w:t>Але все поволі, тихо&lt;br /&gt;</w:t>
        <w:br/>
        <w:t>Тоне в річці забуття,&lt;br /&gt;</w:t>
        <w:br/>
        <w:t>І на березі зеленім&lt;br /&gt;</w:t>
        <w:br/>
        <w:t>Квітне радісне життя…</w:t>
      </w:r>
    </w:p>
    <w:p>
      <w:r>
        <w:br/>
        <w:t>На луці палає ватра,&lt;br /&gt;</w:t>
        <w:br/>
        <w:t>На луці ідуть танки.&lt;br /&gt;</w:t>
        <w:br/>
        <w:t>Тут в вінках цвітуть дівчата,&lt;br /&gt;</w:t>
        <w:br/>
        <w:t>Там співають парубки.</w:t>
      </w:r>
    </w:p>
    <w:p>
      <w:r>
        <w:br/>
        <w:t>В цю таємну ніч Купала&lt;br /&gt;</w:t>
        <w:br/>
        <w:t>В лісі папороть цвіте,&lt;br /&gt;</w:t>
        <w:br/>
        <w:t>Розцвітає, обсипає&lt;br /&gt;</w:t>
        <w:br/>
        <w:t>Цвіт-проміння золоте.</w:t>
      </w:r>
    </w:p>
    <w:p>
      <w:r>
        <w:br/>
        <w:t>Промовляє звір до звіра.&lt;br /&gt;</w:t>
        <w:br/>
        <w:t>Хто підслуха мову їх,&lt;br /&gt;</w:t>
        <w:br/>
        <w:t>Хто у лісі найде квітку —&lt;br /&gt;</w:t>
        <w:br/>
        <w:t>Найде скарбів цілий міх.</w:t>
      </w:r>
    </w:p>
    <w:p>
      <w:r>
        <w:br/>
        <w:t>А пісні все далі ллються,&lt;br /&gt;</w:t>
        <w:br/>
        <w:t>Вже поблідли і зірки,&lt;br /&gt;</w:t>
        <w:br/>
        <w:t>А ще огнища палають&lt;br /&gt;</w:t>
        <w:br/>
        <w:t>І мережаться танки.</w:t>
      </w:r>
    </w:p>
    <w:p>
      <w:r>
        <w:br/>
        <w:t>На кийки стоять схилившись&lt;br /&gt;</w:t>
        <w:br/>
        <w:t>Бородаті віщуни&lt;br /&gt;</w:t>
        <w:br/>
        <w:t>І розказують, що буде&lt;br /&gt;</w:t>
        <w:br/>
        <w:t>І з якої сторони.</w:t>
      </w:r>
    </w:p>
    <w:p>
      <w:r>
        <w:br/>
        <w:t>Роздають недужим зілля,&lt;br /&gt;</w:t>
        <w:br/>
        <w:t>Щось шепочуть і плюють…&lt;br /&gt;</w:t>
        <w:br/>
        <w:t>Сих водою напувають,&lt;br /&gt;</w:t>
        <w:br/>
        <w:t>Тим камінчики дають.</w:t>
      </w:r>
    </w:p>
    <w:p>
      <w:r>
        <w:br/>
        <w:t>І здається, з лісу вийшов&lt;br /&gt;</w:t>
        <w:br/>
        <w:t>На узлісся сідловик.&lt;br /&gt;</w:t>
        <w:br/>
        <w:t>Став, заслухавсь, задивився…&lt;br /&gt;</w:t>
        <w:br/>
        <w:t>Стрепенувсь і знову зник.</w:t>
      </w:r>
    </w:p>
    <w:p>
      <w:r>
        <w:br/>
        <w:t>І здається, щойно бігли&lt;br /&gt;</w:t>
        <w:br/>
        <w:t>Тут русалки польові&lt;br /&gt;</w:t>
        <w:br/>
        <w:t>І розсипали зі сміхом&lt;br /&gt;</w:t>
        <w:br/>
        <w:t>Самоцвіти по траві.</w:t>
      </w:r>
    </w:p>
    <w:p>
      <w:r>
        <w:br/>
        <w:t>Але схід зайнявся сонцем,&lt;br /&gt;</w:t>
        <w:br/>
        <w:t>Хмари в золоті, в огні…&lt;br /&gt;</w:t>
        <w:br/>
        <w:t>І самотньо одцвітають&lt;br /&gt;</w:t>
        <w:br/>
        <w:t>Зблідлі ватри вдалині.</w:t>
      </w:r>
    </w:p>
    <w:p>
      <w:r>
        <w:br/>
        <w:t>ПОЧАТКИ КИЄВА</w:t>
      </w:r>
    </w:p>
    <w:p>
      <w:r>
        <w:br/>
        <w:t>Над Дніпром широким, вільним,&lt;br /&gt;</w:t>
        <w:br/>
        <w:t>Де луги й степи цвіли,&lt;br /&gt;</w:t>
        <w:br/>
        <w:t>Наші прадіди поляни&lt;br /&gt;</w:t>
        <w:br/>
        <w:t>Оселились і жили.</w:t>
      </w:r>
    </w:p>
    <w:p>
      <w:r>
        <w:br/>
        <w:t>Хлібороб робив у полі,&lt;br /&gt;</w:t>
        <w:br/>
        <w:t>Пас пастух корів, овець,&lt;br /&gt;</w:t>
        <w:br/>
        <w:t>З луком, з стрілами гнучкими&lt;br /&gt;</w:t>
        <w:br/>
        <w:t>По лісах ходив ловець.</w:t>
      </w:r>
    </w:p>
    <w:p>
      <w:r>
        <w:br/>
        <w:t>Пишно квітла Україна,&lt;br /&gt;</w:t>
        <w:br/>
        <w:t>Повна всякого добра.&lt;br /&gt;</w:t>
        <w:br/>
        <w:t>Як в раю, жили поляни&lt;br /&gt;</w:t>
        <w:br/>
        <w:t>Понад хвилями Дніпра.</w:t>
      </w:r>
    </w:p>
    <w:p>
      <w:r>
        <w:br/>
        <w:t>Все своє вони любили,&lt;br /&gt;</w:t>
        <w:br/>
        <w:t>Шанували і чуже,&lt;br /&gt;</w:t>
        <w:br/>
        <w:t>Хай, мовляв, Перун і Волос&lt;br /&gt;</w:t>
        <w:br/>
        <w:t>Всіх від лиха стереже.</w:t>
      </w:r>
    </w:p>
    <w:p>
      <w:r>
        <w:br/>
        <w:t>А коли сусід лінивий&lt;br /&gt;</w:t>
        <w:br/>
        <w:t>Заздрив силі багача,&lt;br /&gt;</w:t>
        <w:br/>
        <w:t>Вміли наші показати&lt;br /&gt;</w:t>
        <w:br/>
        <w:t>Обосічного меча.</w:t>
      </w:r>
    </w:p>
    <w:p>
      <w:r>
        <w:br/>
        <w:t>І віки нога ворожа&lt;br /&gt;</w:t>
        <w:br/>
        <w:t>Не ступала на наш лан.&lt;br /&gt;</w:t>
        <w:br/>
        <w:t>Всі сусіди шанували&lt;br /&gt;</w:t>
        <w:br/>
        <w:t>І боялися полян.</w:t>
      </w:r>
    </w:p>
    <w:p>
      <w:r>
        <w:br/>
        <w:t>…Де стоїть тепер наш Київ,&lt;br /&gt;</w:t>
        <w:br/>
        <w:t>Там була сама гора,&lt;br /&gt;</w:t>
        <w:br/>
        <w:t>Жив там першим Кий з Хоривом,&lt;br /&gt;</w:t>
        <w:br/>
        <w:t>Щек та Лебідь — їх сестра.</w:t>
      </w:r>
    </w:p>
    <w:p>
      <w:r>
        <w:br/>
        <w:t>Над самим Дніпром на горах,&lt;br /&gt;</w:t>
        <w:br/>
        <w:t>Огороджений з боків&lt;br /&gt;</w:t>
        <w:br/>
        <w:t>Ровом, мурами, валами,&lt;br /&gt;</w:t>
        <w:br/>
        <w:t>Київ виріс і розцвів.</w:t>
      </w:r>
    </w:p>
    <w:p>
      <w:r>
        <w:br/>
        <w:t>На сторожі коло його,&lt;br /&gt;</w:t>
        <w:br/>
        <w:t>Наче батько, став Дніпро,&lt;br /&gt;</w:t>
        <w:br/>
        <w:t>Наче батько сину, ніс він&lt;br /&gt;</w:t>
        <w:br/>
        <w:t>З півдня й півночі добро.</w:t>
      </w:r>
    </w:p>
    <w:p>
      <w:r>
        <w:br/>
        <w:t>І здавалось, Україна&lt;br /&gt;</w:t>
        <w:br/>
        <w:t>Буде квітнути віки,&lt;br /&gt;</w:t>
        <w:br/>
        <w:t>І здавалось, всі народи&lt;br /&gt;</w:t>
        <w:br/>
        <w:t>Їй сплітатимуть вінки.</w:t>
      </w:r>
    </w:p>
    <w:p>
      <w:r>
        <w:br/>
        <w:t>НОВГОРОДЦІ</w:t>
      </w:r>
    </w:p>
    <w:p>
      <w:r>
        <w:br/>
        <w:t>Біля озера Ільменя&lt;br /&gt;</w:t>
        <w:br/>
        <w:t>Став Великий Новгород,&lt;br /&gt;</w:t>
        <w:br/>
        <w:t>Збудував його слов’янський&lt;br /&gt;</w:t>
        <w:br/>
        <w:t>З фінським змішаний народ.</w:t>
      </w:r>
    </w:p>
    <w:p>
      <w:r>
        <w:br/>
        <w:t>Не було ладу у його,&lt;br /&gt;</w:t>
        <w:br/>
        <w:t>Вічно рід ішов на рід,&lt;br /&gt;</w:t>
        <w:br/>
        <w:t>Вічно плем’я йшло на плем’я,&lt;br /&gt;</w:t>
        <w:br/>
        <w:t>На сусіда йшов сусід.</w:t>
      </w:r>
    </w:p>
    <w:p>
      <w:r>
        <w:br/>
        <w:t>В держава занепала,&lt;br /&gt;</w:t>
        <w:br/>
        <w:t>І народ ладу схотів,&lt;br /&gt;</w:t>
        <w:br/>
        <w:t>І на північ, на варягів,&lt;br /&gt;</w:t>
        <w:br/>
        <w:t>Він послав своїх послів.</w:t>
      </w:r>
    </w:p>
    <w:p>
      <w:r>
        <w:br/>
        <w:t>"Дайте нам якогось князя,&lt;br /&gt;</w:t>
        <w:br/>
        <w:t>Дайте нам володаря!&lt;br /&gt;</w:t>
        <w:br/>
        <w:t>Є всього у нас багато,&lt;br /&gt;</w:t>
        <w:br/>
        <w:t>Але все і гине зря.</w:t>
      </w:r>
    </w:p>
    <w:p>
      <w:r>
        <w:br/>
        <w:t>Хай він зробить в нас порядок&lt;br /&gt;</w:t>
        <w:br/>
        <w:t>Дайте!" — плакали посли…&lt;br /&gt;</w:t>
        <w:br/>
        <w:t>Усміхнулися варяги&lt;br /&gt;</w:t>
        <w:br/>
        <w:t>І їм Рурика дали.</w:t>
      </w:r>
    </w:p>
    <w:p>
      <w:r>
        <w:br/>
        <w:t>І могучою рукою&lt;br /&gt;</w:t>
        <w:br/>
        <w:t>Рюрик землі об’єднав,&lt;br /&gt;</w:t>
        <w:br/>
        <w:t>Дав народу лад і спокій&lt;br /&gt;</w:t>
        <w:br/>
        <w:t>І до праці всіх позвав.</w:t>
      </w:r>
    </w:p>
    <w:p>
      <w:r>
        <w:br/>
        <w:t>АСКОЛЬД І ДІР</w:t>
      </w:r>
    </w:p>
    <w:p>
      <w:r>
        <w:br/>
        <w:t>Славна в Рюрика дружина,&lt;br /&gt;</w:t>
        <w:br/>
        <w:t>Всім далась вона взнаки,&lt;br /&gt;</w:t>
        <w:br/>
        <w:t>А Аскольд і Дір — найперші,&lt;br /&gt;</w:t>
        <w:br/>
        <w:t>Найславніші вояки.</w:t>
      </w:r>
    </w:p>
    <w:p>
      <w:r>
        <w:br/>
        <w:t>Нудно їм сидіти вдома&lt;br /&gt;</w:t>
        <w:br/>
        <w:t>Без походів, без боїв,&lt;br /&gt;</w:t>
        <w:br/>
        <w:t>І вони прохають князя,&lt;br /&gt;</w:t>
        <w:br/>
        <w:t>Щоб на волю їх пустив.</w:t>
      </w:r>
    </w:p>
    <w:p>
      <w:r>
        <w:br/>
        <w:t>Князь подумав і дозволив.&lt;br /&gt;</w:t>
        <w:br/>
        <w:t>Попрощалися вони&lt;br /&gt;</w:t>
        <w:br/>
        <w:t>І з такими ж вояками&lt;br /&gt;</w:t>
        <w:br/>
        <w:t>Посідали на човни.</w:t>
      </w:r>
    </w:p>
    <w:p>
      <w:r>
        <w:br/>
        <w:t>І по Волхову угору&lt;br /&gt;</w:t>
        <w:br/>
        <w:t>І невідомий край летять.&lt;br /&gt;</w:t>
        <w:br/>
        <w:t>Мов орлів широкі крила,&lt;br /&gt;</w:t>
        <w:br/>
        <w:t>Їхні весла лопотять.</w:t>
      </w:r>
    </w:p>
    <w:p>
      <w:r>
        <w:br/>
        <w:t>Приплили до краю Волхов,&lt;br /&gt;</w:t>
        <w:br/>
        <w:t>Далі витягли човни&lt;br /&gt;</w:t>
        <w:br/>
        <w:t>І в лісах шляхів шукають&lt;br /&gt;</w:t>
        <w:br/>
        <w:t>До чужої сторони.</w:t>
      </w:r>
    </w:p>
    <w:p>
      <w:r>
        <w:br/>
        <w:t>Бачать — річка. Довго нею&lt;br /&gt;</w:t>
        <w:br/>
        <w:t>Геть на полудень плили,&lt;br /&gt;</w:t>
        <w:br/>
        <w:t>Аж угледіли на горах&lt;br /&gt;</w:t>
        <w:br/>
        <w:t>Місто, вежі і вали.</w:t>
      </w:r>
    </w:p>
    <w:p>
      <w:r>
        <w:br/>
        <w:t>Приплили, на беріг вийшли&lt;br /&gt;</w:t>
        <w:br/>
        <w:t>І питають у полян,&lt;br /&gt;</w:t>
        <w:br/>
        <w:t>Хто живе у цьому місті,&lt;br /&gt;</w:t>
        <w:br/>
        <w:t>Хто тепер у ньому пан?</w:t>
      </w:r>
    </w:p>
    <w:p>
      <w:r>
        <w:br/>
        <w:t>"Тут колись жили, та вмерли&lt;br /&gt;</w:t>
        <w:br/>
        <w:t>Кий, Хорив та Щек, брати.&lt;br /&gt;</w:t>
        <w:br/>
        <w:t>А тепер ми під хозаром, —&lt;br /&gt;</w:t>
        <w:br/>
        <w:t>Животій та дань плати".</w:t>
      </w:r>
    </w:p>
    <w:p>
      <w:r>
        <w:br/>
        <w:t>"Не журіться!" — Дір промовив.&lt;br /&gt;</w:t>
        <w:br/>
        <w:t>"За мечі!" — Аскольд гукнув.&lt;br /&gt;</w:t>
        <w:br/>
        <w:t>Кожний птахом стрепенувся,&lt;br /&gt;</w:t>
        <w:br/>
        <w:t>Кожний гнівом спалахнув.</w:t>
      </w:r>
    </w:p>
    <w:p>
      <w:r>
        <w:br/>
        <w:t>Налякалися хозари&lt;br /&gt;</w:t>
        <w:br/>
        <w:t>І в степи біжать гуртом.&lt;br /&gt;</w:t>
        <w:br/>
        <w:t>І дружина здобуває&lt;br /&gt;</w:t>
        <w:br/>
        <w:t>Пишний Київ над Дніпром.</w:t>
      </w:r>
    </w:p>
    <w:p>
      <w:r>
        <w:br/>
        <w:t>Стали вільними поляни…&lt;br /&gt;</w:t>
        <w:br/>
        <w:t>Вихваляють вояків,&lt;br /&gt;</w:t>
        <w:br/>
        <w:t>А Аскольда разом з Діром&lt;br /&gt;</w:t>
        <w:br/>
        <w:t>Вибирають на князів.</w:t>
      </w:r>
    </w:p>
    <w:p>
      <w:r>
        <w:br/>
        <w:t>ОЛЕГ</w:t>
      </w:r>
    </w:p>
    <w:p>
      <w:r>
        <w:br/>
        <w:t>Раз до Діра і Аскольда&lt;br /&gt;</w:t>
        <w:br/>
        <w:t>Прибігають вояки:&lt;br /&gt;</w:t>
        <w:br/>
        <w:t>"По Дніпру пливуть на Київ&lt;br /&gt;</w:t>
        <w:br/>
        <w:t>Чужоземні байдаки!"</w:t>
      </w:r>
    </w:p>
    <w:p>
      <w:r>
        <w:br/>
        <w:t>Не скінчили ці казати —&lt;br /&gt;</w:t>
        <w:br/>
        <w:t>Ще біжить один вояк:&lt;br /&gt;</w:t>
        <w:br/>
        <w:t>"На човнах пливе на Київ,&lt;br /&gt;</w:t>
        <w:br/>
        <w:t>Кажуть, Рюриків свояк!</w:t>
      </w:r>
    </w:p>
    <w:p>
      <w:r>
        <w:br/>
        <w:t>Повні війська, повні зброї,&lt;br /&gt;</w:t>
        <w:br/>
        <w:t>Ледве плинуть їх човни.&lt;br /&gt;</w:t>
        <w:br/>
        <w:t>Чи не скликати нам віча?&lt;br /&gt;</w:t>
        <w:br/>
        <w:t>Чи не ждати нам війни?"</w:t>
      </w:r>
    </w:p>
    <w:p>
      <w:r>
        <w:br/>
        <w:t>"Залишіть! Пливе не ворог", —&lt;br /&gt;</w:t>
        <w:br/>
        <w:t>Їм князі відповіли&lt;br /&gt;</w:t>
        <w:br/>
        <w:t>І Олегові назустріч&lt;br /&gt;</w:t>
        <w:br/>
        <w:t>З воєводами пішли.</w:t>
      </w:r>
    </w:p>
    <w:p>
      <w:r>
        <w:br/>
        <w:t>"Чи з добром, чи з злом приходищ&lt;br /&gt;</w:t>
        <w:br/>
        <w:t>Ти у наш гостинний двір?" —&lt;br /&gt;</w:t>
        <w:br/>
        <w:t>Так, вітаючи Олега,&lt;br /&gt;</w:t>
        <w:br/>
        <w:t>Запитав Аскольд і Дір.</w:t>
      </w:r>
    </w:p>
    <w:p>
      <w:r>
        <w:br/>
        <w:t>І Олег похмуро, грізно&lt;br /&gt;</w:t>
        <w:br/>
        <w:t>На питання відповів:&lt;br /&gt;</w:t>
        <w:br/>
        <w:t>"Я прийшов з могучим військом,&lt;br /&gt;</w:t>
        <w:br/>
        <w:t>Я вам Ігоря привів.</w:t>
      </w:r>
    </w:p>
    <w:p>
      <w:r>
        <w:br/>
        <w:t>Не походите з князів ви,&lt;br /&gt;</w:t>
        <w:br/>
        <w:t>Як же княжити змогли?&lt;br /&gt;</w:t>
        <w:br/>
        <w:t>Нам лише належить влада&lt;br /&gt;</w:t>
        <w:br/>
        <w:t>І по неї ми прийшли".</w:t>
      </w:r>
    </w:p>
    <w:p>
      <w:r>
        <w:br/>
        <w:t>Так скінчив Олег промову&lt;br /&gt;</w:t>
        <w:br/>
        <w:t>І на знак його руки&lt;br /&gt;</w:t>
        <w:br/>
        <w:t>З човна Ігоря виносять&lt;br /&gt;</w:t>
        <w:br/>
        <w:t>Чужоземні вояки.</w:t>
      </w:r>
    </w:p>
    <w:p>
      <w:r>
        <w:br/>
        <w:t>А князів Аскольда й Діра&lt;br /&gt;</w:t>
        <w:br/>
        <w:t>Піднімають на списах,&lt;br /&gt;</w:t>
        <w:br/>
        <w:t>І Олег вступає в Київ&lt;br /&gt;</w:t>
        <w:br/>
        <w:t>При побідних голосах.</w:t>
      </w:r>
    </w:p>
    <w:p>
      <w:r>
        <w:br/>
        <w:t>І, коня свого спинивши,&lt;br /&gt;</w:t>
        <w:br/>
        <w:t>Він говорить: "Вояки!&lt;br /&gt;</w:t>
        <w:br/>
        <w:t>Хай же матір’ю нам стане&lt;br /&gt;</w:t>
        <w:br/>
        <w:t>Славний Київ на віки!"</w:t>
      </w:r>
    </w:p>
    <w:p>
      <w:r>
        <w:br/>
        <w:t>ПОХІД НА ЦАРГОРОД</w:t>
      </w:r>
    </w:p>
    <w:p>
      <w:r>
        <w:br/>
        <w:t>Геть за морем українським,&lt;br /&gt;</w:t>
        <w:br/>
        <w:t>Понад склом Босфорських вод&lt;br /&gt;</w:t>
        <w:br/>
        <w:t>Дивні вежі і палати&lt;br /&gt;</w:t>
        <w:br/>
        <w:t>Розкидає Царгород.</w:t>
      </w:r>
    </w:p>
    <w:p>
      <w:r>
        <w:br/>
        <w:t>Наче вир, кипить, торгує&lt;br /&gt;</w:t>
        <w:br/>
        <w:t>Крамом, зброєю, вином.&lt;br /&gt;</w:t>
        <w:br/>
        <w:t>Вдень він вуликом здається,&lt;br /&gt;</w:t>
        <w:br/>
        <w:t>А вночі — чудесним сном.</w:t>
      </w:r>
    </w:p>
    <w:p>
      <w:r>
        <w:br/>
        <w:t>І з усіх країн до його&lt;br /&gt;</w:t>
        <w:br/>
        <w:t>Ллється хвилями народ.&lt;br /&gt;</w:t>
        <w:br/>
        <w:t>Наші теж торгові люди&lt;br /&gt;</w:t>
        <w:br/>
        <w:t>Їздять в славний Царгород.</w:t>
      </w:r>
    </w:p>
    <w:p>
      <w:r>
        <w:br/>
        <w:t>Та не любить грек чужинців&lt;br /&gt;</w:t>
        <w:br/>
        <w:t>І тримає їх в руці.&lt;br /&gt;</w:t>
        <w:br/>
        <w:t>"Хоч не їдь! Одурить, скривдить!" —&lt;br /&gt;</w:t>
        <w:br/>
        <w:t>Наші скаржаться купці.</w:t>
      </w:r>
    </w:p>
    <w:p>
      <w:r>
        <w:br/>
        <w:t>І Олег, на греків лютий&lt;br /&gt;</w:t>
        <w:br/>
        <w:t>Став збиратися в поход:&lt;br /&gt;</w:t>
        <w:br/>
        <w:t>Хоче він до України&lt;br /&gt;</w:t>
        <w:br/>
        <w:t>Прилучати Царгород.</w:t>
      </w:r>
    </w:p>
    <w:p>
      <w:r>
        <w:br/>
        <w:t>І укрили Чорне море&lt;br /&gt;</w:t>
        <w:br/>
        <w:t>Українські байдаки,&lt;br /&gt;</w:t>
        <w:br/>
        <w:t>Розгорнулися вітрила,&lt;br /&gt;</w:t>
        <w:br/>
        <w:t>Заспівали вояки.</w:t>
      </w:r>
    </w:p>
    <w:p>
      <w:r>
        <w:br/>
        <w:t>Простір! Воля! Грають хвилі,&lt;br /&gt;</w:t>
        <w:br/>
        <w:t>Море диха, як живе,&lt;br /&gt;</w:t>
        <w:br/>
        <w:t>Мов лютує, що з піснями&lt;br /&gt;</w:t>
        <w:br/>
        <w:t>Легковажний хтось пливе.</w:t>
      </w:r>
    </w:p>
    <w:p>
      <w:r>
        <w:br/>
        <w:t>Небезпека? Вітер? Буря?&lt;br /&gt;</w:t>
        <w:br/>
        <w:t>Гнуться щогли кораблів?&lt;br /&gt;</w:t>
        <w:br/>
        <w:t>О, хіба згорнути крила&lt;br /&gt;</w:t>
        <w:br/>
        <w:t>Важко, довго для орлів?!</w:t>
      </w:r>
    </w:p>
    <w:p>
      <w:r>
        <w:br/>
        <w:t>І гуртом за весла взятись,&lt;br /&gt;</w:t>
        <w:br/>
        <w:t>Разом взятись і гребти…&lt;br /&gt;</w:t>
        <w:br/>
        <w:t>Море, море! І в негоду&lt;br /&gt;</w:t>
        <w:br/>
        <w:t>Любе сміливому ти!</w:t>
      </w:r>
    </w:p>
    <w:p>
      <w:r>
        <w:br/>
        <w:t>Так три дні пливли по морю&lt;br /&gt;</w:t>
        <w:br/>
        <w:t>Без турботи, без нудьги.&lt;br /&gt;</w:t>
        <w:br/>
        <w:t>Ось і вежі Царгорода,&lt;br /&gt;</w:t>
        <w:br/>
        <w:t>Ось і грецькі береги.</w:t>
      </w:r>
    </w:p>
    <w:p>
      <w:r>
        <w:br/>
        <w:t>Але греки уже знали,&lt;br /&gt;</w:t>
        <w:br/>
        <w:t>Що летять до них орли,&lt;br /&gt;</w:t>
        <w:br/>
        <w:t>І, щоб в пристань не пустити,&lt;br /&gt;</w:t>
        <w:br/>
        <w:t>Ланцюги перетягли.</w:t>
      </w:r>
    </w:p>
    <w:p>
      <w:r>
        <w:br/>
        <w:t>І звелів Олег на беріг&lt;br /&gt;</w:t>
        <w:br/>
        <w:t>Витягати кораблі.&lt;br /&gt;</w:t>
        <w:br/>
        <w:t>"Що ж, мовляв, як не по морю,&lt;br /&gt;</w:t>
        <w:br/>
        <w:t>То поїдем по землі".</w:t>
      </w:r>
    </w:p>
    <w:p>
      <w:r>
        <w:br/>
        <w:t>І, колеса приробивши,&lt;br /&gt;</w:t>
        <w:br/>
        <w:t>Він вітрила розпустив.&lt;br /&gt;</w:t>
        <w:br/>
        <w:t>І невидане тут сталось,&lt;br /&gt;</w:t>
        <w:br/>
        <w:t>Найдивніше диво з див.</w:t>
      </w:r>
    </w:p>
    <w:p>
      <w:r>
        <w:br/>
        <w:t>"Ой, повій, повій ти, вітре!&lt;br /&gt;</w:t>
        <w:br/>
        <w:t>Швидше коней повези!!&lt;br /&gt;</w:t>
        <w:br/>
        <w:t>Зашумів — повіяв вітер,&lt;br /&gt;</w:t>
        <w:br/>
        <w:t>Покотилися вози.</w:t>
      </w:r>
    </w:p>
    <w:p>
      <w:r>
        <w:br/>
        <w:t>Вороги перелякались,&lt;br /&gt;</w:t>
        <w:br/>
        <w:t>До Олега шлють послів:&lt;br /&gt;</w:t>
        <w:br/>
        <w:t>"Не руйнуй нас, все дамо ми,&lt;br /&gt;</w:t>
        <w:br/>
        <w:t>Що б ти, князю, не схотів!"</w:t>
      </w:r>
    </w:p>
    <w:p>
      <w:r>
        <w:br/>
        <w:t>"Ну, гаразд. Покора ваша&lt;br /&gt;</w:t>
        <w:br/>
        <w:t>Погасила в серці гнів,&lt;br /&gt;</w:t>
        <w:br/>
        <w:t>І, здається, ми братами&lt;br /&gt;</w:t>
        <w:br/>
        <w:t>Станем з лютих ворогів.</w:t>
      </w:r>
    </w:p>
    <w:p>
      <w:r>
        <w:br/>
        <w:t>Царю, хай моє купецтво&lt;br /&gt;</w:t>
        <w:br/>
        <w:t>Вільно ходить в Царгород,&lt;br /&gt;</w:t>
        <w:br/>
        <w:t>Хай торгує і купує&lt;br /&gt;</w:t>
        <w:br/>
        <w:t>Вже без кривди і без шкод.</w:t>
      </w:r>
    </w:p>
    <w:p>
      <w:r>
        <w:br/>
        <w:t>У купців не буде зброї:&lt;br /&gt;</w:t>
        <w:br/>
        <w:t>Я обмежу їх число,&lt;br /&gt;</w:t>
        <w:br/>
        <w:t>Щоб не більше, як півсотні&lt;br /&gt;</w:t>
        <w:br/>
        <w:t>Їх нараз у місто йшло".</w:t>
      </w:r>
    </w:p>
    <w:p>
      <w:r>
        <w:br/>
        <w:t>Цар годився на умову,&lt;br /&gt;</w:t>
        <w:br/>
        <w:t>Хрест святочно цілував.&lt;br /&gt;</w:t>
        <w:br/>
        <w:t>Князь на Волоса, Перуна&lt;br /&gt;</w:t>
        <w:br/>
        <w:t>І на меч присягу склав.</w:t>
      </w:r>
    </w:p>
    <w:p>
      <w:r>
        <w:br/>
        <w:t>На воротах Царгорода&lt;br /&gt;</w:t>
        <w:br/>
        <w:t>Князь Олег свій щит прибив.&lt;br /&gt;</w:t>
        <w:br/>
        <w:t>На воротах Царгорода&lt;br /&gt;</w:t>
        <w:br/>
        <w:t>Український щит висів.</w:t>
      </w:r>
    </w:p>
    <w:p>
      <w:r>
        <w:br/>
        <w:t>СМЕРТЬ ОЛЕГА</w:t>
      </w:r>
    </w:p>
    <w:p>
      <w:r>
        <w:br/>
        <w:t>Після славного походу&lt;br /&gt;</w:t>
        <w:br/>
        <w:t>На далекий Царгород&lt;br /&gt;</w:t>
        <w:br/>
        <w:t>Князь в палатах бенкетує&lt;br /&gt;</w:t>
        <w:br/>
        <w:t>І частує воєвод.</w:t>
      </w:r>
    </w:p>
    <w:p>
      <w:r>
        <w:br/>
        <w:t>На столах у вазах грецьких&lt;br /&gt;</w:t>
        <w:br/>
        <w:t>Дивні овочі цвітуть,&lt;br /&gt;</w:t>
        <w:br/>
        <w:t>Золоті, пахучі вина&lt;br /&gt;</w:t>
        <w:br/>
        <w:t>Струмнем сонячним течуть.</w:t>
      </w:r>
    </w:p>
    <w:p>
      <w:r>
        <w:br/>
        <w:t>Навкруги шумлять розмови&lt;br /&gt;</w:t>
        <w:br/>
        <w:t>Про походи, про бої&lt;br /&gt;</w:t>
        <w:br/>
        <w:t>Та про лицарів, що склали&lt;br /&gt;</w:t>
        <w:br/>
        <w:t>Буйні голови свої,</w:t>
      </w:r>
    </w:p>
    <w:p>
      <w:r>
        <w:br/>
        <w:t>Як колись човни у морі&lt;br /&gt;</w:t>
        <w:br/>
        <w:t>Наплили на ланцюги,&lt;br /&gt;</w:t>
        <w:br/>
        <w:t>Як стояли перед ними&lt;br /&gt;</w:t>
        <w:br/>
        <w:t>І трусились вороги.</w:t>
      </w:r>
    </w:p>
    <w:p>
      <w:r>
        <w:br/>
        <w:t>"О, ще нас не кинув Волос,&lt;br /&gt;</w:t>
        <w:br/>
        <w:t>Ще нас змилує Перун".&lt;br /&gt;</w:t>
        <w:br/>
        <w:t>Коли зирк — в палати входить&lt;br /&gt;</w:t>
        <w:br/>
        <w:t>Сивий згорблений віщун.</w:t>
      </w:r>
    </w:p>
    <w:p>
      <w:r>
        <w:br/>
        <w:t>"Князю, знову перемогу&lt;br /&gt;</w:t>
        <w:br/>
        <w:t>Пророкую я тобі.&lt;br /&gt;</w:t>
        <w:br/>
        <w:t>Знову ти з хоробрим військом&lt;br /&gt;</w:t>
        <w:br/>
        <w:t>Переможеш в боротьбі. —</w:t>
      </w:r>
    </w:p>
    <w:p>
      <w:r>
        <w:br/>
        <w:t>"Слава князеві й вояцтву!&lt;br /&gt;</w:t>
        <w:br/>
        <w:t>Хай навік щастить війна!" —&lt;br /&gt;</w:t>
        <w:br/>
        <w:t>Воєводи закричали&lt;br /&gt;</w:t>
        <w:br/>
        <w:t>І частують віщуна.</w:t>
      </w:r>
    </w:p>
    <w:p>
      <w:r>
        <w:br/>
        <w:t>Князь встає і йде до діда.&lt;br /&gt;</w:t>
        <w:br/>
        <w:t>"А чи знає мій віщун,&lt;br /&gt;</w:t>
        <w:br/>
        <w:t>У якім бою стрілою&lt;br /&gt;</w:t>
        <w:br/>
        <w:t>В мене кине бог Перун?"</w:t>
      </w:r>
    </w:p>
    <w:p>
      <w:r>
        <w:br/>
        <w:t>"Не на крилах стріл Перуна&lt;br /&gt;</w:t>
        <w:br/>
        <w:t>Принесеться смерть твоя,&lt;br /&gt;</w:t>
        <w:br/>
        <w:t>Ти загинеш, славний князю,&lt;br /&gt;</w:t>
        <w:br/>
        <w:t>Від коханого коня".</w:t>
      </w:r>
    </w:p>
    <w:p>
      <w:r>
        <w:br/>
        <w:t>І замовкли враз розмови,&lt;br /&gt;</w:t>
        <w:br/>
        <w:t>Опустилися чарки,&lt;br /&gt;</w:t>
        <w:br/>
        <w:t>І з палат, схилившись, вийшли&lt;br /&gt;</w:t>
        <w:br/>
        <w:t>Воєводи й вояки.</w:t>
      </w:r>
    </w:p>
    <w:p>
      <w:r>
        <w:br/>
        <w:t>І сказав Олег уранці:&lt;br /&gt;</w:t>
        <w:br/>
        <w:t>"Не сідлайте більш коня!&lt;br /&gt;</w:t>
        <w:br/>
        <w:t>Хай стоїть і їсть у стайні&lt;br /&gt;</w:t>
        <w:br/>
        <w:t>До мого страшного дня".</w:t>
      </w:r>
    </w:p>
    <w:p>
      <w:r>
        <w:br/>
        <w:t>Знов то тихо, то тривожно&lt;br /&gt;</w:t>
        <w:br/>
        <w:t>Потекли за днями дні.&lt;br /&gt;</w:t>
        <w:br/>
        <w:t>П’ятий рік уже минає&lt;br /&gt;</w:t>
        <w:br/>
        <w:t>То в походах, то в війні.</w:t>
      </w:r>
    </w:p>
    <w:p>
      <w:r>
        <w:br/>
        <w:t>Знов бенкет в палатах княжих,&lt;br /&gt;</w:t>
        <w:br/>
        <w:t>Знов старшини й вояки&lt;br /&gt;</w:t>
        <w:br/>
        <w:t>З запашним вином і медом&lt;br /&gt;</w:t>
        <w:br/>
        <w:t>Держать підняті чарки.</w:t>
      </w:r>
    </w:p>
    <w:p>
      <w:r>
        <w:br/>
        <w:t>Князь згадав бенкет колишній&lt;br /&gt;</w:t>
        <w:br/>
        <w:t>І коханого коня…&lt;br /&gt;</w:t>
        <w:br/>
        <w:t>"Приведіть його, — сказав він, —&lt;br /&gt;</w:t>
        <w:br/>
        <w:t>Хоч на його гляну я".</w:t>
      </w:r>
    </w:p>
    <w:p>
      <w:r>
        <w:br/>
        <w:t>Вже давно дощі змивають&lt;br /&gt;</w:t>
        <w:br/>
        <w:t>І обсушують вітри&lt;br /&gt;</w:t>
        <w:br/>
        <w:t>Його кості в чистім полі&lt;br /&gt;</w:t>
        <w:br/>
        <w:t>Біля Лисої гори".</w:t>
      </w:r>
    </w:p>
    <w:p>
      <w:r>
        <w:br/>
        <w:t>Князь помовчав і всміхнувся:&lt;br /&gt;</w:t>
        <w:br/>
        <w:t>"Брешуть, дурять віщуни!&lt;br /&gt;</w:t>
        <w:br/>
        <w:t>Бач: кістки… Коня! Поїду:&lt;br /&gt;</w:t>
        <w:br/>
        <w:t>Подивлюсь хоч, де вони!"</w:t>
      </w:r>
    </w:p>
    <w:p>
      <w:r>
        <w:br/>
        <w:t>І Олег у поле їде.&lt;br /&gt;</w:t>
        <w:br/>
        <w:t>Вгледів кості, зліз з коня&lt;br /&gt;</w:t>
        <w:br/>
        <w:t>І ногою став на череп…&lt;br /&gt;</w:t>
        <w:br/>
        <w:t>Нагло виповзла змія.</w:t>
      </w:r>
    </w:p>
    <w:p>
      <w:r>
        <w:br/>
        <w:t>Обвилась, вп’ялася в ногу!..&lt;br /&gt;</w:t>
        <w:br/>
        <w:t>Скрикнув князь, і на коні&lt;br /&gt;</w:t>
        <w:br/>
        <w:t>Він летить в свої палати,&lt;br /&gt;</w:t>
        <w:br/>
        <w:t>Щоб погаснути в огні.&lt;br /&gt;</w:t>
        <w:br/>
        <w:t>. . . . . . . . . . . . . . . . . . . .</w:t>
      </w:r>
    </w:p>
    <w:p>
      <w:r>
        <w:br/>
        <w:t>На високу Щекавицю&lt;br /&gt;</w:t>
        <w:br/>
        <w:t>Князь зібрався у поход…&lt;br /&gt;</w:t>
        <w:br/>
        <w:t>Йде, схилившись, за труною&lt;br /&gt;</w:t>
        <w:br/>
        <w:t>Його військо і народ.</w:t>
      </w:r>
    </w:p>
    <w:p>
      <w:r>
        <w:br/>
        <w:t>ІГОР</w:t>
      </w:r>
    </w:p>
    <w:p>
      <w:r>
        <w:br/>
        <w:t>Умер Олег. Закняжив Ігор.&lt;br /&gt;</w:t>
        <w:br/>
        <w:t>Це завзятий був вояк:&lt;br /&gt;</w:t>
        <w:br/>
        <w:t>Налітав він, наче вихор,&lt;br /&gt;</w:t>
        <w:br/>
        <w:t>І не знав жалю в боях.</w:t>
      </w:r>
    </w:p>
    <w:p>
      <w:r>
        <w:br/>
        <w:t>І державного кордону,&lt;br /&gt;</w:t>
        <w:br/>
        <w:t>Меж державних він не знав, —&lt;br /&gt;</w:t>
        <w:br/>
        <w:t>Від стрімких Карпат до Дону&lt;br /&gt;</w:t>
        <w:br/>
        <w:t>Україну розіславю</w:t>
      </w:r>
    </w:p>
    <w:p>
      <w:r>
        <w:br/>
        <w:t>Він пливе на Чорне море,&lt;br /&gt;</w:t>
        <w:br/>
        <w:t>Облягає Царгород,&lt;br /&gt;</w:t>
        <w:br/>
        <w:t>Та зустрів він лихо-горе,&lt;br /&gt;</w:t>
        <w:br/>
        <w:t>Не повівсь йому поход.</w:t>
      </w:r>
    </w:p>
    <w:p>
      <w:r>
        <w:br/>
        <w:t>Не злякався його ворог,&lt;br /&gt;</w:t>
        <w:br/>
        <w:t>Переміг в бою без втрат:&lt;br /&gt;</w:t>
        <w:br/>
        <w:t>Він вже вмів робити порох&lt;br /&gt;</w:t>
        <w:br/>
        <w:t>І стріляти із гармат.</w:t>
      </w:r>
    </w:p>
    <w:p>
      <w:r>
        <w:br/>
        <w:t>І коли страшні гармати,&lt;br /&gt;</w:t>
        <w:br/>
        <w:t>Наче леви, заревли,&lt;br /&gt;</w:t>
        <w:br/>
        <w:t>І коли човни палати&lt;br /&gt;</w:t>
        <w:br/>
        <w:t>Серед моря почали, —</w:t>
      </w:r>
    </w:p>
    <w:p>
      <w:r>
        <w:br/>
        <w:t>Божевільний галас знявся,&lt;br /&gt;</w:t>
        <w:br/>
        <w:t>Що нечуваний в боях,&lt;br /&gt;</w:t>
        <w:br/>
        <w:t>І на дно морське ховався&lt;br /&gt;</w:t>
        <w:br/>
        <w:t>Найхоробріший вояк.</w:t>
      </w:r>
    </w:p>
    <w:p>
      <w:r>
        <w:br/>
        <w:t>Тільки рештки врятувались…&lt;br /&gt;</w:t>
        <w:br/>
        <w:t>І до рідної землі&lt;br /&gt;</w:t>
        <w:br/>
        <w:t>Сумно-сумно повертались&lt;br /&gt;</w:t>
        <w:br/>
        <w:t>Українські кораблі.</w:t>
      </w:r>
    </w:p>
    <w:p>
      <w:r>
        <w:br/>
        <w:t>ПОХІД ІГОРЯ НА АРАБІВ І ПЕРСІВ</w:t>
      </w:r>
    </w:p>
    <w:p>
      <w:r>
        <w:br/>
        <w:t>По пустелі дикій, голій,&lt;br /&gt;</w:t>
        <w:br/>
        <w:t>По розпалених пісках&lt;br /&gt;</w:t>
        <w:br/>
        <w:t>Військо Ігоря ступає&lt;br /&gt;</w:t>
        <w:br/>
        <w:t>І грізній зброї, в шоломах.</w:t>
      </w:r>
    </w:p>
    <w:p>
      <w:r>
        <w:br/>
        <w:t>З голови до ніг закуте&lt;br /&gt;</w:t>
        <w:br/>
        <w:t>У залізо, як в луску,&lt;br /&gt;</w:t>
        <w:br/>
        <w:t>Мов гадюка сіра в’ється&lt;br /&gt;</w:t>
        <w:br/>
        <w:t>По червоному піску.</w:t>
      </w:r>
    </w:p>
    <w:p>
      <w:r>
        <w:br/>
        <w:t>Грізне, йде поволі, важко,&lt;br /&gt;</w:t>
        <w:br/>
        <w:t>Ні розмови, ні пісень,&lt;br /&gt;</w:t>
        <w:br/>
        <w:t>Тільки чути безупинний&lt;br /&gt;</w:t>
        <w:br/>
        <w:t>Тихий стогін цілий день.</w:t>
      </w:r>
    </w:p>
    <w:p>
      <w:r>
        <w:br/>
        <w:t>Часом ржання розітнеться&lt;br /&gt;</w:t>
        <w:br/>
        <w:t>Чи бика голодний рев.&lt;br /&gt;</w:t>
        <w:br/>
        <w:t>Навкруги пісок сипучий,&lt;br /&gt;</w:t>
        <w:br/>
        <w:t>Ні трави, ані дерев.</w:t>
      </w:r>
    </w:p>
    <w:p>
      <w:r>
        <w:br/>
        <w:t>Палить сонце, палить вітер,&lt;br /&gt;</w:t>
        <w:br/>
        <w:t>Палить небо і земля.&lt;br /&gt;</w:t>
        <w:br/>
        <w:t>Аж пече залізна зброя,&lt;br /&gt;</w:t>
        <w:br/>
        <w:t>Спрага душить, як змія.</w:t>
      </w:r>
    </w:p>
    <w:p>
      <w:r>
        <w:br/>
        <w:t>Навантажені харчами,&lt;br /&gt;</w:t>
        <w:br/>
        <w:t>Грузнуть коні у піску.&lt;br /&gt;</w:t>
        <w:br/>
        <w:t>Чорні ворони над ними&lt;br /&gt;</w:t>
        <w:br/>
        <w:t>Хижо крутяться в танку.</w:t>
      </w:r>
    </w:p>
    <w:p>
      <w:r>
        <w:br/>
        <w:t>Гинуть люди, гинуть коні,&lt;br /&gt;</w:t>
        <w:br/>
        <w:t>Вкритий трупами пісок.&lt;br /&gt;</w:t>
        <w:br/>
        <w:t>Ай, коли б набігла хмара,&lt;br /&gt;</w:t>
        <w:br/>
        <w:t>Зашумів би десь поток!</w:t>
      </w:r>
    </w:p>
    <w:p>
      <w:r>
        <w:br/>
        <w:t>О, коли б повіяв вітер,&lt;br /&gt;</w:t>
        <w:br/>
        <w:t>Прохолодою обдав!&lt;br /&gt;</w:t>
        <w:br/>
        <w:t>Дихав, дихав би устами&lt;br /&gt;</w:t>
        <w:br/>
        <w:t>І руками набирав!</w:t>
      </w:r>
    </w:p>
    <w:p>
      <w:r>
        <w:br/>
        <w:t>Ах, коли б ліси зелені,&lt;br /&gt;</w:t>
        <w:br/>
        <w:t>Мох холодний і трава!&lt;br /&gt;</w:t>
        <w:br/>
        <w:t>Впав би: тіло остудилось,&lt;br /&gt;</w:t>
        <w:br/>
        <w:t>Прохолола голова.</w:t>
      </w:r>
    </w:p>
    <w:p>
      <w:r>
        <w:br/>
        <w:t>Це розгнівався Сварожич,&lt;br /&gt;</w:t>
        <w:br/>
        <w:t>Одвернувсь Перун від нас,&lt;br /&gt;</w:t>
        <w:br/>
        <w:t>І прийшла страшна посуха,&lt;br /&gt;</w:t>
        <w:br/>
        <w:t>І настав Стрибога час.</w:t>
      </w:r>
    </w:p>
    <w:p>
      <w:r>
        <w:br/>
        <w:t>Але враз повіяв вітер,&lt;br /&gt;</w:t>
        <w:br/>
        <w:t>Свіже, вогке щось приніс,&lt;br /&gt;</w:t>
        <w:br/>
        <w:t>Наче річка недалеко&lt;br /&gt;</w:t>
        <w:br/>
        <w:t>Або близько темний ліс.</w:t>
      </w:r>
    </w:p>
    <w:p>
      <w:r>
        <w:br/>
        <w:t>Справді, наче легше грудям,&lt;br /&gt;</w:t>
        <w:br/>
        <w:t>Ось уже і коні ржуть!&lt;br /&gt;</w:t>
        <w:br/>
        <w:t>Наче камінь з пліч звалився,&lt;br /&gt;</w:t>
        <w:br/>
        <w:t>Наче крила в нас ростуть!</w:t>
      </w:r>
    </w:p>
    <w:p>
      <w:r>
        <w:br/>
        <w:t>Йдуть і бачать: грає море,&lt;br /&gt;</w:t>
        <w:br/>
        <w:t>Сріблом котяться річки&lt;br /&gt;</w:t>
        <w:br/>
        <w:t>І на березі чекають&lt;br /&gt;</w:t>
        <w:br/>
        <w:t>Осетинські вояки.</w:t>
      </w:r>
    </w:p>
    <w:p>
      <w:r>
        <w:br/>
        <w:t>ВІЙНА ІГОРЯ З АРАБАМИ Й ПЕРСАМИ</w:t>
      </w:r>
    </w:p>
    <w:p>
      <w:r>
        <w:br/>
        <w:t>Та недовго спочивали&lt;br /&gt;</w:t>
        <w:br/>
        <w:t>Українські вояки.&lt;br /&gt;</w:t>
        <w:br/>
        <w:t>Вже удосвіта взялися&lt;br /&gt;</w:t>
        <w:br/>
        <w:t>Лаштувати байдаки.</w:t>
      </w:r>
    </w:p>
    <w:p>
      <w:r>
        <w:br/>
        <w:t>То вітрила білі шиють,&lt;br /&gt;</w:t>
        <w:br/>
        <w:t>То засмолюють човни,&lt;br /&gt;</w:t>
        <w:br/>
        <w:t>Весла, щогли вибирають,&lt;br /&gt;</w:t>
        <w:br/>
        <w:t>Чистять зброю, казани.</w:t>
      </w:r>
    </w:p>
    <w:p>
      <w:r>
        <w:br/>
        <w:t>З осетинами вже друзі,&lt;br /&gt;</w:t>
        <w:br/>
        <w:t>Розглядають зброю їх,&lt;br /&gt;</w:t>
        <w:br/>
        <w:t>Коней, луки вихваляють&lt;br /&gt;</w:t>
        <w:br/>
        <w:t>І рівняють до своїх.</w:t>
      </w:r>
    </w:p>
    <w:p>
      <w:r>
        <w:br/>
        <w:t>…Наче впала чорна зграя&lt;br /&gt;</w:t>
        <w:br/>
        <w:t>На шумливі буруни,&lt;br /&gt;</w:t>
        <w:br/>
        <w:t>Зачорнали, загойдались&lt;br /&gt;</w:t>
        <w:br/>
        <w:t>Переповнені човни.</w:t>
      </w:r>
    </w:p>
    <w:p>
      <w:r>
        <w:br/>
        <w:t>Попливли, пливуть і тануть…&lt;br /&gt;</w:t>
        <w:br/>
        <w:t>Ось і зникли в далині.&lt;br /&gt;</w:t>
        <w:br/>
        <w:t>Хай же боги їх не кинуть&lt;br /&gt;</w:t>
        <w:br/>
        <w:t>І поможуть у війні.&lt;br /&gt;</w:t>
        <w:br/>
        <w:t>. . . . . . . . . . . . . . . . . . .</w:t>
      </w:r>
    </w:p>
    <w:p>
      <w:r>
        <w:br/>
        <w:t>Знов пустелею, степами&lt;br /&gt;</w:t>
        <w:br/>
        <w:t>Військо спільників іде.&lt;br /&gt;</w:t>
        <w:br/>
        <w:t>Ось і Кура, а за нею&lt;br /&gt;</w:t>
        <w:br/>
        <w:t>І ворожа лава жде.</w:t>
      </w:r>
    </w:p>
    <w:p>
      <w:r>
        <w:br/>
        <w:t>Полетіли перші стріли&lt;br /&gt;</w:t>
        <w:br/>
        <w:t>І зламались на щитах.&lt;br /&gt;</w:t>
        <w:br/>
        <w:t>Пишний ворог наступає&lt;br /&gt;</w:t>
        <w:br/>
        <w:t>На верблюдах, на слонах.</w:t>
      </w:r>
    </w:p>
    <w:p>
      <w:r>
        <w:br/>
        <w:t>Навантажені верблюди&lt;br /&gt;</w:t>
        <w:br/>
        <w:t>Йдуть і гнуться від ваги,&lt;br /&gt;</w:t>
        <w:br/>
        <w:t>На слонах, із веж неначе,&lt;br /&gt;</w:t>
        <w:br/>
        <w:t>Виглядають вороги!</w:t>
      </w:r>
    </w:p>
    <w:p>
      <w:r>
        <w:br/>
        <w:t>Тупотять арабські коні,&lt;br /&gt;</w:t>
        <w:br/>
        <w:t>Квітнуть перські килими.&lt;br /&gt;</w:t>
        <w:br/>
        <w:t>Вдвоє ворог має війська,&lt;br /&gt;</w:t>
        <w:br/>
        <w:t>Та хоробріш втроє ми.</w:t>
      </w:r>
    </w:p>
    <w:p>
      <w:r>
        <w:br/>
        <w:t>І недовго йшло змагання:&lt;br /&gt;</w:t>
        <w:br/>
        <w:t>Захиталися вони!&lt;br /&gt;</w:t>
        <w:br/>
        <w:t>Заревли в страху верблюди,&lt;br /&gt;</w:t>
        <w:br/>
        <w:t>Повернулися слони.</w:t>
      </w:r>
    </w:p>
    <w:p>
      <w:r>
        <w:br/>
        <w:t>Ворог битий ласки просить,&lt;br /&gt;</w:t>
        <w:br/>
        <w:t>Віддає своє майно:&lt;br /&gt;</w:t>
        <w:br/>
        <w:t>Срібло, злото, зброю, коні,&lt;br /&gt;</w:t>
        <w:br/>
        <w:t>Килими, харчі, вино.</w:t>
      </w:r>
    </w:p>
    <w:p>
      <w:r>
        <w:br/>
        <w:t>…По пустелі ллється пісня,&lt;br /&gt;</w:t>
        <w:br/>
        <w:t>Шелестять сухі піски.&lt;br /&gt;</w:t>
        <w:br/>
        <w:t>На слонах і на верблюдах&lt;br /&gt;</w:t>
        <w:br/>
        <w:t>Їдуть наші вояки.</w:t>
      </w:r>
    </w:p>
    <w:p>
      <w:r>
        <w:br/>
        <w:t>СМЕРТЬ ІГОРЯ</w:t>
      </w:r>
    </w:p>
    <w:p>
      <w:r>
        <w:br/>
        <w:t>Квітне Київська держава&lt;br /&gt;</w:t>
        <w:br/>
        <w:t>І могутня, і страшна.&lt;br /&gt;</w:t>
        <w:br/>
        <w:t>Майже всі вона з’єднала&lt;br /&gt;</w:t>
        <w:br/>
        <w:t>Українські племена.</w:t>
      </w:r>
    </w:p>
    <w:p>
      <w:r>
        <w:br/>
        <w:t>Не могла лише скорити&lt;br /&gt;</w:t>
        <w:br/>
        <w:t>Напівдиких деревлян,&lt;br /&gt;</w:t>
        <w:br/>
        <w:t>Що жили в лісах дрімучих&lt;br /&gt;</w:t>
        <w:br/>
        <w:t>Геть на захід від полян,</w:t>
      </w:r>
    </w:p>
    <w:p>
      <w:r>
        <w:br/>
        <w:t>Що не вміли розуміти&lt;br /&gt;</w:t>
        <w:br/>
        <w:t>Заповіти золоті,&lt;br /&gt;</w:t>
        <w:br/>
        <w:t>Що в єднанні тільки сила,&lt;br /&gt;</w:t>
        <w:br/>
        <w:t>В злуці, в спільності, в гурті,</w:t>
      </w:r>
    </w:p>
    <w:p>
      <w:r>
        <w:br/>
        <w:t>Що тоді лише Держава&lt;br /&gt;</w:t>
        <w:br/>
        <w:t>Буде дужа і міцна,&lt;br /&gt;</w:t>
        <w:br/>
        <w:t>Коли всі в одно зіллються&lt;br /&gt;</w:t>
        <w:br/>
        <w:t>Українські племена.</w:t>
      </w:r>
    </w:p>
    <w:p>
      <w:r>
        <w:br/>
        <w:t>Двічі вже розбив їх Ігор,&lt;br /&gt;</w:t>
        <w:br/>
        <w:t>Вдруге платять вже вони&lt;br /&gt;</w:t>
        <w:br/>
        <w:t>Шкіри чорної куниці —&lt;br /&gt;</w:t>
        <w:br/>
        <w:t>Дань невдалої війни.</w:t>
      </w:r>
    </w:p>
    <w:p>
      <w:r>
        <w:br/>
        <w:t>Та скоритися не хочуть,&lt;br /&gt;</w:t>
        <w:br/>
        <w:t>Відокремлюються знов.&lt;br /&gt;</w:t>
        <w:br/>
        <w:t>І утретє гнівний Ігор&lt;br /&gt;</w:t>
        <w:br/>
        <w:t>Військо скликав і пішов.</w:t>
      </w:r>
    </w:p>
    <w:p>
      <w:r>
        <w:br/>
        <w:t>На нараді з князем Малом&lt;br /&gt;</w:t>
        <w:br/>
        <w:t>Деревляни день і ніч.&lt;br /&gt;</w:t>
        <w:br/>
        <w:t>Віщуни стоять, ворожать,&lt;br /&gt;</w:t>
        <w:br/>
        <w:t>Мал насупився, як сич.</w:t>
      </w:r>
    </w:p>
    <w:p>
      <w:r>
        <w:br/>
        <w:t>Хтось найстарший, наймудріши&lt;br /&gt;</w:t>
        <w:br/>
        <w:t>Промовляє наразі:&lt;br /&gt;</w:t>
        <w:br/>
        <w:t>"Здавна радились зі мною&lt;br /&gt;</w:t>
        <w:br/>
        <w:t>І бояри, і князі.</w:t>
      </w:r>
    </w:p>
    <w:p>
      <w:r>
        <w:br/>
        <w:t>І тепер я дам пораду:&lt;br /&gt;</w:t>
        <w:br/>
        <w:t>Воно так: як вовк з двора&lt;br /&gt;</w:t>
        <w:br/>
        <w:t>Витяг дві чи три овечки,&lt;br /&gt;</w:t>
        <w:br/>
        <w:t>Вже не ждіть тоді добра.</w:t>
      </w:r>
    </w:p>
    <w:p>
      <w:r>
        <w:br/>
        <w:t>Передушить всю отару&lt;br /&gt;</w:t>
        <w:br/>
        <w:t>До останньої вівці.&lt;br /&gt;</w:t>
        <w:br/>
        <w:t>Як ви впораєтесь з вовком,&lt;br /&gt;</w:t>
        <w:br/>
        <w:t>Що ви зробите, борці?</w:t>
      </w:r>
    </w:p>
    <w:p>
      <w:r>
        <w:br/>
        <w:t>Віддасте йому отару,&lt;br /&gt;</w:t>
        <w:br/>
        <w:t>Ту, що пасли, стерегли?"&lt;br /&gt;</w:t>
        <w:br/>
        <w:t>"Уб’ємо кілками звіра!" —&lt;br /&gt;</w:t>
        <w:br/>
        <w:t>Деревляни заревли.</w:t>
      </w:r>
    </w:p>
    <w:p>
      <w:r>
        <w:br/>
        <w:t>І рішають одностайно&lt;br /&gt;</w:t>
        <w:br/>
        <w:t>Вбити Ігоря і бою.&lt;br /&gt;</w:t>
        <w:br/>
        <w:t>І на тім вони скінчили&lt;br /&gt;</w:t>
        <w:br/>
        <w:t>Раду-бесіду свою.&lt;br /&gt;</w:t>
        <w:br/>
        <w:t>. . . . . . . . . . . . . . . . . . . .</w:t>
      </w:r>
    </w:p>
    <w:p>
      <w:r>
        <w:br/>
        <w:t>Наче в бурю чорне море,&lt;br /&gt;</w:t>
        <w:br/>
        <w:t>Віковічний ліс гуде;&lt;br /&gt;</w:t>
        <w:br/>
        <w:t>Через ліс дрімучий, темний&lt;br /&gt;</w:t>
        <w:br/>
        <w:t>Військо Ігоря іде.</w:t>
      </w:r>
    </w:p>
    <w:p>
      <w:r>
        <w:br/>
        <w:t>Без дороги йде поволі,&lt;br /&gt;</w:t>
        <w:br/>
        <w:t>Здобуває кожний крок:&lt;br /&gt;</w:t>
        <w:br/>
        <w:t>Там дерева повалились,&lt;br /&gt;</w:t>
        <w:br/>
        <w:t>Там болото, там пісок.</w:t>
      </w:r>
    </w:p>
    <w:p>
      <w:r>
        <w:br/>
        <w:t>Так воно і йде до ночі,&lt;br /&gt;</w:t>
        <w:br/>
        <w:t>З лісом бореться, йдучи.&lt;br /&gt;</w:t>
        <w:br/>
        <w:t>На руках криваві рани,&lt;br /&gt;</w:t>
        <w:br/>
        <w:t>В піхвах заткнуті мечі.</w:t>
      </w:r>
    </w:p>
    <w:p>
      <w:r>
        <w:br/>
        <w:t>Але що це?! Деревляни!&lt;br /&gt;</w:t>
        <w:br/>
        <w:t>Деревляни з трьох боків!!&lt;br /&gt;</w:t>
        <w:br/>
        <w:t>"Оточили! Ми в неволі!&lt;br /&gt;</w:t>
        <w:br/>
        <w:t>Гей, до зброї, до мечів!"</w:t>
      </w:r>
    </w:p>
    <w:p>
      <w:r>
        <w:br/>
        <w:t>Та було уже запізно:&lt;br /&gt;</w:t>
        <w:br/>
        <w:t>Деревлянські вояки&lt;br /&gt;</w:t>
        <w:br/>
        <w:t>Налетіли, як на здобич&lt;br /&gt;</w:t>
        <w:br/>
        <w:t>Налітають хижаки.</w:t>
      </w:r>
    </w:p>
    <w:p>
      <w:r>
        <w:br/>
        <w:t>Перебили княже військо,&lt;br /&gt;</w:t>
        <w:br/>
        <w:t>Порубали, посікли,&lt;br /&gt;</w:t>
        <w:br/>
        <w:t>Князя Ігоря самого&lt;br /&gt;</w:t>
        <w:br/>
        <w:t>Обеззброїли, взяли.</w:t>
      </w:r>
    </w:p>
    <w:p>
      <w:r>
        <w:br/>
        <w:t>І, не стримуючи помсти,&lt;br /&gt;</w:t>
        <w:br/>
        <w:t>Гніву лютого свого,&lt;br /&gt;</w:t>
        <w:br/>
        <w:t>Враз два дерева згинають&lt;br /&gt;</w:t>
        <w:br/>
        <w:t>І прив’язують його.</w:t>
      </w:r>
    </w:p>
    <w:p>
      <w:r>
        <w:br/>
        <w:t>І, два дерева нагнувши,&lt;br /&gt;</w:t>
        <w:br/>
        <w:t>Випускають нагло з рук, —&lt;br /&gt;</w:t>
        <w:br/>
        <w:t>І живцем роздертий Ігор&lt;br /&gt;</w:t>
        <w:br/>
        <w:t>Умирає серед мук.</w:t>
      </w:r>
    </w:p>
    <w:p>
      <w:r>
        <w:br/>
        <w:t>…Так за дужу Україну,&lt;br /&gt;</w:t>
        <w:br/>
        <w:t>За соборну Ігор вмер.&lt;br /&gt;</w:t>
        <w:br/>
        <w:t>За соборність України&lt;br /&gt;</w:t>
        <w:br/>
        <w:t>Умирають і тепер.</w:t>
      </w:r>
    </w:p>
    <w:p>
      <w:r>
        <w:br/>
        <w:t>КНЯГИНЯ ОЛЬГА</w:t>
      </w:r>
    </w:p>
    <w:p>
      <w:r>
        <w:br/>
        <w:t>Тихий, теплий літній ранок.&lt;br /&gt;</w:t>
        <w:br/>
        <w:t>Сонце встало. Вітер спить.&lt;br /&gt;</w:t>
        <w:br/>
        <w:t>Вийшла дівчина на річку,&lt;br /&gt;</w:t>
        <w:br/>
        <w:t>Сіла в човен і сидить.</w:t>
      </w:r>
    </w:p>
    <w:p>
      <w:r>
        <w:br/>
        <w:t>Чарівка сама, як ранок,&lt;br /&gt;</w:t>
        <w:br/>
        <w:t>Задивилася на світ…&lt;br /&gt;</w:t>
        <w:br/>
        <w:t>Білий шус на синіх хвилях,&lt;br /&gt;</w:t>
        <w:br/>
        <w:t>На деревах — білий цвіт.</w:t>
      </w:r>
    </w:p>
    <w:p>
      <w:r>
        <w:br/>
        <w:t>Любо жити на цім світі,&lt;br /&gt;</w:t>
        <w:br/>
        <w:t>Щастя любого ждучи…&lt;br /&gt;</w:t>
        <w:br/>
        <w:t>Ах, коли б лише згадати&lt;br /&gt;</w:t>
        <w:br/>
        <w:t>Сон, що снився уночі.</w:t>
      </w:r>
    </w:p>
    <w:p>
      <w:r>
        <w:br/>
        <w:t>Дивний сон… Якісь палати,&lt;br /&gt;</w:t>
        <w:br/>
        <w:t>Лицар в зброї на коні…&lt;br /&gt;</w:t>
        <w:br/>
        <w:t>Ліс такий страшний, таємний…&lt;br /&gt;</w:t>
        <w:br/>
        <w:t>Поле… Море вдалині.</w:t>
      </w:r>
    </w:p>
    <w:p>
      <w:r>
        <w:br/>
        <w:t>Далі хмари, грім, пожежа,&lt;br /&gt;</w:t>
        <w:br/>
        <w:t>Плач і стогін з-під землі.&lt;br /&gt;</w:t>
        <w:br/>
        <w:t>Лицар-велетень в кайданах,&lt;br /&gt;</w:t>
        <w:br/>
        <w:t>Кров на білому чолі.</w:t>
      </w:r>
    </w:p>
    <w:p>
      <w:r>
        <w:br/>
        <w:t>І замислилась красуня…&lt;br /&gt;</w:t>
        <w:br/>
        <w:t>Згадка в серце їй вп’ялась…&lt;br /&gt;</w:t>
        <w:br/>
        <w:t>Нагло шелест… Обернулась:&lt;br /&gt;</w:t>
        <w:br/>
        <w:t>Перед нею — Ігор-князь.</w:t>
      </w:r>
    </w:p>
    <w:p>
      <w:r>
        <w:br/>
        <w:t>На йому убрання просте,&lt;br /&gt;</w:t>
        <w:br/>
        <w:t>Без оздоби, без відзнак,&lt;br /&gt;</w:t>
        <w:br/>
        <w:t>Лук з залізними кінцями,&lt;br /&gt;</w:t>
        <w:br/>
        <w:t>Збоку страли, сагайдак.</w:t>
      </w:r>
    </w:p>
    <w:p>
      <w:r>
        <w:br/>
        <w:t>Привітався з нею Ігор,&lt;br /&gt;</w:t>
        <w:br/>
        <w:t>Попросив перевезти…&lt;br /&gt;</w:t>
        <w:br/>
        <w:t>Загойдавсь на хвилях човен&lt;br /&gt;</w:t>
        <w:br/>
        <w:t>І поволі став плисти.</w:t>
      </w:r>
    </w:p>
    <w:p>
      <w:r>
        <w:br/>
        <w:t>І очей не зводить Ігор:&lt;br /&gt;</w:t>
        <w:br/>
        <w:t>Що за дівчина-краса!&lt;br /&gt;</w:t>
        <w:br/>
        <w:t>Заговорить: думка — сонце;&lt;br /&gt;</w:t>
        <w:br/>
        <w:t>Очі — сині небеса.</w:t>
      </w:r>
    </w:p>
    <w:p>
      <w:r>
        <w:br/>
        <w:t>Хто вона, чия і звідки,&lt;br /&gt;</w:t>
        <w:br/>
        <w:t>Князь докладно розпитав,&lt;br /&gt;</w:t>
        <w:br/>
        <w:t>А на другий день по неї&lt;br /&gt;</w:t>
        <w:br/>
        <w:t>І сватів своїх послав.</w:t>
      </w:r>
    </w:p>
    <w:p>
      <w:r>
        <w:br/>
        <w:t>І за князя вийшла заміж&lt;br /&gt;</w:t>
        <w:br/>
        <w:t>Проста дівчина з села&lt;br /&gt;</w:t>
        <w:br/>
        <w:t>І до смерті вірним другом&lt;br /&gt;</w:t>
        <w:br/>
        <w:t>Князю Ігорю була.</w:t>
      </w:r>
    </w:p>
    <w:p>
      <w:r>
        <w:br/>
        <w:t>ПОСЛИ ДЕРЕВЛЯН ДО ОЛЬГИ</w:t>
      </w:r>
    </w:p>
    <w:p>
      <w:r>
        <w:br/>
        <w:t>Хоч помстились деревляни,&lt;br /&gt;</w:t>
        <w:br/>
        <w:t>Та не заснуть уночі.&lt;br /&gt;</w:t>
        <w:br/>
        <w:t>Оглядаючись, лягають,&lt;br /&gt;</w:t>
        <w:br/>
        <w:t>Бачать Ігоря, сплючи.</w:t>
      </w:r>
    </w:p>
    <w:p>
      <w:r>
        <w:br/>
        <w:t>Хочуть з Ольгою миритись,&lt;br /&gt;</w:t>
        <w:br/>
        <w:t>До княгині шлють послів,&lt;br /&gt;</w:t>
        <w:br/>
        <w:t>І у Київ прибуває&lt;br /&gt;</w:t>
        <w:br/>
        <w:t>Нагло декілька човнів.</w:t>
      </w:r>
    </w:p>
    <w:p>
      <w:r>
        <w:br/>
        <w:t>І з промовою до Ольги&lt;br /&gt;</w:t>
        <w:br/>
        <w:t>Обертаються посли:&lt;br /&gt;</w:t>
        <w:br/>
        <w:t>"Ми не битися, княгине,&lt;br /&gt;</w:t>
        <w:br/>
        <w:t>Ми миритися прийшли.</w:t>
      </w:r>
    </w:p>
    <w:p>
      <w:r>
        <w:br/>
        <w:t>Та за вовка вийшла заміж,&lt;br /&gt;</w:t>
        <w:br/>
        <w:t>Ну й забили ми його,&lt;br /&gt;</w:t>
        <w:br/>
        <w:t>А тепер тебе ми заміж&lt;br /&gt;</w:t>
        <w:br/>
        <w:t>Віддамо вже за свого.</w:t>
      </w:r>
    </w:p>
    <w:p>
      <w:r>
        <w:br/>
        <w:t>Князь нащ, Мал, тебе угледів&lt;br /&gt;</w:t>
        <w:br/>
        <w:t>І відразу покохав,&lt;br /&gt;</w:t>
        <w:br/>
        <w:t>І оце до тебе, Ольго,&lt;br /&gt;</w:t>
        <w:br/>
        <w:t>Старостів своїх прислав".</w:t>
      </w:r>
    </w:p>
    <w:p>
      <w:r>
        <w:br/>
        <w:t>Ольга низько уклонилась&lt;br /&gt;</w:t>
        <w:br/>
        <w:t>І промовила послам:&lt;br /&gt;</w:t>
        <w:br/>
        <w:t>"Йдіть сьогодні в човен спати,&lt;br /&gt;</w:t>
        <w:br/>
        <w:t>Завтра ж честь я вам віддам".</w:t>
      </w:r>
    </w:p>
    <w:p>
      <w:r>
        <w:br/>
        <w:t>І повірили, зазнались,&lt;br /&gt;</w:t>
        <w:br/>
        <w:t>Запишалися посли&lt;br /&gt;</w:t>
        <w:br/>
        <w:t>І по вулицях до човна&lt;br /&gt;</w:t>
        <w:br/>
        <w:t>Переможцями пішли.</w:t>
      </w:r>
    </w:p>
    <w:p>
      <w:r>
        <w:br/>
        <w:t>І коли від Ольги вранці&lt;br /&gt;</w:t>
        <w:br/>
        <w:t>Послінці до їх прийшли,&lt;br /&gt;</w:t>
        <w:br/>
        <w:t>Ледве глянути схотіли,&lt;br /&gt;</w:t>
        <w:br/>
        <w:t>Ледве голови звели.</w:t>
      </w:r>
    </w:p>
    <w:p>
      <w:r>
        <w:br/>
        <w:t>"Не поїдемо ми кіньми,&lt;br /&gt;</w:t>
        <w:br/>
        <w:t>Пішки теж ми не йдемо, —&lt;br /&gt;</w:t>
        <w:br/>
        <w:t>Понесіть ви нас у човні!"&lt;br /&gt;</w:t>
        <w:br/>
        <w:t>"Що ж? Гаразд: понесемо".</w:t>
      </w:r>
    </w:p>
    <w:p>
      <w:r>
        <w:br/>
        <w:t>Понесли та враз — у яму!&lt;br /&gt;</w:t>
        <w:br/>
        <w:t>І засипали живцем:&lt;br /&gt;</w:t>
        <w:br/>
        <w:t>Так, мовляв, і ви мирились&lt;br /&gt;</w:t>
        <w:br/>
        <w:t>З нашим Ігорем-борцем.</w:t>
      </w:r>
    </w:p>
    <w:p>
      <w:r>
        <w:br/>
        <w:t>Так помстилася княгиня,&lt;br /&gt;</w:t>
        <w:br/>
        <w:t>Так помщаються жінки…&lt;br /&gt;</w:t>
        <w:br/>
        <w:t>Гей, не бійтеся ставати&lt;br /&gt;</w:t>
        <w:br/>
        <w:t>Під прапори, вояки!</w:t>
      </w:r>
    </w:p>
    <w:p>
      <w:r>
        <w:br/>
        <w:t>ПОХІД ОЛЬГИ НА ДЕРЕВЛЯН</w:t>
      </w:r>
    </w:p>
    <w:p>
      <w:r>
        <w:br/>
        <w:t>Незабаром гнівна Ольга&lt;br /&gt;</w:t>
        <w:br/>
        <w:t>Знову зводить рахунки…&lt;br /&gt;</w:t>
        <w:br/>
        <w:t>Але борються завзято&lt;br /&gt;</w:t>
        <w:br/>
        <w:t>Деревлянські вояки.</w:t>
      </w:r>
    </w:p>
    <w:p>
      <w:r>
        <w:br/>
        <w:t>Баче Ольга, що до бою&lt;br /&gt;</w:t>
        <w:br/>
        <w:t>В неї сила замала,&lt;br /&gt;</w:t>
        <w:br/>
        <w:t>Стала думати, гадати&lt;br /&gt;</w:t>
        <w:br/>
        <w:t>І на хитрощі пішла.</w:t>
      </w:r>
    </w:p>
    <w:p>
      <w:r>
        <w:br/>
        <w:t>І говорить деревлянам:&lt;br /&gt;</w:t>
        <w:br/>
        <w:t>"Та чого це ми б’ємось?&lt;br /&gt;</w:t>
        <w:br/>
        <w:t>Щось не вміли поділити,&lt;br /&gt;</w:t>
        <w:br/>
        <w:t>Завинив з нас, може, хтось?</w:t>
      </w:r>
    </w:p>
    <w:p>
      <w:r>
        <w:br/>
        <w:t>Я прийшла до чоловіка&lt;br /&gt;</w:t>
        <w:br/>
        <w:t>На могилу жалібну:&lt;br /&gt;</w:t>
        <w:br/>
        <w:t>Дай, мовляв, солодким медом&lt;br /&gt;</w:t>
        <w:br/>
        <w:t>Свого князя пом’яну.</w:t>
      </w:r>
    </w:p>
    <w:p>
      <w:r>
        <w:br/>
        <w:t>З вами, любі деревляни,&lt;br /&gt;</w:t>
        <w:br/>
        <w:t>Боротьби я не веду, —&lt;br /&gt;</w:t>
        <w:br/>
        <w:t>Пом’яну я чоловіка,&lt;br /&gt;</w:t>
        <w:br/>
        <w:t>Справлю тризну і піду.</w:t>
      </w:r>
    </w:p>
    <w:p>
      <w:r>
        <w:br/>
        <w:t>Пом’яніть і ви… Забудьте&lt;br /&gt;</w:t>
        <w:br/>
        <w:t>Те, що вже давно пройшло:&lt;br /&gt;</w:t>
        <w:br/>
        <w:t>Є для вас і мед пахучий,&lt;br /&gt;</w:t>
        <w:br/>
        <w:t>І густе, як кров, вино".</w:t>
      </w:r>
    </w:p>
    <w:p>
      <w:r>
        <w:br/>
        <w:t>Вірять Ользі деревляни,&lt;br /&gt;</w:t>
        <w:br/>
        <w:t>На могилу князя йдуть.&lt;br /&gt;</w:t>
        <w:br/>
        <w:t>Разом князя поминають,&lt;br /&gt;</w:t>
        <w:br/>
        <w:t>Разом мед і вина п’ють.</w:t>
      </w:r>
    </w:p>
    <w:p>
      <w:r>
        <w:br/>
        <w:t>Попили, лягли спочити,&lt;br /&gt;</w:t>
        <w:br/>
        <w:t>А княгиня знак дала&lt;br /&gt;</w:t>
        <w:br/>
        <w:t>І над Ігоря труною&lt;br /&gt;</w:t>
        <w:br/>
        <w:t>Рахунки свої звела…</w:t>
      </w:r>
    </w:p>
    <w:p>
      <w:r>
        <w:br/>
        <w:t>І в похід рушає далі,&lt;br /&gt;</w:t>
        <w:br/>
        <w:t>Все мечем рубає впень,&lt;br /&gt;</w:t>
        <w:br/>
        <w:t>Ціле літо облягає&lt;br /&gt;</w:t>
        <w:br/>
        <w:t>Непокірний Коростень.</w:t>
      </w:r>
    </w:p>
    <w:p>
      <w:r>
        <w:br/>
        <w:t>Таж погляньте, всі скорились,&lt;br /&gt;</w:t>
        <w:br/>
        <w:t>Всі вже платять дань мені&lt;br /&gt;</w:t>
        <w:br/>
        <w:t>І спокійно орють ниви…&lt;br /&gt;</w:t>
        <w:br/>
        <w:t>Непокірні ви одні.</w:t>
      </w:r>
    </w:p>
    <w:p>
      <w:r>
        <w:br/>
        <w:t>Але я так мало хочу,&lt;br /&gt;</w:t>
        <w:br/>
        <w:t>Неподолані борці:&lt;br /&gt;</w:t>
        <w:br/>
        <w:t>По три голуби від хати&lt;br /&gt;</w:t>
        <w:br/>
        <w:t>Та по три ще горобці".</w:t>
      </w:r>
    </w:p>
    <w:p>
      <w:r>
        <w:br/>
        <w:t>І зраділи деревляни,&lt;br /&gt;</w:t>
        <w:br/>
        <w:t>Всі розбіглись і в міщки&lt;br /&gt;</w:t>
        <w:br/>
        <w:t>По лісах, лугах і стріхах&lt;br /&gt;</w:t>
        <w:br/>
        <w:t>Ловлять весело пташки.</w:t>
      </w:r>
    </w:p>
    <w:p>
      <w:r>
        <w:br/>
        <w:t>Ольга ж вугілля гаряче&lt;br /&gt;</w:t>
        <w:br/>
        <w:t>Кожній птащці до хвоста&lt;br /&gt;</w:t>
        <w:br/>
        <w:t>Прив’язала і пустила…&lt;br /&gt;</w:t>
        <w:br/>
        <w:t>Загорілися міста…</w:t>
      </w:r>
    </w:p>
    <w:p>
      <w:r>
        <w:br/>
        <w:t>Коростень в огні палає,&lt;br /&gt;</w:t>
        <w:br/>
        <w:t>Галас, крик, переполох…&lt;br /&gt;</w:t>
        <w:br/>
        <w:t>Все тікає… Військо Ольги&lt;br /&gt;</w:t>
        <w:br/>
        <w:t>Перебило багатьох.</w:t>
      </w:r>
    </w:p>
    <w:p>
      <w:r>
        <w:br/>
        <w:t>Та як виконала Ольга&lt;br /&gt;</w:t>
        <w:br/>
        <w:t>Помсти лютий заповіт,&lt;br /&gt;</w:t>
        <w:br/>
        <w:t>Стала думати про Бога,&lt;br /&gt;</w:t>
        <w:br/>
        <w:t>Про таємний божий світ.</w:t>
      </w:r>
    </w:p>
    <w:p>
      <w:r>
        <w:br/>
        <w:t>Про велику, вічну правду,&lt;br /&gt;</w:t>
        <w:br/>
        <w:t>Про прощення, про любов,&lt;br /&gt;</w:t>
        <w:br/>
        <w:t>Стала думати про Того,&lt;br /&gt;</w:t>
        <w:br/>
        <w:t>Хто пролив за людство кров.</w:t>
      </w:r>
    </w:p>
    <w:p>
      <w:r>
        <w:br/>
        <w:t>І не помста дика, люта,&lt;br /&gt;</w:t>
        <w:br/>
        <w:t>Не кривавих дум рої,&lt;br /&gt;</w:t>
        <w:br/>
        <w:t>А безмежне милосердя&lt;br /&gt;</w:t>
        <w:br/>
        <w:t>Душу сповнило її.</w:t>
      </w:r>
    </w:p>
    <w:p>
      <w:r>
        <w:br/>
        <w:t>І без Його мудра Ольга&lt;br /&gt;</w:t>
        <w:br/>
        <w:t>Більше жити не змогла…&lt;br /&gt;</w:t>
        <w:br/>
        <w:t>І у грецькім Царгороді&lt;br /&gt;</w:t>
        <w:br/>
        <w:t>Християнство прийняла.</w:t>
      </w:r>
    </w:p>
    <w:p>
      <w:r>
        <w:br/>
        <w:t>СВЯТОСЛАВ</w:t>
      </w:r>
    </w:p>
    <w:p>
      <w:r>
        <w:br/>
        <w:t>Ніч майова, українська,&lt;br /&gt;</w:t>
        <w:br/>
        <w:t>Світло місячне тремтить…&lt;br /&gt;</w:t>
        <w:br/>
        <w:t>Все заснуло. Тільки Ольга&lt;br /&gt;</w:t>
        <w:br/>
        <w:t>Над колискою не спить.</w:t>
      </w:r>
    </w:p>
    <w:p>
      <w:r>
        <w:br/>
        <w:t>Над дитиною схилилась,&lt;br /&gt;</w:t>
        <w:br/>
        <w:t>Сон рожевий зовучи:&lt;br /&gt;</w:t>
        <w:br/>
        <w:t>"Спи, мій сину, спи, маленький,&lt;br /&gt;</w:t>
        <w:br/>
        <w:t>Треба спати уночі.</w:t>
      </w:r>
    </w:p>
    <w:p>
      <w:r>
        <w:br/>
        <w:t>Сплять давно уже хозари,&lt;br /&gt;</w:t>
        <w:br/>
        <w:t>Печеніги сплять в степах.&lt;br /&gt;</w:t>
        <w:br/>
        <w:t>Всі заснули… Спи, мій сину,&lt;br /&gt;</w:t>
        <w:br/>
        <w:t>В золотих дитячих снах.</w:t>
      </w:r>
    </w:p>
    <w:p>
      <w:r>
        <w:br/>
        <w:t>Та яким же неслухняним&lt;br /&gt;</w:t>
        <w:br/>
        <w:t>Народився мій синок!&lt;br /&gt;</w:t>
        <w:br/>
        <w:t>Ні сповивачів не любить,&lt;br /&gt;</w:t>
        <w:br/>
        <w:t>Ні шовкових пелюшок.</w:t>
      </w:r>
    </w:p>
    <w:p>
      <w:r>
        <w:br/>
        <w:t>Знову рученьки згинає —&lt;br /&gt;</w:t>
        <w:br/>
        <w:t>Наче стримує коня…&lt;br /&gt;</w:t>
        <w:br/>
        <w:t>Спи, моє мале зернятко,&lt;br /&gt;</w:t>
        <w:br/>
        <w:t>Спи, пташинонька моя!</w:t>
      </w:r>
    </w:p>
    <w:p>
      <w:r>
        <w:br/>
        <w:t>Знов схопився! Щось приснилось?!&lt;br /&gt;</w:t>
        <w:br/>
        <w:t>Оченята аж горять!&lt;br /&gt;</w:t>
        <w:br/>
        <w:t>Правда — щось страшне приснилось?!&lt;br /&gt;</w:t>
        <w:br/>
        <w:t>Спи: давно всі діти сплять.</w:t>
      </w:r>
    </w:p>
    <w:p>
      <w:r>
        <w:br/>
        <w:t>Соне, соне срібнокрилий,&lt;br /&gt;</w:t>
        <w:br/>
        <w:t>Не жахай страхами ти,&lt;br /&gt;</w:t>
        <w:br/>
        <w:t>А на віченьки дитячі&lt;br /&gt;</w:t>
        <w:br/>
        <w:t>Тихим янголом злети,</w:t>
      </w:r>
    </w:p>
    <w:p>
      <w:r>
        <w:br/>
        <w:t>Поведи його за руку&lt;br /&gt;</w:t>
        <w:br/>
        <w:t>На заквітчані степи…&lt;br /&gt;</w:t>
        <w:br/>
        <w:t>Знов прокинувсь!.. Святославе!&lt;br /&gt;</w:t>
        <w:br/>
        <w:t>Заспокойся, тихо спи…"</w:t>
      </w:r>
    </w:p>
    <w:p>
      <w:r>
        <w:br/>
        <w:t>Ллється місячне проміння,&lt;br /&gt;</w:t>
        <w:br/>
        <w:t>Над землею ніч летить.&lt;br /&gt;</w:t>
        <w:br/>
        <w:t>Все заснуло, тільки Ольга&lt;br /&gt;</w:t>
        <w:br/>
        <w:t>Над колискою не спить.</w:t>
      </w:r>
    </w:p>
    <w:p>
      <w:r>
        <w:br/>
        <w:t>ДИТИНСТВО СВЯТОСЛАВА</w:t>
      </w:r>
    </w:p>
    <w:p>
      <w:r>
        <w:br/>
        <w:t>Тихо лине рік за роком,&lt;br /&gt;</w:t>
        <w:br/>
        <w:t>Підростає Святослав,&lt;br /&gt;</w:t>
        <w:br/>
        <w:t>Вже він має лук і стріли,&lt;br /&gt;</w:t>
        <w:br/>
        <w:t>Вже й меча собі придбав.</w:t>
      </w:r>
    </w:p>
    <w:p>
      <w:r>
        <w:br/>
        <w:t>З лопухами він воює,&lt;br /&gt;</w:t>
        <w:br/>
        <w:t>Тяжко нищить будяки,&lt;br /&gt;</w:t>
        <w:br/>
        <w:t>Горобці його бояться&lt;br /&gt;</w:t>
        <w:br/>
        <w:t>І жахаються шпаки.</w:t>
      </w:r>
    </w:p>
    <w:p>
      <w:r>
        <w:br/>
        <w:t>Й свойому товаристві&lt;br /&gt;</w:t>
        <w:br/>
        <w:t>Він давно за ватажка,&lt;br /&gt;</w:t>
        <w:br/>
        <w:t>Хай хто-небудь не поцілить&lt;br /&gt;</w:t>
        <w:br/>
        <w:t>В саму шию будяка, —</w:t>
      </w:r>
    </w:p>
    <w:p>
      <w:r>
        <w:br/>
        <w:t>Одбере меча і лука&lt;br /&gt;</w:t>
        <w:br/>
        <w:t>І не візьме на війну:&lt;br /&gt;</w:t>
        <w:br/>
        <w:t>Хай, мовляв, ще дома вчиться&lt;br /&gt;</w:t>
        <w:br/>
        <w:t>Боронити сторону.</w:t>
      </w:r>
    </w:p>
    <w:p>
      <w:r>
        <w:br/>
        <w:t>Прибіжить на стайню часом,&lt;br /&gt;</w:t>
        <w:br/>
        <w:t>На коня — і в степ летить,&lt;br /&gt;</w:t>
        <w:br/>
        <w:t>Не натішиться вояцтво, —&lt;br /&gt;</w:t>
        <w:br/>
        <w:t>Серце матері тремтить.</w:t>
      </w:r>
    </w:p>
    <w:p>
      <w:r>
        <w:br/>
        <w:t>ЮНАЦТВО СВЯТОСЛАВА</w:t>
      </w:r>
    </w:p>
    <w:p>
      <w:r>
        <w:br/>
        <w:t>Непомітно линуть роки&lt;br /&gt;</w:t>
        <w:br/>
        <w:t>Серед ігрищ і забав,&lt;br /&gt;</w:t>
        <w:br/>
        <w:t>Непомітно в товаристві&lt;br /&gt;</w:t>
        <w:br/>
        <w:t>Виростав і Святослав.</w:t>
      </w:r>
    </w:p>
    <w:p>
      <w:r>
        <w:br/>
        <w:t>Ось і парубком стає він,&lt;br /&gt;</w:t>
        <w:br/>
        <w:t>Кремезний, міцний, як дуб,&lt;br /&gt;</w:t>
        <w:br/>
        <w:t>Сині очі, чорні брови,&lt;br /&gt;</w:t>
        <w:br/>
        <w:t>Над чолом козацький чуб.</w:t>
      </w:r>
    </w:p>
    <w:p>
      <w:r>
        <w:br/>
        <w:t>Скрізь і завжди він з вояцтвом,&lt;br /&gt;</w:t>
        <w:br/>
        <w:t>Разом всі їдять і п’ють.&lt;br /&gt;</w:t>
        <w:br/>
        <w:t>Сплять — вкриваються вітрами,&lt;br /&gt;</w:t>
        <w:br/>
        <w:t>Сідла в голови кладуть.</w:t>
      </w:r>
    </w:p>
    <w:p>
      <w:r>
        <w:br/>
        <w:t>Не беруть в похід з собою&lt;br /&gt;</w:t>
        <w:br/>
        <w:t>Ні майна, ні казанів:&lt;br /&gt;</w:t>
        <w:br/>
        <w:t>Є цього добра багато&lt;br /&gt;</w:t>
        <w:br/>
        <w:t>І в сусідів-ворогів.</w:t>
      </w:r>
    </w:p>
    <w:p>
      <w:r>
        <w:br/>
        <w:t>А в боях, кривавих січах&lt;br /&gt;</w:t>
        <w:br/>
        <w:t>Всюди перший Святослав,&lt;br /&gt;</w:t>
        <w:br/>
        <w:t>Першим він ставав до бою&lt;br /&gt;</w:t>
        <w:br/>
        <w:t>І останнім бій кінчав.</w:t>
      </w:r>
    </w:p>
    <w:p>
      <w:r>
        <w:br/>
        <w:t>Був він чесний, справжній лицар.&lt;br /&gt;</w:t>
        <w:br/>
        <w:t>І коли на бій ішов,&lt;br /&gt;</w:t>
        <w:br/>
        <w:t>Посилав гінців, щоб ворог&lt;br /&gt;</w:t>
        <w:br/>
        <w:t>До змагання був готов.</w:t>
      </w:r>
    </w:p>
    <w:p>
      <w:r>
        <w:br/>
        <w:t>Посилав гінців сказати —&lt;br /&gt;</w:t>
        <w:br/>
        <w:t>Скільки в його війська єсть&lt;br /&gt;</w:t>
        <w:br/>
        <w:t>І що буде до останку&lt;br /&gt;</w:t>
        <w:br/>
        <w:t>Боронити волю й честь.</w:t>
      </w:r>
    </w:p>
    <w:p>
      <w:r>
        <w:br/>
        <w:t>І здобув він скрізь пошану:&lt;br /&gt;</w:t>
        <w:br/>
        <w:t>І в чужих, і у своїх…&lt;br /&gt;</w:t>
        <w:br/>
        <w:t>І боялись Святослава&lt;br /&gt;</w:t>
        <w:br/>
        <w:t>Грек, хозарин й печеніг.</w:t>
      </w:r>
    </w:p>
    <w:p>
      <w:r>
        <w:br/>
        <w:t>ПОХІД НА ХОЗАР</w:t>
      </w:r>
    </w:p>
    <w:p>
      <w:r>
        <w:br/>
        <w:t>Над Каспійським буйним морем,&lt;br /&gt;</w:t>
        <w:br/>
        <w:t>Понад Волгою в степах&lt;br /&gt;</w:t>
        <w:br/>
        <w:t>Здавна жив народ хозарський&lt;br /&gt;</w:t>
        <w:br/>
        <w:t>В побудованих містах.</w:t>
      </w:r>
    </w:p>
    <w:p>
      <w:r>
        <w:br/>
        <w:t>Торгував усяким крамом,&lt;br /&gt;</w:t>
        <w:br/>
        <w:t>Вів з сусідами війну&lt;br /&gt;</w:t>
        <w:br/>
        <w:t>І давно вже задивлявся&lt;br /&gt;</w:t>
        <w:br/>
        <w:t>Він на нашу сторону.</w:t>
      </w:r>
    </w:p>
    <w:p>
      <w:r>
        <w:br/>
        <w:t>"За хозарами не встигнеш!&lt;br /&gt;</w:t>
        <w:br/>
        <w:t>Бо пройдисвіти оці&lt;br /&gt;</w:t>
        <w:br/>
        <w:t>Все забрали в свої руки", —&lt;br /&gt;</w:t>
        <w:br/>
        <w:t>Наші гнівались купці.</w:t>
      </w:r>
    </w:p>
    <w:p>
      <w:r>
        <w:br/>
        <w:t>Довго, довго придивлявся&lt;br /&gt;</w:t>
        <w:br/>
        <w:t>До торгівлі Святослав&lt;br /&gt;</w:t>
        <w:br/>
        <w:t>І в метких купцях-хозарах&lt;br /&gt;</w:t>
        <w:br/>
        <w:t>Ворогів своїх пізнав.</w:t>
      </w:r>
    </w:p>
    <w:p>
      <w:r>
        <w:br/>
        <w:t>І сказав: "Іду на вас я,&lt;br /&gt;</w:t>
        <w:br/>
        <w:t>Приготуйтесь до боїв!"&lt;br /&gt;</w:t>
        <w:br/>
        <w:t>Сам же військо він збирає&lt;br /&gt;</w:t>
        <w:br/>
        <w:t>І веде на ворогів.</w:t>
      </w:r>
    </w:p>
    <w:p>
      <w:r>
        <w:br/>
        <w:t>Розбиває їх твердиню —&lt;br /&gt;</w:t>
        <w:br/>
        <w:t>Білу Вежу на Дону —&lt;br /&gt;</w:t>
        <w:br/>
        <w:t>І мечем руйнує Ітіль —&lt;br /&gt;</w:t>
        <w:br/>
        <w:t>їх столицю головну.</w:t>
      </w:r>
    </w:p>
    <w:p>
      <w:r>
        <w:br/>
        <w:t>Розганяє їх по світу,&lt;br /&gt;</w:t>
        <w:br/>
        <w:t>Наче вітер зграї хмар,&lt;br /&gt;</w:t>
        <w:br/>
        <w:t>І з того часу держави&lt;br /&gt;</w:t>
        <w:br/>
        <w:t>Не було вже у хозар.</w:t>
      </w:r>
    </w:p>
    <w:p>
      <w:r>
        <w:br/>
        <w:t>І з того часу наш ворог&lt;br /&gt;</w:t>
        <w:br/>
        <w:t>Приймаком в чужинця жив…&lt;br /&gt;</w:t>
        <w:br/>
        <w:t>Так колись ма рахувались&lt;br /&gt;</w:t>
        <w:br/>
        <w:t>З тим, хто кривду нам робив.</w:t>
      </w:r>
    </w:p>
    <w:p>
      <w:r>
        <w:br/>
        <w:t>ВІЙНА З БОЛГАРАМИ</w:t>
      </w:r>
    </w:p>
    <w:p>
      <w:r>
        <w:br/>
        <w:t>Повертається з походу&lt;br /&gt;</w:t>
        <w:br/>
        <w:t>І рідний Київ Святослав —&lt;br /&gt;</w:t>
        <w:br/>
        <w:t>Скільки здобичі привіз він&lt;br /&gt;</w:t>
        <w:br/>
        <w:t>І невольників забрав!</w:t>
      </w:r>
    </w:p>
    <w:p>
      <w:r>
        <w:br/>
        <w:t>Криком всі його стрівають,&lt;br /&gt;</w:t>
        <w:br/>
        <w:t>Квіти кидають йому:&lt;br /&gt;</w:t>
        <w:br/>
        <w:t>"Слава, слава Святославу,&lt;br /&gt;</w:t>
        <w:br/>
        <w:t>Слава лицарству всьому!"</w:t>
      </w:r>
    </w:p>
    <w:p>
      <w:r>
        <w:br/>
        <w:t>Та не довго забавлявся&lt;br /&gt;</w:t>
        <w:br/>
        <w:t>Після бою Святослав.&lt;br /&gt;</w:t>
        <w:br/>
        <w:t>Рано вдосвіта вставав він&lt;br /&gt;</w:t>
        <w:br/>
        <w:t>І опівночі лягав.</w:t>
      </w:r>
    </w:p>
    <w:p>
      <w:r>
        <w:br/>
        <w:t>І коли в своїй державі&lt;br /&gt;</w:t>
        <w:br/>
        <w:t>Він тривалий лад завів,&lt;br /&gt;</w:t>
        <w:br/>
        <w:t>Він до матері звернувся:&lt;br /&gt;</w:t>
        <w:br/>
        <w:t>"Мати, син твій відпочив,</w:t>
      </w:r>
    </w:p>
    <w:p>
      <w:r>
        <w:br/>
        <w:t>Хоче син твій Україні&lt;br /&gt;</w:t>
        <w:br/>
        <w:t>Щастя й долю принести.&lt;br /&gt;</w:t>
        <w:br/>
        <w:t>Не розгнівайся на його&lt;br /&gt;</w:t>
        <w:br/>
        <w:t>І в новий похід пусти.</w:t>
      </w:r>
    </w:p>
    <w:p>
      <w:r>
        <w:br/>
        <w:t>Мед несе Дунай широкий,&lt;br /&gt;</w:t>
        <w:br/>
        <w:t>Дно Дунаю — золоте,&lt;br /&gt;</w:t>
        <w:br/>
        <w:t>А на березі, як квітка,&lt;br /&gt;</w:t>
        <w:br/>
        <w:t>Переяславець цвіте.</w:t>
      </w:r>
    </w:p>
    <w:p>
      <w:r>
        <w:br/>
        <w:t>Греки злото шлють до його,&lt;br /&gt;</w:t>
        <w:br/>
        <w:t>Угри — коней табуни,&lt;br /&gt;</w:t>
        <w:br/>
        <w:t>Чехи й ляхи сріблом, крамом&lt;br /&gt;</w:t>
        <w:br/>
        <w:t>Навантажують човни.</w:t>
      </w:r>
    </w:p>
    <w:p>
      <w:r>
        <w:br/>
        <w:t>Там я, мати, ставши паном,&lt;br /&gt;</w:t>
        <w:br/>
        <w:t>Не боятимусь біди…"&lt;br /&gt;</w:t>
        <w:br/>
        <w:t>І замислилась княгиня,&lt;br /&gt;</w:t>
        <w:br/>
        <w:t>І сказала: "Що ж, іди!.."</w:t>
      </w:r>
    </w:p>
    <w:p>
      <w:r>
        <w:br/>
        <w:t>І, зібравши десять тисяч&lt;br /&gt;</w:t>
        <w:br/>
        <w:t>Найміцніших вояків,&lt;br /&gt;</w:t>
        <w:br/>
        <w:t>Святослав Дніпром на південь,&lt;br /&gt;</w:t>
        <w:br/>
        <w:t>На Болгарію поплив.</w:t>
      </w:r>
    </w:p>
    <w:p>
      <w:r>
        <w:br/>
        <w:t>Далі військо він степами&lt;br /&gt;</w:t>
        <w:br/>
        <w:t>Серед спеки, серед злив,&lt;br /&gt;</w:t>
        <w:br/>
        <w:t>Буг зустрів, Дністер широкий —&lt;br /&gt;</w:t>
        <w:br/>
        <w:t>І обидва переплив.</w:t>
      </w:r>
    </w:p>
    <w:p>
      <w:r>
        <w:br/>
        <w:t>Довго, довго йшов степами.&lt;br /&gt;</w:t>
        <w:br/>
        <w:t>Ось уже й Дунай блищить,&lt;br /&gt;</w:t>
        <w:br/>
        <w:t>І, як писанка, на горах&lt;br /&gt;</w:t>
        <w:br/>
        <w:t>Переяславець стоїть.</w:t>
      </w:r>
    </w:p>
    <w:p>
      <w:r>
        <w:br/>
        <w:t>Бачать: замкнуті ворота,&lt;br /&gt;</w:t>
        <w:br/>
        <w:t>Тихо, пусто навкруги,&lt;br /&gt;</w:t>
        <w:br/>
        <w:t>Наче з міста повтікали&lt;br /&gt;</w:t>
        <w:br/>
        <w:t>Чи сховались вороги.</w:t>
      </w:r>
    </w:p>
    <w:p>
      <w:r>
        <w:br/>
        <w:t>Ждали наступу болгари,&lt;br /&gt;</w:t>
        <w:br/>
        <w:t>Ждали наступу дарма.&lt;br /&gt;</w:t>
        <w:br/>
        <w:t>"Святослав не наступає:&lt;br /&gt;</w:t>
        <w:br/>
        <w:t>Мабуть, сил в його нема!"</w:t>
      </w:r>
    </w:p>
    <w:p>
      <w:r>
        <w:br/>
        <w:t>І пішли йому назустріч,&lt;br /&gt;</w:t>
        <w:br/>
        <w:t>Стали битись вояки…&lt;br /&gt;</w:t>
        <w:br/>
        <w:t>Вже, здавалось, Святослава&lt;br /&gt;</w:t>
        <w:br/>
        <w:t>Захиталися полки,</w:t>
      </w:r>
    </w:p>
    <w:p>
      <w:r>
        <w:br/>
        <w:t>Вже не так мечі рубають,&lt;br /&gt;</w:t>
        <w:br/>
        <w:t>В’яне пісня бойова…&lt;br /&gt;</w:t>
        <w:br/>
        <w:t>І із уст у Святослава&lt;br /&gt;</w:t>
        <w:br/>
        <w:t>Вириваються слова:</w:t>
      </w:r>
    </w:p>
    <w:p>
      <w:r>
        <w:br/>
        <w:t>"Вояки! Ім’я свого ми&lt;br /&gt;</w:t>
        <w:br/>
        <w:t>На наругу не дамо,&lt;br /&gt;</w:t>
        <w:br/>
        <w:t>Як судилося нам вмерти,&lt;br /&gt;</w:t>
        <w:br/>
        <w:t>То, як лицарі, вмремо!"</w:t>
      </w:r>
    </w:p>
    <w:p>
      <w:r>
        <w:br/>
        <w:t>Загриміли знову сурми,&lt;br /&gt;</w:t>
        <w:br/>
        <w:t>Полилася знову кров…&lt;br /&gt;</w:t>
        <w:br/>
        <w:t>Святослав, як лев, боровся,&lt;br /&gt;</w:t>
        <w:br/>
        <w:t>І нарешті поборов.</w:t>
      </w:r>
    </w:p>
    <w:p>
      <w:r>
        <w:br/>
        <w:t>Святослав, як лев, боровся,&lt;br /&gt;</w:t>
        <w:br/>
        <w:t>І тому він поборов,&lt;br /&gt;</w:t>
        <w:br/>
        <w:t>З переможними піснями&lt;br /&gt;</w:t>
        <w:br/>
        <w:t>В Переяславець ввійшов.</w:t>
      </w:r>
    </w:p>
    <w:p>
      <w:r>
        <w:br/>
        <w:t>Хто готов за край, за волю,&lt;br /&gt;</w:t>
        <w:br/>
        <w:t>Скласти голову свою,&lt;br /&gt;</w:t>
        <w:br/>
        <w:t>Той бував, і є, і буде&lt;br /&gt;</w:t>
        <w:br/>
        <w:t>Переможцем у бою.</w:t>
      </w:r>
    </w:p>
    <w:p>
      <w:r>
        <w:br/>
        <w:t>ВІЙНА З ГРЕКАМИ</w:t>
      </w:r>
    </w:p>
    <w:p>
      <w:r>
        <w:br/>
        <w:t>Поховавши свою матір,&lt;br /&gt;</w:t>
        <w:br/>
        <w:t>Знов в поході Святослав:&lt;br /&gt;</w:t>
        <w:br/>
        <w:t>Він іде уже на греків,&lt;br /&gt;</w:t>
        <w:br/>
        <w:t>Він уже й гінців послав.</w:t>
      </w:r>
    </w:p>
    <w:p>
      <w:r>
        <w:br/>
        <w:t>"Я зову на бій вас, греки,&lt;br /&gt;</w:t>
        <w:br/>
        <w:t>Я на Грецію іду,&lt;br /&gt;</w:t>
        <w:br/>
        <w:t>На лукавство й хитрість вашу&lt;br /&gt;</w:t>
        <w:br/>
        <w:t>Я полки свої веду".</w:t>
      </w:r>
    </w:p>
    <w:p>
      <w:r>
        <w:br/>
        <w:t>І сказали хитрі греки:&lt;br /&gt;</w:t>
        <w:br/>
        <w:t>"Князю, ти на нас не йди,&lt;br /&gt;</w:t>
        <w:br/>
        <w:t>На якусь країну іншу&lt;br /&gt;</w:t>
        <w:br/>
        <w:t>Ти вояцтво поведи.</w:t>
      </w:r>
    </w:p>
    <w:p>
      <w:r>
        <w:br/>
        <w:t>А у нас земля багата,&lt;br /&gt;</w:t>
        <w:br/>
        <w:t>Ми заплатимо тобі…&lt;br /&gt;</w:t>
        <w:br/>
        <w:t>Нащо будем ми сваритись&lt;br /&gt;</w:t>
        <w:br/>
        <w:t>І вмирати в боротьбі?!</w:t>
      </w:r>
    </w:p>
    <w:p>
      <w:r>
        <w:br/>
        <w:t>Скільки в тебе війська, князю,&lt;br /&gt;</w:t>
        <w:br/>
        <w:t>Ти скажи нам це одно, —&lt;br /&gt;</w:t>
        <w:br/>
        <w:t>І вояк твій кожний має&lt;br /&gt;</w:t>
        <w:br/>
        <w:t>Зброю, золото й вино".</w:t>
      </w:r>
    </w:p>
    <w:p>
      <w:r>
        <w:br/>
        <w:t>І, довідавшись про кількість&lt;br /&gt;</w:t>
        <w:br/>
        <w:t>Святославових полків,&lt;br /&gt;</w:t>
        <w:br/>
        <w:t>Греки вдесятеро більше&lt;br /&gt;</w:t>
        <w:br/>
        <w:t>Виставляють вояків.</w:t>
      </w:r>
    </w:p>
    <w:p>
      <w:r>
        <w:br/>
        <w:t>І коли на бій зійшлися,&lt;br /&gt;</w:t>
        <w:br/>
        <w:t>Князя жах на мент пройняв:&lt;br /&gt;</w:t>
        <w:br/>
        <w:t>"Одурили хитрі греки!" —&lt;br /&gt;</w:t>
        <w:br/>
        <w:t>Гнівно крикнув Святослав.</w:t>
      </w:r>
    </w:p>
    <w:p>
      <w:r>
        <w:br/>
        <w:t>"Вояки! Як мури стійте,&lt;br /&gt;</w:t>
        <w:br/>
        <w:t>Не гасіть у серці гнів,&lt;br /&gt;</w:t>
        <w:br/>
        <w:t>Не вкривайтеся ганьбою&lt;br /&gt;</w:t>
        <w:br/>
        <w:t>Безсоромних боюнів!</w:t>
      </w:r>
    </w:p>
    <w:p>
      <w:r>
        <w:br/>
        <w:t>Умремо — ганьби не буде.&lt;br /&gt;</w:t>
        <w:br/>
        <w:t>Втечемо — навік ганьба!&lt;br /&gt;</w:t>
        <w:br/>
        <w:t>Ще нікому не відомо,&lt;br /&gt;</w:t>
        <w:br/>
        <w:t>Чим скінчиться боротьба!</w:t>
      </w:r>
    </w:p>
    <w:p>
      <w:r>
        <w:br/>
        <w:t>Хай же сурмлять наші сурми,&lt;br /&gt;</w:t>
        <w:br/>
        <w:t>Ллється пісня бойова,&lt;br /&gt;</w:t>
        <w:br/>
        <w:t>Хай поляже серед бою&lt;br /&gt;</w:t>
        <w:br/>
        <w:t>Перша княжа голова!.."</w:t>
      </w:r>
    </w:p>
    <w:p>
      <w:r>
        <w:br/>
        <w:t>"Де твоя поляже, князю,&lt;br /&gt;</w:t>
        <w:br/>
        <w:t>Від ворожої руки,&lt;br /&gt;</w:t>
        <w:br/>
        <w:t>Там і наші хай поляжуть!" —&lt;br /&gt;</w:t>
        <w:br/>
        <w:t>Закричали вояки.</w:t>
      </w:r>
    </w:p>
    <w:p>
      <w:r>
        <w:br/>
        <w:t>І заграли срібні сурми,&lt;br /&gt;</w:t>
        <w:br/>
        <w:t>І забрязкали мечі,&lt;br /&gt;</w:t>
        <w:br/>
        <w:t>І земля укрилась трупом,&lt;br /&gt;</w:t>
        <w:br/>
        <w:t>Кров розілляну п’ючи.</w:t>
      </w:r>
    </w:p>
    <w:p>
      <w:r>
        <w:br/>
        <w:t>Як тікав хозарин битий,&lt;br /&gt;</w:t>
        <w:br/>
        <w:t>І болгарин, й печеніг,&lt;br /&gt;</w:t>
        <w:br/>
        <w:t>Так тікали й греки з бою…&lt;br /&gt;</w:t>
        <w:br/>
        <w:t>Святослав їх переміг.</w:t>
      </w:r>
    </w:p>
    <w:p>
      <w:r>
        <w:br/>
        <w:t>О, коли б бажання тільки,&lt;br /&gt;</w:t>
        <w:br/>
        <w:t>Віра, сміливість, любов!&lt;br /&gt;</w:t>
        <w:br/>
        <w:t>Так, як лицарі колишні,&lt;br /&gt;</w:t>
        <w:br/>
        <w:t>Били б ворога ми знов.</w:t>
      </w:r>
    </w:p>
    <w:p>
      <w:r>
        <w:br/>
        <w:t>ПЕЧЕНІЗЬКА ОБЛОГА КИЄВА</w:t>
      </w:r>
    </w:p>
    <w:p>
      <w:r>
        <w:br/>
        <w:t>Раз дізнались печеніги,&lt;br /&gt;</w:t>
        <w:br/>
        <w:t>Що для бою час настав,&lt;br /&gt;</w:t>
        <w:br/>
        <w:t>Що в Болгарїї далекій&lt;br /&gt;</w:t>
        <w:br/>
        <w:t>Забарився Святослав.</w:t>
      </w:r>
    </w:p>
    <w:p>
      <w:r>
        <w:br/>
        <w:t>Наче хмари, бідний Київ&lt;br /&gt;</w:t>
        <w:br/>
        <w:t>Печеніги облягли,&lt;br /&gt;</w:t>
        <w:br/>
        <w:t>Загриміли всюди сурми,&lt;br /&gt;</w:t>
        <w:br/>
        <w:t>Тарабани загули.</w:t>
      </w:r>
    </w:p>
    <w:p>
      <w:r>
        <w:br/>
        <w:t>А у місті плач і стогін:&lt;br /&gt;</w:t>
        <w:br/>
        <w:t>Ані вийти, ні ввійти,&lt;br /&gt;</w:t>
        <w:br/>
        <w:t>Став людей косити голод,&lt;br /&gt;</w:t>
        <w:br/>
        <w:t>Став в могили їх нести.</w:t>
      </w:r>
    </w:p>
    <w:p>
      <w:r>
        <w:br/>
        <w:t>А в той час гуляє Претич&lt;br /&gt;</w:t>
        <w:br/>
        <w:t>З дужим військом за Дніпром…&lt;br /&gt;</w:t>
        <w:br/>
        <w:t>Та не станеш буйним вітром&lt;br /&gt;</w:t>
        <w:br/>
        <w:t>І не зробишся орлом.</w:t>
      </w:r>
    </w:p>
    <w:p>
      <w:r>
        <w:br/>
        <w:t>Полетіли б і сказати:&lt;br /&gt;</w:t>
        <w:br/>
        <w:t>"Ви на волі, соколи,&lt;br /&gt;</w:t>
        <w:br/>
        <w:t>А наш Київ сірим муром&lt;br /&gt;</w:t>
        <w:br/>
        <w:t>Печеніги облягли".</w:t>
      </w:r>
    </w:p>
    <w:p>
      <w:r>
        <w:br/>
        <w:t>Стали думати кияни,&lt;br /&gt;</w:t>
        <w:br/>
        <w:t>Де їм лицаря знайти,&lt;br /&gt;</w:t>
        <w:br/>
        <w:t>Щоб із міста на той берег&lt;br /&gt;</w:t>
        <w:br/>
        <w:t>Сміло зважився пройти.</w:t>
      </w:r>
    </w:p>
    <w:p>
      <w:r>
        <w:br/>
        <w:t>"Я піду!" — хлоп'я говорить.&lt;br /&gt;</w:t>
        <w:br/>
        <w:t>"Ти ж мале ще, молоде…"&lt;br /&gt;</w:t>
        <w:br/>
        <w:t>"Я піду", — хлоп'я говорить&lt;br /&gt;</w:t>
        <w:br/>
        <w:t>І з вуздечкою іде.</w:t>
      </w:r>
    </w:p>
    <w:p>
      <w:r>
        <w:br/>
        <w:t>Вийшов з міста, в яр спустився,&lt;br /&gt;</w:t>
        <w:br/>
        <w:t>Полем швидко перебіг,&lt;br /&gt;</w:t>
        <w:br/>
        <w:t>Став, постояв, вийшов з гаю,&lt;br /&gt;</w:t>
        <w:br/>
        <w:t>Йде, неначе печеніг.</w:t>
      </w:r>
    </w:p>
    <w:p>
      <w:r>
        <w:br/>
        <w:t>Ось і табір, Глянув — війська,&lt;br /&gt;</w:t>
        <w:br/>
        <w:t>Як тієї сарани!&lt;br /&gt;</w:t>
        <w:br/>
        <w:t>Коні ржуть, реве худоба,&lt;br /&gt;</w:t>
        <w:br/>
        <w:t>На триногах казани.</w:t>
      </w:r>
    </w:p>
    <w:p>
      <w:r>
        <w:br/>
        <w:t>А на сонці сяє зброя,&lt;br /&gt;</w:t>
        <w:br/>
        <w:t>Сяють, блискають списи…&lt;br /&gt;</w:t>
        <w:br/>
        <w:t>Як пробитися крізь хмару,&lt;br /&gt;</w:t>
        <w:br/>
        <w:t>Як пройти через ліси?!</w:t>
      </w:r>
    </w:p>
    <w:p>
      <w:r>
        <w:br/>
        <w:t>"Де ти, Претич-воєводо,&lt;br /&gt;</w:t>
        <w:br/>
        <w:t>Де ти, князю Святослав?!" —&lt;br /&gt;</w:t>
        <w:br/>
        <w:t>Так собі подумав хлопець&lt;br /&gt;</w:t>
        <w:br/>
        <w:t>І у когось запитав:</w:t>
      </w:r>
    </w:p>
    <w:p>
      <w:r>
        <w:br/>
        <w:t>"Чи не бачили ви, дядьку,&lt;br /&gt;</w:t>
        <w:br/>
        <w:t>Тут буланого коня?&lt;br /&gt;</w:t>
        <w:br/>
        <w:t>Я пустив його на пашу,&lt;br /&gt;</w:t>
        <w:br/>
        <w:t>Та й заснув на хвильку я…"</w:t>
      </w:r>
    </w:p>
    <w:p>
      <w:r>
        <w:br/>
        <w:t>"Ні, не бачив… ач, роззява!&lt;br /&gt;</w:t>
        <w:br/>
        <w:t>Так колись ти і в бою&lt;br /&gt;</w:t>
        <w:br/>
        <w:t>Задрімаєш і за хвильку…&lt;br /&gt;</w:t>
        <w:br/>
        <w:t>Стратиш голову свою".</w:t>
      </w:r>
    </w:p>
    <w:p>
      <w:r>
        <w:br/>
        <w:t>"Треба йти питати інших…&lt;br /&gt;</w:t>
        <w:br/>
        <w:t>Де ж він, лишенько моє?!&lt;br /&gt;</w:t>
        <w:br/>
        <w:t>Гей ти, коню мій буланий,&lt;br /&gt;</w:t>
        <w:br/>
        <w:t>Гей, озвися, де ти є?!"</w:t>
      </w:r>
    </w:p>
    <w:p>
      <w:r>
        <w:br/>
        <w:t>Вдалині Дніпро синіє…&lt;br /&gt;</w:t>
        <w:br/>
        <w:t>Хлопчик плаче, як ягня:&lt;br /&gt;</w:t>
        <w:br/>
        <w:t>"Чи не бачили ви, дядьку,&lt;br /&gt;</w:t>
        <w:br/>
        <w:t>Тут буланого коня?"</w:t>
      </w:r>
    </w:p>
    <w:p>
      <w:r>
        <w:br/>
        <w:t>Ось уже і любий берег,&lt;br /&gt;</w:t>
        <w:br/>
        <w:t>Хвилі весело шумлять…&lt;br /&gt;</w:t>
        <w:br/>
        <w:t>Він оглянувся — далеко&lt;br /&gt;</w:t>
        <w:br/>
        <w:t>Вороги його стоять.</w:t>
      </w:r>
    </w:p>
    <w:p>
      <w:r>
        <w:br/>
        <w:t>І схопив себе за груди,&lt;br /&gt;</w:t>
        <w:br/>
        <w:t>На собі одежу рве,&lt;br /&gt;</w:t>
        <w:br/>
        <w:t>Через мить уже по хвилях&lt;br /&gt;</w:t>
        <w:br/>
        <w:t>На той берег він пливе.</w:t>
      </w:r>
    </w:p>
    <w:p>
      <w:r>
        <w:br/>
        <w:t>І нарешті бачать хлопця&lt;br /&gt;</w:t>
        <w:br/>
        <w:t>Печенізьки вояки,&lt;br /&gt;</w:t>
        <w:br/>
        <w:t>І за ним біжать, женуться,&lt;br /&gt;</w:t>
        <w:br/>
        <w:t>Як за сарною вовки.</w:t>
      </w:r>
    </w:p>
    <w:p>
      <w:r>
        <w:br/>
        <w:t>Туго луки натягають,&lt;br /&gt;</w:t>
        <w:br/>
        <w:t>Стріли кидають вперед,&lt;br /&gt;</w:t>
        <w:br/>
        <w:t>То пірне хлоп'я у воду,&lt;br /&gt;</w:t>
        <w:br/>
        <w:t>То заб'ється в очерет.</w:t>
      </w:r>
    </w:p>
    <w:p>
      <w:r>
        <w:br/>
        <w:t>Стріли падають у воду,&lt;br /&gt;</w:t>
        <w:br/>
        <w:t>Наче чорні блискавки…&lt;br /&gt;</w:t>
        <w:br/>
        <w:t>Попливти б, — але бояться&lt;br /&gt;</w:t>
        <w:br/>
        <w:t>Печенізьки вояки.</w:t>
      </w:r>
    </w:p>
    <w:p>
      <w:r>
        <w:br/>
        <w:t>А мале хлоп'я давно вже&lt;br /&gt;</w:t>
        <w:br/>
        <w:t>Степом котиться-летить…&lt;br /&gt;</w:t>
        <w:br/>
        <w:t>Сяють вогниками очі,&lt;br /&gt;</w:t>
        <w:br/>
        <w:t>Серце пташкою тремтить.</w:t>
      </w:r>
    </w:p>
    <w:p>
      <w:r>
        <w:br/>
        <w:t>Ось уже і рідний табір,&lt;br /&gt;</w:t>
        <w:br/>
        <w:t>Ось і Претич, вояки…&lt;br /&gt;</w:t>
        <w:br/>
        <w:t>Ах, здається, по степу він&lt;br /&gt;</w:t>
        <w:br/>
        <w:t>Розгубив свої думки.</w:t>
      </w:r>
    </w:p>
    <w:p>
      <w:r>
        <w:br/>
        <w:t>Прибігає, важко диха,&lt;br /&gt;</w:t>
        <w:br/>
        <w:t>Ледве встоїть на ногах…&lt;br /&gt;</w:t>
        <w:br/>
        <w:t>Закричав — і гнів палає&lt;br /&gt;</w:t>
        <w:br/>
        <w:t>В огняних його словах.</w:t>
      </w:r>
    </w:p>
    <w:p>
      <w:r>
        <w:br/>
        <w:t>"Воєводо і вояцтво!&lt;br /&gt;</w:t>
        <w:br/>
        <w:t>Ви гуляєте, орли,&lt;br /&gt;</w:t>
        <w:br/>
        <w:t>А наш Київ, наче хмари,&lt;br /&gt;</w:t>
        <w:br/>
        <w:t>Печеніги облягли.</w:t>
      </w:r>
    </w:p>
    <w:p>
      <w:r>
        <w:br/>
        <w:t>Ви гуляєте, а люде&lt;br /&gt;</w:t>
        <w:br/>
        <w:t>Швидко з голоду помруть,&lt;br /&gt;</w:t>
        <w:br/>
        <w:t>Швидко з голоду наш Київ&lt;br /&gt;</w:t>
        <w:br/>
        <w:t>Печенігам віддадуть".</w:t>
      </w:r>
    </w:p>
    <w:p>
      <w:r>
        <w:br/>
        <w:t>Пильно слухає вояцтво,&lt;br /&gt;</w:t>
        <w:br/>
        <w:t>Що розказує хлоп'я…&lt;br /&gt;</w:t>
        <w:br/>
        <w:t>Меч стискає воєвода&lt;br /&gt;</w:t>
        <w:br/>
        <w:t>І сідає на коня.</w:t>
      </w:r>
    </w:p>
    <w:p>
      <w:r>
        <w:br/>
        <w:t>"Вояки! вперед! на поміч! —&lt;br /&gt;</w:t>
        <w:br/>
        <w:t>Вірний Претич закричав, —&lt;br /&gt;</w:t>
        <w:br/>
        <w:t>Хай живе наш славний Київ,&lt;br /&gt;</w:t>
        <w:br/>
        <w:t>Хай живе наш Святослав".</w:t>
      </w:r>
    </w:p>
    <w:p>
      <w:r>
        <w:br/>
        <w:t>Обернувся в вулик табір…&lt;br /&gt;</w:t>
        <w:br/>
        <w:t>Крики, ржання, метушня…&lt;br /&gt;</w:t>
        <w:br/>
        <w:t>Кожний бравсь за спис, за зброю&lt;br /&gt;</w:t>
        <w:br/>
        <w:t>І… на огиря-коня.</w:t>
      </w:r>
    </w:p>
    <w:p>
      <w:r>
        <w:br/>
        <w:t>І злякались печеніги…&lt;br /&gt;</w:t>
        <w:br/>
        <w:t>Крик пішов і залунав,&lt;br /&gt;</w:t>
        <w:br/>
        <w:t>Що вертається з походу&lt;br /&gt;</w:t>
        <w:br/>
        <w:t>Переможець Святослав.</w:t>
      </w:r>
    </w:p>
    <w:p>
      <w:r>
        <w:br/>
        <w:t>Безліч літ уже минуло,&lt;br /&gt;</w:t>
        <w:br/>
        <w:t>Вже давно в землі хлоп'я.&lt;br /&gt;</w:t>
        <w:br/>
        <w:t>І давно вже в серці нашім&lt;br /&gt;</w:t>
        <w:br/>
        <w:t>Вмерло лицаря ім'я.</w:t>
      </w:r>
    </w:p>
    <w:p>
      <w:r>
        <w:br/>
        <w:t>СМЕРТЬ СВЯТОСЛАВА</w:t>
      </w:r>
    </w:p>
    <w:p>
      <w:r>
        <w:br/>
        <w:t>Святослав, розбивши греків,&lt;br /&gt;</w:t>
        <w:br/>
        <w:t>Повертається з війни,&lt;br /&gt;</w:t>
        <w:br/>
        <w:t>Тихо плинуть по Дунаю&lt;br /&gt;</w:t>
        <w:br/>
        <w:t>Навантажені човни.</w:t>
      </w:r>
    </w:p>
    <w:p>
      <w:r>
        <w:br/>
        <w:t>Ллється легко вільна пісня,&lt;br /&gt;</w:t>
        <w:br/>
        <w:t>Молодецька, бойова…&lt;br /&gt;</w:t>
        <w:br/>
        <w:t>Святослав і сам безжурно&lt;br /&gt;</w:t>
        <w:br/>
        <w:t>Разом з лицарством співа.</w:t>
      </w:r>
    </w:p>
    <w:p>
      <w:r>
        <w:br/>
        <w:t>Тільки Свенельд не співає&lt;br /&gt;</w:t>
        <w:br/>
        <w:t>І сидить, як ніч, сумний,&lt;br /&gt;</w:t>
        <w:br/>
        <w:t>Не голубить його пісня,&lt;br /&gt;</w:t>
        <w:br/>
        <w:t>І не тішить день ясний.</w:t>
      </w:r>
    </w:p>
    <w:p>
      <w:r>
        <w:br/>
        <w:t>Святославові говорить:&lt;br /&gt;</w:t>
        <w:br/>
        <w:t>"Святославе, князю мій,&lt;br /&gt;</w:t>
        <w:br/>
        <w:t>Повертайся ти на конях&lt;br /&gt;</w:t>
        <w:br/>
        <w:t>По дорозі степовій.</w:t>
      </w:r>
    </w:p>
    <w:p>
      <w:r>
        <w:br/>
        <w:t>Греки, певно, печенігам&lt;br /&gt;</w:t>
        <w:br/>
        <w:t>Уже вістку подали,&lt;br /&gt;</w:t>
        <w:br/>
        <w:t>Що Дніпром, через пороги,&lt;br /&gt;</w:t>
        <w:br/>
        <w:t>Повертаються орли,</w:t>
      </w:r>
    </w:p>
    <w:p>
      <w:r>
        <w:br/>
        <w:t>Що ти маєш мало війська,&lt;br /&gt;</w:t>
        <w:br/>
        <w:t>Що човни твої з добром…&lt;br /&gt;</w:t>
        <w:br/>
        <w:t>Славний князю Святославе,&lt;br /&gt;</w:t>
        <w:br/>
        <w:t>Не вертайся ти Дніпром".</w:t>
      </w:r>
    </w:p>
    <w:p>
      <w:r>
        <w:br/>
        <w:t>Похитавши головою,&lt;br /&gt;</w:t>
        <w:br/>
        <w:t>Усміхнувся Святослав:&lt;br /&gt;</w:t>
        <w:br/>
        <w:t>"Любий Свенельд, воєводо,&lt;br /&gt;</w:t>
        <w:br/>
        <w:t>Я з дороги не звертав!</w:t>
      </w:r>
    </w:p>
    <w:p>
      <w:r>
        <w:br/>
        <w:t>Що ж — поміряємось з ними,&lt;br /&gt;</w:t>
        <w:br/>
        <w:t>Воєводо вірний мій,&lt;br /&gt;</w:t>
        <w:br/>
        <w:t>Нам не вперше їх стрівати&lt;br /&gt;</w:t>
        <w:br/>
        <w:t>На дорозі бойовій".</w:t>
      </w:r>
    </w:p>
    <w:p>
      <w:r>
        <w:br/>
        <w:t>І старого воєводи&lt;br /&gt;</w:t>
        <w:br/>
        <w:t>Не послухав Святослав,&lt;br /&gt;</w:t>
        <w:br/>
        <w:t>І пісні ще веселіше&lt;br /&gt;</w:t>
        <w:br/>
        <w:t>Перед лицарством співав.</w:t>
      </w:r>
    </w:p>
    <w:p>
      <w:r>
        <w:br/>
        <w:t>Ллється пісня без упину,&lt;br /&gt;</w:t>
        <w:br/>
        <w:t>На човнах пливе добро,&lt;br /&gt;</w:t>
        <w:br/>
        <w:t>Переплите чорне море,&lt;br /&gt;</w:t>
        <w:br/>
        <w:t>Вже синіє і Дніпро.</w:t>
      </w:r>
    </w:p>
    <w:p>
      <w:r>
        <w:br/>
        <w:t>Швидше в грудях б’ється серце,&lt;br /&gt;</w:t>
        <w:br/>
        <w:t>Швидше весла хвилі б’ють…&lt;br /&gt;</w:t>
        <w:br/>
        <w:t>Рідна мати Україно,&lt;br /&gt;</w:t>
        <w:br/>
        <w:t>Що сини твої везуть!</w:t>
      </w:r>
    </w:p>
    <w:p>
      <w:r>
        <w:br/>
        <w:t>Осб біліють білим шумом&lt;br /&gt;</w:t>
        <w:br/>
        <w:t>І пороги Дніпрові,&lt;br /&gt;</w:t>
        <w:br/>
        <w:t>Мов цвітуть сади зелені&lt;br /&gt;</w:t>
        <w:br/>
        <w:t>Або трави степові.</w:t>
      </w:r>
    </w:p>
    <w:p>
      <w:r>
        <w:br/>
        <w:t>Нагло стріли полетіли,&lt;br /&gt;</w:t>
        <w:br/>
        <w:t>Наче чорні блискавки…&lt;br /&gt;</w:t>
        <w:br/>
        <w:t>"Печеніги, печеніги!!" —&lt;br /&gt;</w:t>
        <w:br/>
        <w:t>Закричали вояки.</w:t>
      </w:r>
    </w:p>
    <w:p>
      <w:r>
        <w:br/>
        <w:t>"Приставай, виходь на берег,&lt;br /&gt;</w:t>
        <w:br/>
        <w:t>Міцно меч в руці тримай,&lt;br /&gt;</w:t>
        <w:br/>
        <w:t>Не бери в полон лукавих:&lt;br /&gt;</w:t>
        <w:br/>
        <w:t>Всіх на місці їх рубай!"</w:t>
      </w:r>
    </w:p>
    <w:p>
      <w:r>
        <w:br/>
        <w:t>І почався бій кривавий,&lt;br /&gt;</w:t>
        <w:br/>
        <w:t>Б’ються лицарі-борці…&lt;br /&gt;</w:t>
        <w:br/>
        <w:t>А попереду вояцтва&lt;br /&gt;</w:t>
        <w:br/>
        <w:t>Святослав з мечем в руці.</w:t>
      </w:r>
    </w:p>
    <w:p>
      <w:r>
        <w:br/>
        <w:t>І з мечем в руці поліг він&lt;br /&gt;</w:t>
        <w:br/>
        <w:t>Смертю лицаря в бою,&lt;br /&gt;</w:t>
        <w:br/>
        <w:t>За народ, за Україну&lt;br /&gt;</w:t>
        <w:br/>
        <w:t>Склав він голову свою.</w:t>
      </w:r>
    </w:p>
    <w:p>
      <w:r>
        <w:br/>
        <w:t>Поруч з ним лягло немало&lt;br /&gt;</w:t>
        <w:br/>
        <w:t>І відважних вояків…&lt;br /&gt;</w:t>
        <w:br/>
        <w:t>Тільки дехто в рідний Київ&lt;br /&gt;</w:t>
        <w:br/>
        <w:t>Повернутися зумів…</w:t>
      </w:r>
    </w:p>
    <w:p>
      <w:r>
        <w:br/>
        <w:t>Так колись козаче серце&lt;br /&gt;</w:t>
        <w:br/>
        <w:t>Не боялося біди…&lt;br /&gt;</w:t>
        <w:br/>
        <w:t>Так колись за нас вмирали&lt;br /&gt;</w:t>
        <w:br/>
        <w:t>Наші прадіди й діди.</w:t>
      </w:r>
    </w:p>
    <w:p>
      <w:r>
        <w:br/>
        <w:t>ВОЛОДИМИР ВЕЛИКИЙ</w:t>
      </w:r>
    </w:p>
    <w:p>
      <w:r>
        <w:br/>
        <w:t>Не жили в братерській згоді&lt;br /&gt;</w:t>
        <w:br/>
        <w:t>Святославові сини:&lt;br /&gt;</w:t>
        <w:br/>
        <w:t>Все змагалися за владу,&lt;br /&gt;</w:t>
        <w:br/>
        <w:t>Все сварилися вони.</w:t>
      </w:r>
    </w:p>
    <w:p>
      <w:r>
        <w:br/>
        <w:t>Ярополк убив Олега,&lt;br /&gt;</w:t>
        <w:br/>
        <w:t>Володимир смерті ждав,&lt;br /&gt;</w:t>
        <w:br/>
        <w:t>Та покликав він варягів,&lt;br /&gt;</w:t>
        <w:br/>
        <w:t>Врятувавсь і князем став.</w:t>
      </w:r>
    </w:p>
    <w:p>
      <w:r>
        <w:br/>
        <w:t>Де тепер розташувались&lt;br /&gt;</w:t>
        <w:br/>
        <w:t>Холмщина, Галичина,&lt;br /&gt;</w:t>
        <w:br/>
        <w:t>Там віддавна проживали&lt;br /&gt;</w:t>
        <w:br/>
        <w:t>Українські племена.</w:t>
      </w:r>
    </w:p>
    <w:p>
      <w:r>
        <w:br/>
        <w:t>Неспокійно їм жилося,&lt;br /&gt;</w:t>
        <w:br/>
        <w:t>Дні проходили в боях,&lt;br /&gt;</w:t>
        <w:br/>
        <w:t>Набігали на їх чехи,&lt;br /&gt;</w:t>
        <w:br/>
        <w:t>Нападав на їх і лях.</w:t>
      </w:r>
    </w:p>
    <w:p>
      <w:r>
        <w:br/>
        <w:t>Та найгіршими катами&lt;br /&gt;</w:t>
        <w:br/>
        <w:t>Були орди-дикуни.&lt;br /&gt;</w:t>
        <w:br/>
        <w:t>Як вони людей гнітили,&lt;br /&gt;</w:t>
        <w:br/>
        <w:t>Як знущалися вони!</w:t>
      </w:r>
    </w:p>
    <w:p>
      <w:r>
        <w:br/>
        <w:t>І поклявся Володимир,&lt;br /&gt;</w:t>
        <w:br/>
        <w:t>Що він люто їм помстить,&lt;br /&gt;</w:t>
        <w:br/>
        <w:t>Що дулібів і хорватів&lt;br /&gt;</w:t>
        <w:br/>
        <w:t>Від недолі захистить.</w:t>
      </w:r>
    </w:p>
    <w:p>
      <w:r>
        <w:br/>
        <w:t>Що прилучить до держави&lt;br /&gt;</w:t>
        <w:br/>
        <w:t>Холмщину, Галичину,&lt;br /&gt;</w:t>
        <w:br/>
        <w:t>Що збудує Україну&lt;br /&gt;</w:t>
        <w:br/>
        <w:t>Вільну, дужу і міцну.</w:t>
      </w:r>
    </w:p>
    <w:p>
      <w:r>
        <w:br/>
        <w:t>І воює Володимир,&lt;br /&gt;</w:t>
        <w:br/>
        <w:t>І щастить йому війна,&lt;br /&gt;</w:t>
        <w:br/>
        <w:t>І злились в одну родину&lt;br /&gt;</w:t>
        <w:br/>
        <w:t>Українські племена.</w:t>
      </w:r>
    </w:p>
    <w:p>
      <w:r>
        <w:br/>
        <w:t>КОЖУМ’ЯКА</w:t>
      </w:r>
    </w:p>
    <w:p>
      <w:r>
        <w:br/>
        <w:t>Убивши князя Святослава.&lt;br /&gt;</w:t>
        <w:br/>
        <w:t>Печеніги раз у раз&lt;br /&gt;</w:t>
        <w:br/>
        <w:t>Йдуть ордою на Вкраїну,&lt;br /&gt;</w:t>
        <w:br/>
        <w:t>Раз у раз грабують нас.</w:t>
      </w:r>
    </w:p>
    <w:p>
      <w:r>
        <w:br/>
        <w:t>І тепер їх шатра сірі&lt;br /&gt;</w:t>
        <w:br/>
        <w:t>Вкрили луг над Трубежем,&lt;br /&gt;</w:t>
        <w:br/>
        <w:t>Печеніги знов з’явились&lt;br /&gt;</w:t>
        <w:br/>
        <w:t>І погрожують мечем.</w:t>
      </w:r>
    </w:p>
    <w:p>
      <w:r>
        <w:br/>
        <w:t>Наші ждуть. Але боїться&lt;br /&gt;</w:t>
        <w:br/>
        <w:t>Печенізький хан іти,&lt;br /&gt;</w:t>
        <w:br/>
        <w:t>Йому хочеться без бою&lt;br /&gt;</w:t>
        <w:br/>
        <w:t>Перемоги досягти.</w:t>
      </w:r>
    </w:p>
    <w:p>
      <w:r>
        <w:br/>
        <w:t>Є один вояк у його&lt;br /&gt;</w:t>
        <w:br/>
        <w:t>Втроє дужчий за вола…&lt;br /&gt;</w:t>
        <w:br/>
        <w:t>"Хай він б’ється", — хан хитрує&lt;br /&gt;</w:t>
        <w:br/>
        <w:t>І до князя шле посла.</w:t>
      </w:r>
    </w:p>
    <w:p>
      <w:r>
        <w:br/>
        <w:t>"Чи не викличем ми, князю,&lt;br /&gt;</w:t>
        <w:br/>
        <w:t>Гніву праведних богів.&lt;br /&gt;</w:t>
        <w:br/>
        <w:t>Коли річку почервоним&lt;br /&gt;</w:t>
        <w:br/>
        <w:t>Кров’ю наших вояків?!</w:t>
      </w:r>
    </w:p>
    <w:p>
      <w:r>
        <w:br/>
        <w:t>Краще ми розв’яжем сварку&lt;br /&gt;</w:t>
        <w:br/>
        <w:t>Славним герцем двох борців:&lt;br /&gt;</w:t>
        <w:br/>
        <w:t>Коли твій борець подужа,&lt;br /&gt;</w:t>
        <w:br/>
        <w:t>Я скорюся без боїв".</w:t>
      </w:r>
    </w:p>
    <w:p>
      <w:r>
        <w:br/>
        <w:t>Князь погодивсь, і звелів він&lt;br /&gt;</w:t>
        <w:br/>
        <w:t>Найсильнішого знайти…&lt;br /&gt;</w:t>
        <w:br/>
        <w:t>Та на герць ніхто в державі&lt;br /&gt;</w:t>
        <w:br/>
        <w:t>Не зважається піти.</w:t>
      </w:r>
    </w:p>
    <w:p>
      <w:r>
        <w:br/>
        <w:t>Засмутився Володимир…&lt;br /&gt;</w:t>
        <w:br/>
        <w:t>Аж прийшов якийсь дідусь:&lt;br /&gt;</w:t>
        <w:br/>
        <w:t>"Син побореться мій, князю,&lt;br /&gt;</w:t>
        <w:br/>
        <w:t>І поборе, побожусь.</w:t>
      </w:r>
    </w:p>
    <w:p>
      <w:r>
        <w:br/>
        <w:t>З ним колись ми посварились,&lt;br /&gt;</w:t>
        <w:br/>
        <w:t>Пам’ятаю, як тепер,&lt;br /&gt;</w:t>
        <w:br/>
        <w:t>М’яв він шкуру, так, повіриш,&lt;br /&gt;</w:t>
        <w:br/>
        <w:t>Спересердя всю роздер".</w:t>
      </w:r>
    </w:p>
    <w:p>
      <w:r>
        <w:br/>
        <w:t>Привели до князя хлопця:&lt;br /&gt;</w:t>
        <w:br/>
        <w:t>Соромливий, мовчазний,&lt;br /&gt;</w:t>
        <w:br/>
        <w:t>Невисокого і зросту,&lt;br /&gt;</w:t>
        <w:br/>
        <w:t>Хоч доволі кремезний.</w:t>
      </w:r>
    </w:p>
    <w:p>
      <w:r>
        <w:br/>
        <w:t>"Може, князю, хочеш знати,&lt;br /&gt;</w:t>
        <w:br/>
        <w:t>Чи міцна моя рука,&lt;br /&gt;</w:t>
        <w:br/>
        <w:t>Роздражніть на пробу жаром&lt;br /&gt;</w:t>
        <w:br/>
        <w:t>Найсильнішого бика".</w:t>
      </w:r>
    </w:p>
    <w:p>
      <w:r>
        <w:br/>
        <w:t>Роздражнили. Бик на хлопця,&lt;br /&gt;</w:t>
        <w:br/>
        <w:t>Але той схопив за бік&lt;br /&gt;</w:t>
        <w:br/>
        <w:t>І кавалок м’яса вирвав…&lt;br /&gt;</w:t>
        <w:br/>
        <w:t>Бик упав і кров’ю стік.</w:t>
      </w:r>
    </w:p>
    <w:p>
      <w:r>
        <w:br/>
        <w:t>"Добре!" — князь сказав до хлопця,&lt;br /&gt;</w:t>
        <w:br/>
        <w:t>А військам своїм звелів,&lt;br /&gt;</w:t>
        <w:br/>
        <w:t>Щоб озброїлись і ждали&lt;br /&gt;</w:t>
        <w:br/>
        <w:t>Щохвилини ворогів.</w:t>
      </w:r>
    </w:p>
    <w:p>
      <w:r>
        <w:br/>
        <w:t>Третій довгий день минає&lt;br /&gt;</w:t>
        <w:br/>
        <w:t>І ідуть борці на бій,&lt;br /&gt;</w:t>
        <w:br/>
        <w:t>Князь і хан собі гадають:&lt;br /&gt;</w:t>
        <w:br/>
        <w:t>"Хто поборе — твій чи мій?!"</w:t>
      </w:r>
    </w:p>
    <w:p>
      <w:r>
        <w:br/>
        <w:t>Печеніг угледів хлопця&lt;br /&gt;</w:t>
        <w:br/>
        <w:t>І сміється: "От, дурне,&lt;br /&gt;</w:t>
        <w:br/>
        <w:t>Подолати, побороти&lt;br /&gt;</w:t>
        <w:br/>
        <w:t>Воно думає мене!!"</w:t>
      </w:r>
    </w:p>
    <w:p>
      <w:r>
        <w:br/>
        <w:t>Не злякався Кожум’яка&lt;br /&gt;</w:t>
        <w:br/>
        <w:t>І боротися почав.&lt;br /&gt;</w:t>
        <w:br/>
        <w:t>Повертав борця і важив,&lt;br /&gt;</w:t>
        <w:br/>
        <w:t>Потім, наче кожу, м’яв.</w:t>
      </w:r>
    </w:p>
    <w:p>
      <w:r>
        <w:br/>
        <w:t>І нарешті, наче бочку,&lt;br /&gt;</w:t>
        <w:br/>
        <w:t>Обхопив і кинув вмитью.&lt;br /&gt;</w:t>
        <w:br/>
        <w:t>На землі без руху мертвий&lt;br /&gt;</w:t>
        <w:br/>
        <w:t>Печеніг-борець лежить.</w:t>
      </w:r>
    </w:p>
    <w:p>
      <w:r>
        <w:br/>
        <w:t>І на тім славетнім місці,&lt;br /&gt;</w:t>
        <w:br/>
        <w:t>Де страшний борець упав,&lt;br /&gt;</w:t>
        <w:br/>
        <w:t>На тім місці Володимир&lt;br /&gt;</w:t>
        <w:br/>
        <w:t>Переяслав збудував.</w:t>
      </w:r>
    </w:p>
    <w:p>
      <w:r>
        <w:br/>
        <w:t>БІЛГОРОДСЬКИЙ КИСІЛЬ</w:t>
      </w:r>
    </w:p>
    <w:p>
      <w:r>
        <w:br/>
        <w:t>Войовничі печеніги&lt;br /&gt;</w:t>
        <w:br/>
        <w:t>Знов збираються в поход,&lt;br /&gt;</w:t>
        <w:br/>
        <w:t>Знов ідуть і облягають&lt;br /&gt;</w:t>
        <w:br/>
        <w:t>Український Білгород.</w:t>
      </w:r>
    </w:p>
    <w:p>
      <w:r>
        <w:br/>
        <w:t>Налякалися міщани:&lt;br /&gt;</w:t>
        <w:br/>
        <w:t>"Ну, настав нам, видко, край:&lt;br /&gt;</w:t>
        <w:br/>
        <w:t>Хліб останній доїдаєм, —&lt;br /&gt;</w:t>
        <w:br/>
        <w:t>Хоч лягай і умирай".</w:t>
      </w:r>
    </w:p>
    <w:p>
      <w:r>
        <w:br/>
        <w:t>Зажурились і підмоги&lt;br /&gt;</w:t>
        <w:br/>
        <w:t>Вже не ждали нівідкіль,&lt;br /&gt;</w:t>
        <w:br/>
        <w:t>Вже збиралися скоритись,&lt;br /&gt;</w:t>
        <w:br/>
        <w:t>Аж іде старий Кисіль.</w:t>
      </w:r>
    </w:p>
    <w:p>
      <w:r>
        <w:br/>
        <w:t>"Помагай Дажбог! Не плачте!&lt;br /&gt;</w:t>
        <w:br/>
        <w:t>Дам пораду добру я…&lt;br /&gt;</w:t>
        <w:br/>
        <w:t>Я — Кисіль! І я вам раджу&lt;br /&gt;</w:t>
        <w:br/>
        <w:t>Наварити киселя.</w:t>
      </w:r>
    </w:p>
    <w:p>
      <w:r>
        <w:br/>
        <w:t>Весь овес, усю пшеницю&lt;br /&gt;</w:t>
        <w:br/>
        <w:t>Поваріть у казанах,&lt;br /&gt;</w:t>
        <w:br/>
        <w:t>Скрізь розлийте по криницях,&lt;br /&gt;</w:t>
        <w:br/>
        <w:t>Скрізь розставте у чанах".</w:t>
      </w:r>
    </w:p>
    <w:p>
      <w:r>
        <w:br/>
        <w:t>Так, як радив, і зробили.&lt;br /&gt;</w:t>
        <w:br/>
        <w:t>Закипіли казани,&lt;br /&gt;</w:t>
        <w:br/>
        <w:t>Скрізь по вулицях парують&lt;br /&gt;</w:t>
        <w:br/>
        <w:t>Повні бочки і чани.</w:t>
      </w:r>
    </w:p>
    <w:p>
      <w:r>
        <w:br/>
        <w:t>А уранці печенігів&lt;br /&gt;</w:t>
        <w:br/>
        <w:t>Подивитися зовуть:&lt;br /&gt;</w:t>
        <w:br/>
        <w:t>Як у нас всього багато,&lt;br /&gt;</w:t>
        <w:br/>
        <w:t>Як у нас їдять і п’ють.</w:t>
      </w:r>
    </w:p>
    <w:p>
      <w:r>
        <w:br/>
        <w:t>Здивувались печеніги:&lt;br /&gt;</w:t>
        <w:br/>
        <w:t>"Ну й країна чарівна:&lt;br /&gt;</w:t>
        <w:br/>
        <w:t>З киселем у них криниці,&lt;br /&gt;</w:t>
        <w:br/>
        <w:t>Бочки меду і вина!"</w:t>
      </w:r>
    </w:p>
    <w:p>
      <w:r>
        <w:br/>
        <w:t>"Досить! Годі облягати! —&lt;br /&gt;</w:t>
        <w:br/>
        <w:t>Печеніги заревли. —&lt;br /&gt;</w:t>
        <w:br/>
        <w:t>Міста голодом не візьмеш!" —&lt;br /&gt;</w:t>
        <w:br/>
        <w:t>Так рішили і пішли.&lt;br /&gt;</w:t>
        <w:br/>
        <w:t>. . . . . . . . . . . . . . . . . . . .</w:t>
      </w:r>
    </w:p>
    <w:p>
      <w:r>
        <w:br/>
        <w:t>Киселю й тепер немало,&lt;br /&gt;</w:t>
        <w:br/>
        <w:t>Та настав вже інший час:&lt;br /&gt;</w:t>
        <w:br/>
        <w:t>Вороги нас через його&lt;br /&gt;</w:t>
        <w:br/>
        <w:t>Облягають раз у раз.</w:t>
      </w:r>
    </w:p>
    <w:p>
      <w:r>
        <w:br/>
        <w:t>ХРЕЩЕННЯ ВОЛОДИМИРА ВЕЛИКОГО</w:t>
      </w:r>
    </w:p>
    <w:p>
      <w:r>
        <w:br/>
        <w:t>Біля княжої палати&lt;br /&gt;</w:t>
        <w:br/>
        <w:t>Зеленіє пишний сад.&lt;br /&gt;</w:t>
        <w:br/>
        <w:t>Попід липами густими&lt;br /&gt;</w:t>
        <w:br/>
        <w:t>Стали ідоли у ряд.</w:t>
      </w:r>
    </w:p>
    <w:p>
      <w:r>
        <w:br/>
        <w:t>Ідол Волоса, Перуна,&lt;br /&gt;</w:t>
        <w:br/>
        <w:t>Ось Сварожич, там Стрибог,&lt;br /&gt;</w:t>
        <w:br/>
        <w:t>А за ними найщедріший,&lt;br /&gt;</w:t>
        <w:br/>
        <w:t>Найласкавіший Дажбог.</w:t>
      </w:r>
    </w:p>
    <w:p>
      <w:r>
        <w:br/>
        <w:t>Перед кожним тиха жертва&lt;br /&gt;</w:t>
        <w:br/>
        <w:t>Тліє в полум’ї блідім,&lt;br /&gt;</w:t>
        <w:br/>
        <w:t>І іде, летить угору,&lt;br /&gt;</w:t>
        <w:br/>
        <w:t>Як молитва, сизий дим.</w:t>
      </w:r>
    </w:p>
    <w:p>
      <w:r>
        <w:br/>
        <w:t>Задивився Володимир,&lt;br /&gt;</w:t>
        <w:br/>
        <w:t>Потонув в своїх думках,&lt;br /&gt;</w:t>
        <w:br/>
        <w:t>І шукають його очі&lt;br /&gt;</w:t>
        <w:br/>
        <w:t>Правди в синіх небесах.</w:t>
      </w:r>
    </w:p>
    <w:p>
      <w:r>
        <w:br/>
        <w:t>"Хто — Христос? Чого навчав він?&lt;br /&gt;</w:t>
        <w:br/>
        <w:t>І хотів добра чи зла,&lt;br /&gt;</w:t>
        <w:br/>
        <w:t>І чому христову віру&lt;br /&gt;</w:t>
        <w:br/>
        <w:t>Мудра Ольга прийняла?"</w:t>
      </w:r>
    </w:p>
    <w:p>
      <w:r>
        <w:br/>
        <w:t>І скликає Володимир&lt;br /&gt;</w:t>
        <w:br/>
        <w:t>На нараду мудреців…&lt;br /&gt;</w:t>
        <w:br/>
        <w:t>І послав він їх пізнати&lt;br /&gt;</w:t>
        <w:br/>
        <w:t>Кожну віру і богів.</w:t>
      </w:r>
    </w:p>
    <w:p>
      <w:r>
        <w:br/>
        <w:t>І до кожної країни&lt;br /&gt;</w:t>
        <w:br/>
        <w:t>Їдуть княжі посланці…&lt;br /&gt;</w:t>
        <w:br/>
        <w:t>Роздивились, все пізнали&lt;br /&gt;</w:t>
        <w:br/>
        <w:t>І вернулись мудреці.</w:t>
      </w:r>
    </w:p>
    <w:p>
      <w:r>
        <w:br/>
        <w:t>І сказали: "Ми пізнали&lt;br /&gt;</w:t>
        <w:br/>
        <w:t>Віру кожної землі,&lt;br /&gt;</w:t>
        <w:br/>
        <w:t>Та найліпша — віра грецька,&lt;br /&gt;</w:t>
        <w:br/>
        <w:t>Не забути нам її".</w:t>
      </w:r>
    </w:p>
    <w:p>
      <w:r>
        <w:br/>
        <w:t>І послам своїм щасливий&lt;br /&gt;</w:t>
        <w:br/>
        <w:t>Володимир відповів:&lt;br /&gt;</w:t>
        <w:br/>
        <w:t>"Я давно уже, бояри,&lt;br /&gt;</w:t>
        <w:br/>
        <w:t>Охреститися хотів.</w:t>
      </w:r>
    </w:p>
    <w:p>
      <w:r>
        <w:br/>
        <w:t>Я візьму за жінку Анну,&lt;br /&gt;</w:t>
        <w:br/>
        <w:t>Доню грецького царя, —&lt;br /&gt;</w:t>
        <w:br/>
        <w:t>Як волхвів, до Царгороду&lt;br /&gt;</w:t>
        <w:br/>
        <w:t>Все вела мене зоря".</w:t>
      </w:r>
    </w:p>
    <w:p>
      <w:r>
        <w:br/>
        <w:t>А як греки не схотіли&lt;br /&gt;</w:t>
        <w:br/>
        <w:t>І відмовили йому,&lt;br /&gt;</w:t>
        <w:br/>
        <w:t>Став він військом облягати&lt;br /&gt;</w:t>
        <w:br/>
        <w:t>Грецький Корсунь у Криму.</w:t>
      </w:r>
    </w:p>
    <w:p>
      <w:r>
        <w:br/>
        <w:t>Не злякались корсуняни,&lt;br /&gt;</w:t>
        <w:br/>
        <w:t>Зачинились і сидять.&lt;br /&gt;</w:t>
        <w:br/>
        <w:t>Досить в них води і хліба,&lt;br /&gt;</w:t>
        <w:br/>
        <w:t>Ждуть вночі, а вранці сплять.</w:t>
      </w:r>
    </w:p>
    <w:p>
      <w:r>
        <w:br/>
        <w:t>Та гадає Володимир:&lt;br /&gt;</w:t>
        <w:br/>
        <w:t>"Я їх викличу на бій,&lt;br /&gt;</w:t>
        <w:br/>
        <w:t>Хай три роки тут простою,&lt;br /&gt;</w:t>
        <w:br/>
        <w:t>Але Корсунь буде мій!</w:t>
      </w:r>
    </w:p>
    <w:p>
      <w:r>
        <w:br/>
        <w:t>Час ішов. Сміялись греки,&lt;br /&gt;</w:t>
        <w:br/>
        <w:t>Бо пожива в них була,&lt;br /&gt;</w:t>
        <w:br/>
        <w:t>Аж летить колись до князя&lt;br /&gt;</w:t>
        <w:br/>
        <w:t>З міста пущена стріла.</w:t>
      </w:r>
    </w:p>
    <w:p>
      <w:r>
        <w:br/>
        <w:t>Українець Анастазій&lt;br /&gt;</w:t>
        <w:br/>
        <w:t>Написав на тій стрілі:&lt;br /&gt;</w:t>
        <w:br/>
        <w:t>"В місто йде вода по трубах,&lt;br /&gt;</w:t>
        <w:br/>
        <w:t>Знищ негайно їх в землі".</w:t>
      </w:r>
    </w:p>
    <w:p>
      <w:r>
        <w:br/>
        <w:t>Без води скорились люде.&lt;br /&gt;</w:t>
        <w:br/>
        <w:t>Володимир переміг&lt;br /&gt;</w:t>
        <w:br/>
        <w:t>І з листами посилає&lt;br /&gt;</w:t>
        <w:br/>
        <w:t>В Царгород послів своїх:</w:t>
      </w:r>
    </w:p>
    <w:p>
      <w:r>
        <w:br/>
        <w:t>"Царю! Зважся ти на мене&lt;br /&gt;</w:t>
        <w:br/>
        <w:t>Заміж видати сестру,&lt;br /&gt;</w:t>
        <w:br/>
        <w:t>Коли ні, — як взяв я Корсунь,&lt;br /&gt;</w:t>
        <w:br/>
        <w:t>Царгород твій заберу".</w:t>
      </w:r>
    </w:p>
    <w:p>
      <w:r>
        <w:br/>
        <w:t>І у Корсунь переможно&lt;br /&gt;</w:t>
        <w:br/>
        <w:t>Повернулися посли,&lt;br /&gt;</w:t>
        <w:br/>
        <w:t>І усюди по дзвіницях&lt;br /&gt;</w:t>
        <w:br/>
        <w:t>В місті дзвони загули.</w:t>
      </w:r>
    </w:p>
    <w:p>
      <w:r>
        <w:br/>
        <w:t>Охрестився Володимир&lt;br /&gt;</w:t>
        <w:br/>
        <w:t>І з княгинею назад&lt;br /&gt;</w:t>
        <w:br/>
        <w:t>Повертається у Київ&lt;br /&gt;</w:t>
        <w:br/>
        <w:t>До покинутих палат.</w:t>
      </w:r>
    </w:p>
    <w:p>
      <w:r>
        <w:br/>
        <w:t>ХРЕЩЕННЯ УКРАЇНИ</w:t>
      </w:r>
    </w:p>
    <w:p>
      <w:r>
        <w:br/>
        <w:t>Що це в Києві за гомін,&lt;br /&gt;</w:t>
        <w:br/>
        <w:t>Звідки крики, галас, сміх&lt;br /&gt;</w:t>
        <w:br/>
        <w:t>І куди оце кияни&lt;br /&gt;</w:t>
        <w:br/>
        <w:t>Тягнуть ідолів своїх?</w:t>
      </w:r>
    </w:p>
    <w:p>
      <w:r>
        <w:br/>
        <w:t>Ось Стрибога порубали,&lt;br /&gt;</w:t>
        <w:br/>
        <w:t>Там Дажбог стоїть без ніг,&lt;br /&gt;</w:t>
        <w:br/>
        <w:t>Там і огні горить Сварожич,&lt;br /&gt;</w:t>
        <w:br/>
        <w:t>Волос теж на спину ліг.</w:t>
      </w:r>
    </w:p>
    <w:p>
      <w:r>
        <w:br/>
        <w:t>А Перуна на наругу&lt;br /&gt;</w:t>
        <w:br/>
        <w:t>Прив’язали до коня&lt;br /&gt;</w:t>
        <w:br/>
        <w:t>І по вулицях волочать&lt;br /&gt;</w:t>
        <w:br/>
        <w:t>І катують серед дня.</w:t>
      </w:r>
    </w:p>
    <w:p>
      <w:r>
        <w:br/>
        <w:t>Б’ють Перуни батогами!..&lt;br /&gt;</w:t>
        <w:br/>
        <w:t>Де ж його небесний гнів,&lt;br /&gt;</w:t>
        <w:br/>
        <w:t>Чом він стріл своїх не пустить,&lt;br /&gt;</w:t>
        <w:br/>
        <w:t>Чом не скине він громів?!</w:t>
      </w:r>
    </w:p>
    <w:p>
      <w:r>
        <w:br/>
        <w:t>А Стрибог?! Чому на бурі&lt;br /&gt;</w:t>
        <w:br/>
        <w:t>Він сюди не прилетить?!&lt;br /&gt;</w:t>
        <w:br/>
        <w:t>Чи гуляє він з вітрами,&lt;br /&gt;</w:t>
        <w:br/>
        <w:t>Чи у полі тихо спить?</w:t>
      </w:r>
    </w:p>
    <w:p>
      <w:r>
        <w:br/>
        <w:t>Ось упав Дажбог великий…&lt;br /&gt;</w:t>
        <w:br/>
        <w:t>О, віддячить він катам!&lt;br /&gt;</w:t>
        <w:br/>
        <w:t>Він не гляне більш на землю,&lt;br /&gt;</w:t>
        <w:br/>
        <w:t>Він не вродить хліба нам!</w:t>
      </w:r>
    </w:p>
    <w:p>
      <w:r>
        <w:br/>
        <w:t>Збоку десь віщун віщує:&lt;br /&gt;</w:t>
        <w:br/>
        <w:t>"З неба сурми загудуть,&lt;br /&gt;</w:t>
        <w:br/>
        <w:t>Полетять небесні стріли&lt;br /&gt;</w:t>
        <w:br/>
        <w:t>І на голови впадуть.</w:t>
      </w:r>
    </w:p>
    <w:p>
      <w:r>
        <w:br/>
        <w:t>Вороги обляжуть місто,&lt;br /&gt;</w:t>
        <w:br/>
        <w:t>Стане чорно від гадюк,&lt;br /&gt;</w:t>
        <w:br/>
        <w:t>Павуки з землі полізуть,&lt;br /&gt;</w:t>
        <w:br/>
        <w:t>Не піднімуть люди рук…"</w:t>
      </w:r>
    </w:p>
    <w:p>
      <w:r>
        <w:br/>
        <w:t>Так старий віщун віщує,&lt;br /&gt;</w:t>
        <w:br/>
        <w:t>Але молодь ще міцніш&lt;br /&gt;</w:t>
        <w:br/>
        <w:t>Полосує батогами&lt;br /&gt;</w:t>
        <w:br/>
        <w:t>І сміється веселіш.</w:t>
      </w:r>
    </w:p>
    <w:p>
      <w:r>
        <w:br/>
        <w:t>І в Дніпро Перуна-бога&lt;br /&gt;</w:t>
        <w:br/>
        <w:t>З сміхом кидає вона:&lt;br /&gt;</w:t>
        <w:br/>
        <w:t>"Загрими ще, діду, з річки,&lt;br /&gt;</w:t>
        <w:br/>
        <w:t>От здивує новина!"</w:t>
      </w:r>
    </w:p>
    <w:p>
      <w:r>
        <w:br/>
        <w:t>І поплив по річці ідол,&lt;br /&gt;</w:t>
        <w:br/>
        <w:t>І, безвладний, зник в імлі&lt;br /&gt;</w:t>
        <w:br/>
        <w:t>Вчора ще великий, гнівний,&lt;br /&gt;</w:t>
        <w:br/>
        <w:t>Найстрашніший бог землі.</w:t>
      </w:r>
    </w:p>
    <w:p>
      <w:r>
        <w:br/>
        <w:t>"КРАСНЕ СОНЦЕ"</w:t>
      </w:r>
    </w:p>
    <w:p>
      <w:r>
        <w:br/>
        <w:t>Тихо-мирно Володимир,&lt;br /&gt;</w:t>
        <w:br/>
        <w:t>Свого віку доживав,&lt;br /&gt;</w:t>
        <w:br/>
        <w:t>Піклувавсь своїм народом,&lt;br /&gt;</w:t>
        <w:br/>
        <w:t>Вдів, убогих годував.</w:t>
      </w:r>
    </w:p>
    <w:p>
      <w:r>
        <w:br/>
        <w:t>Всі вдоволені, щасливі.&lt;br /&gt;</w:t>
        <w:br/>
        <w:t>А багатство і добро&lt;br /&gt;</w:t>
        <w:br/>
        <w:t>Все несе й несе у Київ&lt;br /&gt;</w:t>
        <w:br/>
        <w:t>На човнах своїх Дніпро.</w:t>
      </w:r>
    </w:p>
    <w:p>
      <w:r>
        <w:br/>
        <w:t>Щонеділі виїжджає&lt;br /&gt;</w:t>
        <w:br/>
        <w:t>Валка з княжого двора&lt;br /&gt;</w:t>
        <w:br/>
        <w:t>З хлібом, салом, м'ясом, медом,&lt;br /&gt;</w:t>
        <w:br/>
        <w:t>Повна всякого добра.</w:t>
      </w:r>
    </w:p>
    <w:p>
      <w:r>
        <w:br/>
        <w:t>"Хто убогий, хто каліка,&lt;br /&gt;</w:t>
        <w:br/>
        <w:t>Хто сьогодні ще не їв,&lt;br /&gt;</w:t>
        <w:br/>
        <w:t>Йдіть, нещасні, поспішайте,&lt;br /&gt;</w:t>
        <w:br/>
        <w:t>Приступайте до возів!"</w:t>
      </w:r>
    </w:p>
    <w:p>
      <w:r>
        <w:br/>
        <w:t>І ішли каліки, вбогі,&lt;br /&gt;</w:t>
        <w:br/>
        <w:t>На руках дітей несли,&lt;br /&gt;</w:t>
        <w:br/>
        <w:t>Із возів, що треба, брали,&lt;br /&gt;</w:t>
        <w:br/>
        <w:t>Їли хліб і мед пили.</w:t>
      </w:r>
    </w:p>
    <w:p>
      <w:r>
        <w:br/>
        <w:t>Тихо-мирно дні останні&lt;br /&gt;</w:t>
        <w:br/>
        <w:t>Володимир доживав,&lt;br /&gt;</w:t>
        <w:br/>
        <w:t>Будував церкви і школи&lt;br /&gt;</w:t>
        <w:br/>
        <w:t>І за ладом доглядав,</w:t>
      </w:r>
    </w:p>
    <w:p>
      <w:r>
        <w:br/>
        <w:t>Жив з сусідами у згоді.&lt;br /&gt;</w:t>
        <w:br/>
        <w:t>І плили спокійно дні,&lt;br /&gt;</w:t>
        <w:br/>
        <w:t>Нападали на Вкраїну&lt;br /&gt;</w:t>
        <w:br/>
        <w:t>Тільки половці одні.</w:t>
      </w:r>
    </w:p>
    <w:p>
      <w:r>
        <w:br/>
        <w:t>І народ за серце й розум&lt;br /&gt;</w:t>
        <w:br/>
        <w:t>Свого князя шанував:&lt;br /&gt;</w:t>
        <w:br/>
        <w:t>"Красним Сонцем" України&lt;br /&gt;</w:t>
        <w:br/>
        <w:t>Володимира прозвав.</w:t>
      </w:r>
    </w:p>
    <w:p>
      <w:r>
        <w:br/>
        <w:t>І Великий Володимир&lt;br /&gt;</w:t>
        <w:br/>
        <w:t>Ще і досі не умер:&lt;br /&gt;</w:t>
        <w:br/>
        <w:t>За його думки великі&lt;br /&gt;</w:t>
        <w:br/>
        <w:t>Люде борються й тепер.</w:t>
      </w:r>
    </w:p>
    <w:p>
      <w:r>
        <w:br/>
        <w:t>Ще і досі на Вкраїні&lt;br /&gt;</w:t>
        <w:br/>
        <w:t>Кров'ю скроплені поля,&lt;br /&gt;</w:t>
        <w:br/>
        <w:t>Ще і досі українська&lt;br /&gt;</w:t>
        <w:br/>
        <w:t>Розшматована земля.</w:t>
      </w:r>
    </w:p>
    <w:p>
      <w:r>
        <w:br/>
        <w:t>ЯРОСЛАВ МУДРИЙ</w:t>
      </w:r>
    </w:p>
    <w:p>
      <w:r>
        <w:br/>
        <w:t>Після ката Святополка,&lt;br /&gt;</w:t>
        <w:br/>
        <w:t>Що замучив трьох братів,&lt;br /&gt;</w:t>
        <w:br/>
        <w:t>Брат четвертий на престола,&lt;br /&gt;</w:t>
        <w:br/>
        <w:t>Ярослав розумний сів.</w:t>
      </w:r>
    </w:p>
    <w:p>
      <w:r>
        <w:br/>
        <w:t>Святополком Окаянним&lt;br /&gt;</w:t>
        <w:br/>
        <w:t>Все зруйновано було.&lt;br /&gt;</w:t>
        <w:br/>
        <w:t>Бідувало бідне місто,&lt;br /&gt;</w:t>
        <w:br/>
        <w:t>Бідувало і село.</w:t>
      </w:r>
    </w:p>
    <w:p>
      <w:r>
        <w:br/>
        <w:t>І усю свою увагу&lt;br /&gt;</w:t>
        <w:br/>
        <w:t>Ярослав зверкув на лад.&lt;br /&gt;</w:t>
        <w:br/>
        <w:t>І небавом Україна&lt;br /&gt;</w:t>
        <w:br/>
        <w:t>Зацвіла, як пишний сад.</w:t>
      </w:r>
    </w:p>
    <w:p>
      <w:r>
        <w:br/>
        <w:t>І небавом знову люди&lt;br /&gt;</w:t>
        <w:br/>
        <w:t>Багатіти почали,&lt;br /&gt;</w:t>
        <w:br/>
        <w:t>І Дніпром човни чужинців&lt;br /&gt;</w:t>
        <w:br/>
        <w:t>Знову в Київ поплили.</w:t>
      </w:r>
    </w:p>
    <w:p>
      <w:r>
        <w:br/>
        <w:t>Греки, німці, італійці,&lt;br /&gt;</w:t>
        <w:br/>
        <w:t>Чехи, угри — всі ішли,&lt;br /&gt;</w:t>
        <w:br/>
        <w:t>Купували, продавали&lt;br /&gt;</w:t>
        <w:br/>
        <w:t>І у Києві жили.</w:t>
      </w:r>
    </w:p>
    <w:p>
      <w:r>
        <w:br/>
        <w:t>Так живий, шумливий Київ&lt;br /&gt;</w:t>
        <w:br/>
        <w:t>Царгородом другим став.&lt;br /&gt;</w:t>
        <w:br/>
        <w:t>Як про друга, як про сина,&lt;br /&gt;</w:t>
        <w:br/>
        <w:t>Дбав про його Ярослав.</w:t>
      </w:r>
    </w:p>
    <w:p>
      <w:r>
        <w:br/>
        <w:t>Оточив його валами,&lt;br /&gt;</w:t>
        <w:br/>
        <w:t>Ровом, мурами обвів,&lt;br /&gt;</w:t>
        <w:br/>
        <w:t>Укріпив його, оздобив&lt;br /&gt;</w:t>
        <w:br/>
        <w:t>І препишний двір завів.</w:t>
      </w:r>
    </w:p>
    <w:p>
      <w:r>
        <w:br/>
        <w:t>До палат ішли невпинно&lt;br /&gt;</w:t>
        <w:br/>
        <w:t>Чужоземні посланці.&lt;br /&gt;</w:t>
        <w:br/>
        <w:t>Князь сидів на пишнім троні&lt;br /&gt;</w:t>
        <w:br/>
        <w:t>З грізним берлом у руці.</w:t>
      </w:r>
    </w:p>
    <w:p>
      <w:r>
        <w:br/>
        <w:t>І, допущені до князя,&lt;br /&gt;</w:t>
        <w:br/>
        <w:t>Низько кланялись посли&lt;br /&gt;</w:t>
        <w:br/>
        <w:t>І до наг дари складали,&lt;br /&gt;</w:t>
        <w:br/>
        <w:t>Що з чужини принесли.</w:t>
      </w:r>
    </w:p>
    <w:p>
      <w:r>
        <w:br/>
        <w:t>В час бенкету на бандурах,&lt;br /&gt;</w:t>
        <w:br/>
        <w:t>Гуслях, різних сопілках&lt;br /&gt;</w:t>
        <w:br/>
        <w:t>Грали весело музики,&lt;br /&gt;</w:t>
        <w:br/>
        <w:t>Вина пінились в чарках.</w:t>
      </w:r>
    </w:p>
    <w:p>
      <w:r>
        <w:br/>
        <w:t>Співаки пісні співали,&lt;br /&gt;</w:t>
        <w:br/>
        <w:t>Скоморохи, штукарі,&lt;br /&gt;</w:t>
        <w:br/>
        <w:t>Розважаючи чужинців,&lt;br /&gt;</w:t>
        <w:br/>
        <w:t>Метушились у дворі.</w:t>
      </w:r>
    </w:p>
    <w:p>
      <w:r>
        <w:br/>
        <w:t>Після ситого обіду&lt;br /&gt;</w:t>
        <w:br/>
        <w:t>Всі виходили з палат&lt;br /&gt;</w:t>
        <w:br/>
        <w:t>Подивитись на верблюдів,&lt;br /&gt;</w:t>
        <w:br/>
        <w:t>На муштрованих звірят.</w:t>
      </w:r>
    </w:p>
    <w:p>
      <w:r>
        <w:br/>
        <w:t>І в Європі честю мали&lt;br /&gt;</w:t>
        <w:br/>
        <w:t>Королі, князі, царі&lt;br /&gt;</w:t>
        <w:br/>
        <w:t>Поріднитись з Ярославом,&lt;br /&gt;</w:t>
        <w:br/>
        <w:t>Побувати у дворі.</w:t>
      </w:r>
    </w:p>
    <w:p>
      <w:r>
        <w:br/>
        <w:t>Але мудрість Ярослава&lt;br /&gt;</w:t>
        <w:br/>
        <w:t>Вся була в його ділах,&lt;br /&gt;</w:t>
        <w:br/>
        <w:t>У державнім будівництві,&lt;br /&gt;</w:t>
        <w:br/>
        <w:t>Владі, устрою, в судах.</w:t>
      </w:r>
    </w:p>
    <w:p>
      <w:r>
        <w:br/>
        <w:t>Щоб не нищити народу&lt;br /&gt;</w:t>
        <w:br/>
        <w:t>І народного майна,&lt;br /&gt;</w:t>
        <w:br/>
        <w:t>Не хотів він воювати,&lt;br /&gt;</w:t>
        <w:br/>
        <w:t>Не тягла його війна.</w:t>
      </w:r>
    </w:p>
    <w:p>
      <w:r>
        <w:br/>
        <w:t>Він прогнів лише поляків,&lt;br /&gt;</w:t>
        <w:br/>
        <w:t>І, щоб ворог тихшим став,&lt;br /&gt;</w:t>
        <w:br/>
        <w:t>Він твердиню понад Сяном —&lt;br /&gt;</w:t>
        <w:br/>
        <w:t>Ярослав свій збудував.</w:t>
      </w:r>
    </w:p>
    <w:p>
      <w:r>
        <w:br/>
        <w:t>Та ходив на печенігів&lt;br /&gt;</w:t>
        <w:br/>
        <w:t>І черкесів під Кавказ,&lt;br /&gt;</w:t>
        <w:br/>
        <w:t>Що на нашу Україну&lt;br /&gt;</w:t>
        <w:br/>
        <w:t>Нападали раз у раз.</w:t>
      </w:r>
    </w:p>
    <w:p>
      <w:r>
        <w:br/>
        <w:t>Та з Редедею касозьким&lt;br /&gt;</w:t>
        <w:br/>
        <w:t>Ярославів брат Мстислав&lt;br /&gt;</w:t>
        <w:br/>
        <w:t>Бивсь хоробро в поєдинку&lt;br /&gt;</w:t>
        <w:br/>
        <w:t>І Редедю подолав.</w:t>
      </w:r>
    </w:p>
    <w:p>
      <w:r>
        <w:br/>
        <w:t>Наш співець Боян великий,&lt;br /&gt;</w:t>
        <w:br/>
        <w:t>Найславніший із співців,&lt;br /&gt;</w:t>
        <w:br/>
        <w:t>Сплів йому вінок безсмертний,&lt;br /&gt;</w:t>
        <w:br/>
        <w:t>Із пісень безсмертних сплів.&lt;br /&gt;</w:t>
        <w:br/>
        <w:t>. . . . . . . . . . . . . . . . . . . . . . . .</w:t>
      </w:r>
    </w:p>
    <w:p>
      <w:r>
        <w:br/>
        <w:t>Пролетіли дні короткі…&lt;br /&gt;</w:t>
        <w:br/>
        <w:t>Перед смертю Ярослав&lt;br /&gt;</w:t>
        <w:br/>
        <w:t>Всіх своїх синів покликав&lt;br /&gt;</w:t>
        <w:br/>
        <w:t>І з любов’ю проказав:</w:t>
      </w:r>
    </w:p>
    <w:p>
      <w:r>
        <w:br/>
        <w:t>"Вас я, діти, покидаю,&lt;br /&gt;</w:t>
        <w:br/>
        <w:t>Йду я в ліпшу сторону,&lt;br /&gt;</w:t>
        <w:br/>
        <w:t>Але, діти, пам’ятайте&lt;br /&gt;</w:t>
        <w:br/>
        <w:t>Мою заповідь одну:</w:t>
      </w:r>
    </w:p>
    <w:p>
      <w:r>
        <w:br/>
        <w:t>Не сваріться, жийте в згоді:&lt;br /&gt;</w:t>
        <w:br/>
        <w:t>Тільки мир збере усе,&lt;br /&gt;</w:t>
        <w:br/>
        <w:t>А незгода, наче вітер,&lt;br /&gt;</w:t>
        <w:br/>
        <w:t>Все по полю рознесе.</w:t>
      </w:r>
    </w:p>
    <w:p>
      <w:r>
        <w:br/>
        <w:t>Як не будете всі разом&lt;br /&gt;</w:t>
        <w:br/>
        <w:t>Йти до спільної мети,&lt;br /&gt;</w:t>
        <w:br/>
        <w:t>Ви, державу зруйнувавши,&lt;br /&gt;</w:t>
        <w:br/>
        <w:t>Подастеся у світи.</w:t>
      </w:r>
    </w:p>
    <w:p>
      <w:r>
        <w:br/>
        <w:t>Ви розгубите ту землю,&lt;br /&gt;</w:t>
        <w:br/>
        <w:t>Що придбали вам батьки,&lt;br /&gt;</w:t>
        <w:br/>
        <w:t>А тинятиметесь всюди,&lt;br /&gt;</w:t>
        <w:br/>
        <w:t>Як вигнанці й жебраки".</w:t>
      </w:r>
    </w:p>
    <w:p>
      <w:r>
        <w:br/>
        <w:t>Та недовго пам’ятали&lt;br /&gt;</w:t>
        <w:br/>
        <w:t>Діти мудрий заповіт,&lt;br /&gt;</w:t>
        <w:br/>
        <w:t>А нащадки Ярослава&lt;br /&gt;</w:t>
        <w:br/>
        <w:t>Осміяли на весь світ…</w:t>
      </w:r>
    </w:p>
    <w:p>
      <w:r>
        <w:br/>
        <w:t>ІЗЯСЛАВ І ПОДІЛ УКРАЇНИ</w:t>
      </w:r>
    </w:p>
    <w:p>
      <w:r>
        <w:br/>
        <w:t>Золоте, незлобне серце&lt;br /&gt;</w:t>
        <w:br/>
        <w:t>Мав у грудях Ізяслав, —&lt;br /&gt;</w:t>
        <w:br/>
        <w:t>Все він думав, все молився,&lt;br /&gt;</w:t>
        <w:br/>
        <w:t>Все він вірив і прощав.</w:t>
      </w:r>
    </w:p>
    <w:p>
      <w:r>
        <w:br/>
        <w:t>І дитячою рукою&lt;br /&gt;</w:t>
        <w:br/>
        <w:t>Він держати не зумів&lt;br /&gt;</w:t>
        <w:br/>
        <w:t>Ні державного спокою,&lt;br /&gt;</w:t>
        <w:br/>
        <w:t>Ні державних ворогів.</w:t>
      </w:r>
    </w:p>
    <w:p>
      <w:r>
        <w:br/>
        <w:t>І народ його не слухав,&lt;br /&gt;</w:t>
        <w:br/>
        <w:t>Бо народ собі волів&lt;br /&gt;</w:t>
        <w:br/>
        <w:t>Князя, скутого з заліза,&lt;br /&gt;</w:t>
        <w:br/>
        <w:t>Княза діла, а не слів.</w:t>
      </w:r>
    </w:p>
    <w:p>
      <w:r>
        <w:br/>
        <w:t>І коли на Київ знову&lt;br /&gt;</w:t>
        <w:br/>
        <w:t>Дикі половці прийшли,&lt;br /&gt;</w:t>
        <w:br/>
        <w:t>До палат прибігли люди&lt;br /&gt;</w:t>
        <w:br/>
        <w:t>І, як звірі, заревли:</w:t>
      </w:r>
    </w:p>
    <w:p>
      <w:r>
        <w:br/>
        <w:t>"Ворого палить наші села&lt;br /&gt;</w:t>
        <w:br/>
        <w:t>І руйнує цілий край!&lt;br /&gt;</w:t>
        <w:br/>
        <w:t>Князю! Чом ми не у полі?!&lt;br /&gt;</w:t>
        <w:br/>
        <w:t>Князю! Коней, зброї дай!"</w:t>
      </w:r>
    </w:p>
    <w:p>
      <w:r>
        <w:br/>
        <w:t>Але князь боявся дати&lt;br /&gt;</w:t>
        <w:br/>
        <w:t>Зброю й коней воякам,&lt;br /&gt;</w:t>
        <w:br/>
        <w:t>Кинув край свій на поталу&lt;br /&gt;</w:t>
        <w:br/>
        <w:t>І утік із краю сам.</w:t>
      </w:r>
    </w:p>
    <w:p>
      <w:r>
        <w:br/>
        <w:t>На недовгий час закняжив&lt;br /&gt;</w:t>
        <w:br/>
        <w:t>Вічем обраний Всеслав.&lt;br /&gt;</w:t>
        <w:br/>
        <w:t>Князь розумний, справедливий&lt;br /&gt;</w:t>
        <w:br/>
        <w:t>Добре правив і тримав.</w:t>
      </w:r>
    </w:p>
    <w:p>
      <w:r>
        <w:br/>
        <w:t>Але знову із вигнання&lt;br /&gt;</w:t>
        <w:br/>
        <w:t>Ізяслав назад прийшов.&lt;br /&gt;</w:t>
        <w:br/>
        <w:t>Сів на княжому престолі&lt;br /&gt;</w:t>
        <w:br/>
        <w:t>І утік, злякавшись знов.</w:t>
      </w:r>
    </w:p>
    <w:p>
      <w:r>
        <w:br/>
        <w:t>Святополк закняжив потім,&lt;br /&gt;</w:t>
        <w:br/>
        <w:t>А по ньому Всеволод…&lt;br /&gt;</w:t>
        <w:br/>
        <w:t>І князі в бої криваві&lt;br /&gt;</w:t>
        <w:br/>
        <w:t>Вічно кидали народ.</w:t>
      </w:r>
    </w:p>
    <w:p>
      <w:r>
        <w:br/>
        <w:t>Брат на брата йшов війною,&lt;br /&gt;</w:t>
        <w:br/>
        <w:t>Люди гинули в війні,&lt;br /&gt;</w:t>
        <w:br/>
        <w:t>Марно села руйнувались&lt;br /&gt;</w:t>
        <w:br/>
        <w:t>І палали у огні.</w:t>
      </w:r>
    </w:p>
    <w:p>
      <w:r>
        <w:br/>
        <w:t>І з великої держави&lt;br /&gt;</w:t>
        <w:br/>
        <w:t>Стали князівства малі.&lt;br /&gt;</w:t>
        <w:br/>
        <w:t>Так князі розбили силу&lt;br /&gt;</w:t>
        <w:br/>
        <w:t>Української землі.</w:t>
      </w:r>
    </w:p>
    <w:p>
      <w:r>
        <w:br/>
        <w:t>ВОЛОДИМИР МОНОМАХ</w:t>
      </w:r>
    </w:p>
    <w:p>
      <w:r>
        <w:br/>
        <w:t>Аж стає нарешті князем&lt;br /&gt;</w:t>
        <w:br/>
        <w:t>Володимир Мономах,&lt;br /&gt;</w:t>
        <w:br/>
        <w:t>Простий, сміливий, ласкавий&lt;br /&gt;</w:t>
        <w:br/>
        <w:t>І бувалий у боях.</w:t>
      </w:r>
    </w:p>
    <w:p>
      <w:r>
        <w:br/>
        <w:t>Змалку ще до праці звик він,&lt;br /&gt;</w:t>
        <w:br/>
        <w:t>До походів, до негод,&lt;br /&gt;</w:t>
        <w:br/>
        <w:t>Знав він голод, знав він лихо,&lt;br /&gt;</w:t>
        <w:br/>
        <w:t>Знав державу і народ.</w:t>
      </w:r>
    </w:p>
    <w:p>
      <w:r>
        <w:br/>
        <w:t>Турбувався за убогих,&lt;br /&gt;</w:t>
        <w:br/>
        <w:t>Заступався за селян&lt;br /&gt;</w:t>
        <w:br/>
        <w:t>І карав того, хто навіт&lt;br /&gt;</w:t>
        <w:br/>
        <w:t>Тільки пройде через лан.</w:t>
      </w:r>
    </w:p>
    <w:p>
      <w:r>
        <w:br/>
        <w:t>Закликав усіх до себе,&lt;br /&gt;</w:t>
        <w:br/>
        <w:t>Хто стрівався на шляху:&lt;br /&gt;</w:t>
        <w:br/>
        <w:t>"Гості ширять добру славу,&lt;br /&gt;</w:t>
        <w:br/>
        <w:t>Але ширять і лиху".</w:t>
      </w:r>
    </w:p>
    <w:p>
      <w:r>
        <w:br/>
        <w:t>Рано вдосвіта устав він,&lt;br /&gt;</w:t>
        <w:br/>
        <w:t>Все оглянув, обійшов,&lt;br /&gt;</w:t>
        <w:br/>
        <w:t>Допоміг в саду копати,&lt;br /&gt;</w:t>
        <w:br/>
        <w:t>Трошки дрова поколов.</w:t>
      </w:r>
    </w:p>
    <w:p>
      <w:r>
        <w:br/>
        <w:t>Суд відправив — не поснідав, —&lt;br /&gt;</w:t>
        <w:br/>
        <w:t>На нараду зве старшин.&lt;br /&gt;</w:t>
        <w:br/>
        <w:t>Йде до його і боярин,&lt;br /&gt;</w:t>
        <w:br/>
        <w:t>І убогий селянин.</w:t>
      </w:r>
    </w:p>
    <w:p>
      <w:r>
        <w:br/>
        <w:t>А коли в краю все тихо&lt;br /&gt;</w:t>
        <w:br/>
        <w:t>І лихе ніщо не жде,&lt;br /&gt;</w:t>
        <w:br/>
        <w:t>Мономах за лук, за стріли&lt;br /&gt;</w:t>
        <w:br/>
        <w:t>І у ліс на лови йде.</w:t>
      </w:r>
    </w:p>
    <w:p>
      <w:r>
        <w:br/>
        <w:t>І не раз його на ловах&lt;br /&gt;</w:t>
        <w:br/>
        <w:t>Лютий тур на роги брав,&lt;br /&gt;</w:t>
        <w:br/>
        <w:t>Лось могучий бив ногами&lt;br /&gt;</w:t>
        <w:br/>
        <w:t>І ведмідь у лапах м’яв.</w:t>
      </w:r>
    </w:p>
    <w:p>
      <w:r>
        <w:br/>
        <w:t>Князь стократ себе калічив&lt;br /&gt;</w:t>
        <w:br/>
        <w:t>І стократ з коня злетів.&lt;br /&gt;</w:t>
        <w:br/>
        <w:t>Рись була на спині в його,&lt;br /&gt;</w:t>
        <w:br/>
        <w:t>І кабан над ним хропів.</w:t>
      </w:r>
    </w:p>
    <w:p>
      <w:r>
        <w:br/>
        <w:t>І вояк він був хоробрий:&lt;br /&gt;</w:t>
        <w:br/>
        <w:t>Сам він військо вів на бій,&lt;br /&gt;</w:t>
        <w:br/>
        <w:t>Завжди спав з мечем при боці&lt;br /&gt;</w:t>
        <w:br/>
        <w:t>І в одежі бойовій.</w:t>
      </w:r>
    </w:p>
    <w:p>
      <w:r>
        <w:br/>
        <w:t>ПОЛОВЦІ І ОТРОК</w:t>
      </w:r>
    </w:p>
    <w:p>
      <w:r>
        <w:br/>
        <w:t>Край наш половці руйнують,&lt;br /&gt;</w:t>
        <w:br/>
        <w:t>Нападають на селян.&lt;br /&gt;</w:t>
        <w:br/>
        <w:t>Топче ниви, палить села&lt;br /&gt;</w:t>
        <w:br/>
        <w:t>Половецький дикий хан.</w:t>
      </w:r>
    </w:p>
    <w:p>
      <w:r>
        <w:br/>
        <w:t>Кажуть, кров людську, гарячу&lt;br /&gt;</w:t>
        <w:br/>
        <w:t>Любить пити хан Баняк,&lt;br /&gt;</w:t>
        <w:br/>
        <w:t>Кажуть, тіла він не має,&lt;br /&gt;</w:t>
        <w:br/>
        <w:t>А один лише кістяк.</w:t>
      </w:r>
    </w:p>
    <w:p>
      <w:r>
        <w:br/>
        <w:t>Загорівся Володимир&lt;br /&gt;</w:t>
        <w:br/>
        <w:t>І в бою без перепон&lt;br /&gt;</w:t>
        <w:br/>
        <w:t>Розбиває військо хана&lt;br /&gt;</w:t>
        <w:br/>
        <w:t>Й сто князів бере в полон.</w:t>
      </w:r>
    </w:p>
    <w:p>
      <w:r>
        <w:br/>
        <w:t>Незабаром в ханстві Отрок&lt;br /&gt;</w:t>
        <w:br/>
        <w:t>Половецьким ханом став.&lt;br /&gt;</w:t>
        <w:br/>
        <w:t>Князь і Отрока подужав&lt;br /&gt;</w:t>
        <w:br/>
        <w:t>І в полон його забрав.</w:t>
      </w:r>
    </w:p>
    <w:p>
      <w:r>
        <w:br/>
        <w:t>І на нашій Україні&lt;br /&gt;</w:t>
        <w:br/>
        <w:t>Отрок довгий час пробув.&lt;br /&gt;</w:t>
        <w:br/>
        <w:t>Полюбив наш край і звичай,&lt;br /&gt;</w:t>
        <w:br/>
        <w:t>А про рідний і забув.</w:t>
      </w:r>
    </w:p>
    <w:p>
      <w:r>
        <w:br/>
        <w:t>Після смерті Мономаха&lt;br /&gt;</w:t>
        <w:br/>
        <w:t>Шлють до бранця посланця,&lt;br /&gt;</w:t>
        <w:br/>
        <w:t>Найславнішого у ханстві&lt;br /&gt;</w:t>
        <w:br/>
        <w:t>Половецького співця.</w:t>
      </w:r>
    </w:p>
    <w:p>
      <w:r>
        <w:br/>
        <w:t>І, шлючи його в дорогу,&lt;br /&gt;</w:t>
        <w:br/>
        <w:t>Каже бранців рідний брат:&lt;br /&gt;</w:t>
        <w:br/>
        <w:t>"Намовляй мого ти брата&lt;br /&gt;</w:t>
        <w:br/>
        <w:t>Повернутися назад.</w:t>
      </w:r>
    </w:p>
    <w:p>
      <w:r>
        <w:br/>
        <w:t>Коли слів він не послуха,&lt;br /&gt;</w:t>
        <w:br/>
        <w:t>Проспівай йому сумну&lt;br /&gt;</w:t>
        <w:br/>
        <w:t>Нашу пісню половецьку&lt;br /&gt;</w:t>
        <w:br/>
        <w:t>Про кохану сторону.</w:t>
      </w:r>
    </w:p>
    <w:p>
      <w:r>
        <w:br/>
        <w:t>Як і пісні не відчує&lt;br /&gt;</w:t>
        <w:br/>
        <w:t>Любий брат мій, Отрок-хан,&lt;br /&gt;</w:t>
        <w:br/>
        <w:t>Дай понюхати це зілля&lt;br /&gt;</w:t>
        <w:br/>
        <w:t>Степу рідного — євшан!"</w:t>
      </w:r>
    </w:p>
    <w:p>
      <w:r>
        <w:br/>
        <w:t>І співець прийшов і мовить:&lt;br /&gt;</w:t>
        <w:br/>
        <w:t>"Хане, брат твій наказав,&lt;br /&gt;</w:t>
        <w:br/>
        <w:t>Щоб тобі я рідну землю,&lt;br /&gt;</w:t>
        <w:br/>
        <w:t>Степ зелений пригадав,</w:t>
      </w:r>
    </w:p>
    <w:p>
      <w:r>
        <w:br/>
        <w:t>Щоб згадав тобі я славні&lt;br /&gt;</w:t>
        <w:br/>
        <w:t>Січі в рідній стороні&lt;br /&gt;</w:t>
        <w:br/>
        <w:t>І в пустелі неоглядній&lt;br /&gt;</w:t>
        <w:br/>
        <w:t>Лет на дикому коні".</w:t>
      </w:r>
    </w:p>
    <w:p>
      <w:r>
        <w:br/>
        <w:t>Відповів спокійно Отрок:&lt;br /&gt;</w:t>
        <w:br/>
        <w:t>"Мило в рідній стороні,&lt;br /&gt;</w:t>
        <w:br/>
        <w:t>Але й тут, на Україні,&lt;br /&gt;</w:t>
        <w:br/>
        <w:t>Любо й весело мені.</w:t>
      </w:r>
    </w:p>
    <w:p>
      <w:r>
        <w:br/>
        <w:t>Є і тут шалені коні,&lt;br /&gt;</w:t>
        <w:br/>
        <w:t>І простори степові,&lt;br /&gt;</w:t>
        <w:br/>
        <w:t>І хоробре, дуже військо,&lt;br /&gt;</w:t>
        <w:br/>
        <w:t>І пригоди бойові!.."</w:t>
      </w:r>
    </w:p>
    <w:p>
      <w:r>
        <w:br/>
        <w:t>І співець співає пісню,&lt;br /&gt;</w:t>
        <w:br/>
        <w:t>Вільну, дику, степову,&lt;br /&gt;</w:t>
        <w:br/>
        <w:t>Стародавню половецьку,&lt;br /&gt;</w:t>
        <w:br/>
        <w:t>Вічно свіжу і нову.</w:t>
      </w:r>
    </w:p>
    <w:p>
      <w:r>
        <w:br/>
        <w:t>Та стояв, як камінь, Отрок&lt;br /&gt;</w:t>
        <w:br/>
        <w:t>І дивився, як в вікні&lt;br /&gt;</w:t>
        <w:br/>
        <w:t>Український вечір гасне&lt;br /&gt;</w:t>
        <w:br/>
        <w:t>І вмирає вдалині.</w:t>
      </w:r>
    </w:p>
    <w:p>
      <w:r>
        <w:br/>
        <w:t>І співець, мов серце вирвав,&lt;br /&gt;</w:t>
        <w:br/>
        <w:t>Вирвав-вихопив євшан!&lt;br /&gt;</w:t>
        <w:br/>
        <w:t>Піднялися груди хана,&lt;br /&gt;</w:t>
        <w:br/>
        <w:t>Затремтів, рвонувся хан.</w:t>
      </w:r>
    </w:p>
    <w:p>
      <w:r>
        <w:br/>
        <w:t>І співцеві Отрок крикнув:&lt;br /&gt;</w:t>
        <w:br/>
        <w:t>"О, мене ти напоїв,&lt;br /&gt;</w:t>
        <w:br/>
        <w:t>Як цілющою водою,&lt;br /&gt;</w:t>
        <w:br/>
        <w:t>Духом кинутих степів!</w:t>
      </w:r>
    </w:p>
    <w:p>
      <w:r>
        <w:br/>
        <w:t>Наче пташка з клітки, серце&lt;br /&gt;</w:t>
        <w:br/>
        <w:t>Рветься в рідну сторону,&lt;br /&gt;</w:t>
        <w:br/>
        <w:t>Де на волі серед степу&lt;br /&gt;</w:t>
        <w:br/>
        <w:t>Я неволю прокляну".&lt;br /&gt;</w:t>
        <w:br/>
        <w:t>. . . . . . . . . . . . . . . . . . . . . . . .</w:t>
      </w:r>
    </w:p>
    <w:p>
      <w:r>
        <w:br/>
        <w:t>Скільки отроків вернулось&lt;br /&gt;</w:t>
        <w:br/>
        <w:t>В дні останні і до нас:&lt;br /&gt;</w:t>
        <w:br/>
        <w:t>Що святий огонь сумління&lt;br /&gt;</w:t>
        <w:br/>
        <w:t>В їхнім серці не погас.</w:t>
      </w:r>
    </w:p>
    <w:p>
      <w:r>
        <w:br/>
        <w:t>ПОЛОВЕЦЬКА НЕВОЛЯ</w:t>
      </w:r>
    </w:p>
    <w:p>
      <w:r>
        <w:br/>
        <w:t>Під палким, південним сонцем&lt;br /&gt;</w:t>
        <w:br/>
        <w:t>На чужий, далекий Дон&lt;br /&gt;</w:t>
        <w:br/>
        <w:t>Сумно-сумно, як на страту,&lt;br /&gt;</w:t>
        <w:br/>
        <w:t>Йдуть невольники в полон.</w:t>
      </w:r>
    </w:p>
    <w:p>
      <w:r>
        <w:br/>
        <w:t>На руках у їх кайдани,&lt;br /&gt;</w:t>
        <w:br/>
        <w:t>Кров і рани на ногах,&lt;br /&gt;</w:t>
        <w:br/>
        <w:t>В чорній куряві обличчя,&lt;br /&gt;</w:t>
        <w:br/>
        <w:t>Очі змучені в сльозах.</w:t>
      </w:r>
    </w:p>
    <w:p>
      <w:r>
        <w:br/>
        <w:t>"Понесіть, вітри крилаті,&lt;br /&gt;</w:t>
        <w:br/>
        <w:t>Наші стогони й жалі,&lt;br /&gt;</w:t>
        <w:br/>
        <w:t>Принесіть нам з України&lt;br /&gt;</w:t>
        <w:br/>
        <w:t>Крихту рідної землі!</w:t>
      </w:r>
    </w:p>
    <w:p>
      <w:r>
        <w:br/>
        <w:t>Полетіть, скажіть, що більше&lt;br /&gt;</w:t>
        <w:br/>
        <w:t>Вже не вгледим ми її!&lt;br /&gt;</w:t>
        <w:br/>
        <w:t>Принесіть же нам хоч порох&lt;br /&gt;</w:t>
        <w:br/>
        <w:t>Із коханої землі!"</w:t>
      </w:r>
    </w:p>
    <w:p>
      <w:r>
        <w:br/>
        <w:t>Йдуть невольники під сонцем,&lt;br /&gt;</w:t>
        <w:br/>
        <w:t>Грізна варта навкруги.&lt;br /&gt;</w:t>
        <w:br/>
        <w:t>Дзвінко ляскають в повітрі&lt;br /&gt;</w:t>
        <w:br/>
        <w:t>І співають батоги.</w:t>
      </w:r>
    </w:p>
    <w:p>
      <w:r>
        <w:br/>
        <w:t>Двісті літ беруть в неволю,&lt;br /&gt;</w:t>
        <w:br/>
        <w:t>Обертають у калік!&lt;br /&gt;</w:t>
        <w:br/>
        <w:t>О полоне половецький,&lt;br /&gt;</w:t>
        <w:br/>
        <w:t>Будь ти проклятий навік!</w:t>
      </w:r>
    </w:p>
    <w:p>
      <w:r>
        <w:br/>
        <w:t>ПОХІД ІГОРЯ СВЯТОСЛАВИЧА НА ПОЛОВЦІВ</w:t>
      </w:r>
    </w:p>
    <w:p>
      <w:r>
        <w:br/>
        <w:t>Славний Ігор Святославич&lt;br /&gt;</w:t>
        <w:br/>
        <w:t>Покидає Новгород&lt;br /&gt;</w:t>
        <w:br/>
        <w:t>І з своїм хоробрим військом&lt;br /&gt;</w:t>
        <w:br/>
        <w:t>Вирушає у поход.</w:t>
      </w:r>
    </w:p>
    <w:p>
      <w:r>
        <w:br/>
        <w:t>Йде вояк, закутий в зброю,&lt;br /&gt;</w:t>
        <w:br/>
        <w:t>Щит червлений на руці,&lt;br /&gt;</w:t>
        <w:br/>
        <w:t>Над списами, шоломами&lt;br /&gt;</w:t>
        <w:br/>
        <w:t>Мають, в’ються прапорці.</w:t>
      </w:r>
    </w:p>
    <w:p>
      <w:r>
        <w:br/>
        <w:t>Військо йде, улад ступає,&lt;br /&gt;</w:t>
        <w:br/>
        <w:t>Коли сонце враз зайшло,&lt;br /&gt;</w:t>
        <w:br/>
        <w:t>Наче враз на землю впало&lt;br /&gt;</w:t>
        <w:br/>
        <w:t>Ночі чорної крило.</w:t>
      </w:r>
    </w:p>
    <w:p>
      <w:r>
        <w:br/>
        <w:t>"Це недобрий знак для війська,&lt;br /&gt;</w:t>
        <w:br/>
        <w:t>Не повернетесь з війни.&lt;br /&gt;</w:t>
        <w:br/>
        <w:t>Чорні думи вас обсядуть…" —&lt;br /&gt;</w:t>
        <w:br/>
        <w:t>Віщували віщуни.</w:t>
      </w:r>
    </w:p>
    <w:p>
      <w:r>
        <w:br/>
        <w:t>Але Ігор Святославич&lt;br /&gt;</w:t>
        <w:br/>
        <w:t>Твердо крикнув воякам:&lt;br /&gt;</w:t>
        <w:br/>
        <w:t>"Вояки! Брати і друзі!&lt;br /&gt;</w:t>
        <w:br/>
        <w:t>Чи ж назад вертатись нам?!</w:t>
      </w:r>
    </w:p>
    <w:p>
      <w:r>
        <w:br/>
        <w:t>Так мерщій на борзі коні&lt;br /&gt;</w:t>
        <w:br/>
        <w:t>І летім, де Дон шумить,&lt;br /&gt;</w:t>
        <w:br/>
        <w:t>Де об землю половецьку&lt;br /&gt;</w:t>
        <w:br/>
        <w:t>Я волію спис зломить!"</w:t>
      </w:r>
    </w:p>
    <w:p>
      <w:r>
        <w:br/>
        <w:t>Крикнув Ігор Святославич —&lt;br /&gt;</w:t>
        <w:br/>
        <w:t>І на конях вояки&lt;br /&gt;</w:t>
        <w:br/>
        <w:t>Вже летять широким степом,&lt;br /&gt;</w:t>
        <w:br/>
        <w:t>Тільки куряться шляхи.</w:t>
      </w:r>
    </w:p>
    <w:p>
      <w:r>
        <w:br/>
        <w:t>Брат його Буй-тур в Путивлі&lt;br /&gt;</w:t>
        <w:br/>
        <w:t>Теж збирається в поход;&lt;br /&gt;</w:t>
        <w:br/>
        <w:t>І стріваються два війська,&lt;br /&gt;</w:t>
        <w:br/>
        <w:t>І говорить Всеволод:</w:t>
      </w:r>
    </w:p>
    <w:p>
      <w:r>
        <w:br/>
        <w:t>"Брате Ігорю єдиний,&lt;br /&gt;</w:t>
        <w:br/>
        <w:t>Ти єдиний світ мені:&lt;br /&gt;</w:t>
        <w:br/>
        <w:t>Святославичі обидва —&lt;br /&gt;</w:t>
        <w:br/>
        <w:t>Вдвох і ляжем на війні.</w:t>
      </w:r>
    </w:p>
    <w:p>
      <w:r>
        <w:br/>
        <w:t>А моє хоробре військо,&lt;br /&gt;</w:t>
        <w:br/>
        <w:t>Мої славні вояки&lt;br /&gt;</w:t>
        <w:br/>
        <w:t>По степу летять вітрами,&lt;br /&gt;</w:t>
        <w:br/>
        <w:t>В полі скачуть, як вовки.</w:t>
      </w:r>
    </w:p>
    <w:p>
      <w:r>
        <w:br/>
        <w:t>Всі дороги їм відкриті&lt;br /&gt;</w:t>
        <w:br/>
        <w:t>Через гори і ліси,&lt;br /&gt;</w:t>
        <w:br/>
        <w:t>Гостро вигострені стріли&lt;br /&gt;</w:t>
        <w:br/>
        <w:t>І шаблюки, і списи.</w:t>
      </w:r>
    </w:p>
    <w:p>
      <w:r>
        <w:br/>
        <w:t>Тобі, Ігорю, мій брате,&lt;br /&gt;</w:t>
        <w:br/>
        <w:t>Моє військо б’є чолом,&lt;br /&gt;</w:t>
        <w:br/>
        <w:t>І воно в боях здобуде&lt;br /&gt;</w:t>
        <w:br/>
        <w:t>Слави-честі нам обом".</w:t>
      </w:r>
    </w:p>
    <w:p>
      <w:r>
        <w:br/>
        <w:t>Він сказав — заграли сурми,&lt;br /&gt;</w:t>
        <w:br/>
        <w:t>Захитались прапори,&lt;br /&gt;</w:t>
        <w:br/>
        <w:t>І летить степами військо,&lt;br /&gt;</w:t>
        <w:br/>
        <w:t>Обганяючи вітри.</w:t>
      </w:r>
    </w:p>
    <w:p>
      <w:r>
        <w:br/>
        <w:t>Розбігаються, тікають&lt;br /&gt;</w:t>
        <w:br/>
        <w:t>Перелякані вовки,&lt;br /&gt;</w:t>
        <w:br/>
        <w:t>Клекотять орли над військом,&lt;br /&gt;</w:t>
        <w:br/>
        <w:t>В’ються хмарами круки.</w:t>
      </w:r>
    </w:p>
    <w:p>
      <w:r>
        <w:br/>
        <w:t>На озерах, на болотах&lt;br /&gt;</w:t>
        <w:br/>
        <w:t>Крила птахів лопотять:&lt;br /&gt;</w:t>
        <w:br/>
        <w:t>Сірі гуси ізнялися,&lt;br /&gt;</w:t>
        <w:br/>
        <w:t>Білі лебеді ячать.</w:t>
      </w:r>
    </w:p>
    <w:p>
      <w:r>
        <w:br/>
        <w:t>Все віщує щось недобре,&lt;br /&gt;</w:t>
        <w:br/>
        <w:t>Хтось голосить уночі,&lt;br /&gt;</w:t>
        <w:br/>
        <w:t>Хтось в степу кричить: "Рятуйте!"&lt;br /&gt;</w:t>
        <w:br/>
        <w:t>Десь вигукують сичі.</w:t>
      </w:r>
    </w:p>
    <w:p>
      <w:r>
        <w:br/>
        <w:t>Дух пустелі степової,&lt;br /&gt;</w:t>
        <w:br/>
        <w:t>Дух степів — великий Див, —&lt;br /&gt;</w:t>
        <w:br/>
        <w:t>Ворогів ховав пітьмою,&lt;br /&gt;</w:t>
        <w:br/>
        <w:t>Криком вдосвіта будив.</w:t>
      </w:r>
    </w:p>
    <w:p>
      <w:r>
        <w:br/>
        <w:t>І почув нарешті ворог&lt;br /&gt;</w:t>
        <w:br/>
        <w:t>Шум непевний, тупіт, гук,&lt;br /&gt;</w:t>
        <w:br/>
        <w:t>І у ріг заграв тривожно,&lt;br /&gt;</w:t>
        <w:br/>
        <w:t>І схопивсь за меч і лук.</w:t>
      </w:r>
    </w:p>
    <w:p>
      <w:r>
        <w:br/>
        <w:t>Та порубаний, побитий,&lt;br /&gt;</w:t>
        <w:br/>
        <w:t>Переможений в бою,&lt;br /&gt;</w:t>
        <w:br/>
        <w:t>Віддає він цілий табір&lt;br /&gt;</w:t>
        <w:br/>
        <w:t>І лишає честь свою.</w:t>
      </w:r>
    </w:p>
    <w:p>
      <w:r>
        <w:br/>
        <w:t>З жахом половці тікають&lt;br /&gt;</w:t>
        <w:br/>
        <w:t>В різні боки, як вовки,&lt;br /&gt;</w:t>
        <w:br/>
        <w:t>Опанчею, кожухами&lt;br /&gt;</w:t>
        <w:br/>
        <w:t>Стелять багна вояки.</w:t>
      </w:r>
    </w:p>
    <w:p>
      <w:r>
        <w:br/>
        <w:t>Обтирає славний Ігор&lt;br /&gt;</w:t>
        <w:br/>
        <w:t>На мечі ворожу кров&lt;br /&gt;</w:t>
        <w:br/>
        <w:t>І в руках тримає здобич —&lt;br /&gt;</w:t>
        <w:br/>
        <w:t>Білу ханську хоругов.</w:t>
      </w:r>
    </w:p>
    <w:p>
      <w:r>
        <w:br/>
        <w:t>День погас, зайнявся місяць,&lt;br /&gt;</w:t>
        <w:br/>
        <w:t>Загорілися зірки…&lt;br /&gt;</w:t>
        <w:br/>
        <w:t>Тихо в шатрах половецьких&lt;br /&gt;</w:t>
        <w:br/>
        <w:t>Спочивають вояки.</w:t>
      </w:r>
    </w:p>
    <w:p>
      <w:r>
        <w:br/>
        <w:t>БІЙ НАД КАЯЛОЮ</w:t>
      </w:r>
    </w:p>
    <w:p>
      <w:r>
        <w:br/>
        <w:t>Вранці небо червоніє,&lt;br /&gt;</w:t>
        <w:br/>
        <w:t>Наче п’є червону кров,&lt;br /&gt;</w:t>
        <w:br/>
        <w:t>Налітають з моря хмари,&lt;br /&gt;</w:t>
        <w:br/>
        <w:t>Вдарив грім — і дощ пішов.</w:t>
      </w:r>
    </w:p>
    <w:p>
      <w:r>
        <w:br/>
        <w:t>Але військо українське&lt;br /&gt;</w:t>
        <w:br/>
        <w:t>Не лякається негод.&lt;br /&gt;</w:t>
        <w:br/>
        <w:t>Зранку ворога шукає&lt;br /&gt;</w:t>
        <w:br/>
        <w:t>І продовжує поход.</w:t>
      </w:r>
    </w:p>
    <w:p>
      <w:r>
        <w:br/>
        <w:t>Над Каялою-рікою&lt;br /&gt;</w:t>
        <w:br/>
        <w:t>Половецьке військо жде…&lt;br /&gt;</w:t>
        <w:br/>
        <w:t>Знов гримить залізна зброя,&lt;br /&gt;</w:t>
        <w:br/>
        <w:t>Степ від тупоту гуде.</w:t>
      </w:r>
    </w:p>
    <w:p>
      <w:r>
        <w:br/>
        <w:t>Заспівали знову стріли,&lt;br /&gt;</w:t>
        <w:br/>
        <w:t>Знов забрязкали мечі,&lt;br /&gt;</w:t>
        <w:br/>
        <w:t>І земля укрилась трупом,&lt;br /&gt;</w:t>
        <w:br/>
        <w:t>Половецьку кров п’ючи.</w:t>
      </w:r>
    </w:p>
    <w:p>
      <w:r>
        <w:br/>
        <w:t>Наче вітер серед степу,&lt;br /&gt;</w:t>
        <w:br/>
        <w:t>Розгулявся Всеволод…&lt;br /&gt;</w:t>
        <w:br/>
        <w:t>Все забув він… пам’ятав лиш&lt;br /&gt;</w:t>
        <w:br/>
        <w:t>Україну та народ.</w:t>
      </w:r>
    </w:p>
    <w:p>
      <w:r>
        <w:br/>
        <w:t>На коні з мечем літає&lt;br /&gt;</w:t>
        <w:br/>
        <w:t>У шоломі золотім,&lt;br /&gt;</w:t>
        <w:br/>
        <w:t>Де пролине — трупом поле&lt;br /&gt;</w:t>
        <w:br/>
        <w:t>Укривається за ним.</w:t>
      </w:r>
    </w:p>
    <w:p>
      <w:r>
        <w:br/>
        <w:t>З ранку бій ішов до ночі,&lt;br /&gt;</w:t>
        <w:br/>
        <w:t>З ночі бій до світу йшов…&lt;br /&gt;</w:t>
        <w:br/>
        <w:t>Навкруги лежали трупи&lt;br /&gt;</w:t>
        <w:br/>
        <w:t>І людська стояла кров.</w:t>
      </w:r>
    </w:p>
    <w:p>
      <w:r>
        <w:br/>
        <w:t>Бились наші, як не б’ються&lt;br /&gt;</w:t>
        <w:br/>
        <w:t>На верхів’ях скель орли…&lt;br /&gt;</w:t>
        <w:br/>
        <w:t>Ось, здавалось, залунає:&lt;br /&gt;</w:t>
        <w:br/>
        <w:t>"Перемога! Ми взяли!"</w:t>
      </w:r>
    </w:p>
    <w:p>
      <w:r>
        <w:br/>
        <w:t>Та не стало стріл у війська,&lt;br /&gt;</w:t>
        <w:br/>
        <w:t>Пощербилися шаблі…&lt;br /&gt;</w:t>
        <w:br/>
        <w:t>Без щита рука безсила&lt;br /&gt;</w:t>
        <w:br/>
        <w:t>Опустилась до землі.</w:t>
      </w:r>
    </w:p>
    <w:p>
      <w:r>
        <w:br/>
        <w:t>І розбили наше військо,&lt;br /&gt;</w:t>
        <w:br/>
        <w:t>Узяли князів в полон&lt;br /&gt;</w:t>
        <w:br/>
        <w:t>І ведуть степами бранців&lt;br /&gt;</w:t>
        <w:br/>
        <w:t>За далекий тихий Дон.</w:t>
      </w:r>
    </w:p>
    <w:p>
      <w:r>
        <w:br/>
        <w:t>ПЛАЧ ЯРОСЛАВНИ</w:t>
      </w:r>
    </w:p>
    <w:p>
      <w:r>
        <w:br/>
        <w:t>Чорним круком чорну вістку&lt;br /&gt;</w:t>
        <w:br/>
        <w:t>Із чужини хтось приніс, —&lt;br /&gt;</w:t>
        <w:br/>
        <w:t>І по цілій Україні&lt;br /&gt;</w:t>
        <w:br/>
        <w:t>Розлилося море сліз.</w:t>
      </w:r>
    </w:p>
    <w:p>
      <w:r>
        <w:br/>
        <w:t>Наче темна ніч осіння,&lt;br /&gt;</w:t>
        <w:br/>
        <w:t>Жінка Ігоря смутна…&lt;br /&gt;</w:t>
        <w:br/>
        <w:t>Плаче, тужить Ярославна,&lt;br /&gt;</w:t>
        <w:br/>
        <w:t>Припадає до вікна…</w:t>
      </w:r>
    </w:p>
    <w:p>
      <w:r>
        <w:br/>
        <w:t>Рано вдосвіта, до сонця,&lt;br /&gt;</w:t>
        <w:br/>
        <w:t>Йде за місто, на вали…&lt;br /&gt;</w:t>
        <w:br/>
        <w:t>Виглядає: степ та небо,&lt;br /&gt;</w:t>
        <w:br/>
        <w:t>Та під хмарами орли.</w:t>
      </w:r>
    </w:p>
    <w:p>
      <w:r>
        <w:br/>
        <w:t>Плаче, тужить Ярославна,&lt;br /&gt;</w:t>
        <w:br/>
        <w:t>Сохне, в’яне, як той цвіт:&lt;br /&gt;</w:t>
        <w:br/>
        <w:t>Закотилось її сонце,&lt;br /&gt;</w:t>
        <w:br/>
        <w:t>Заступили хмари світ.</w:t>
      </w:r>
    </w:p>
    <w:p>
      <w:r>
        <w:br/>
        <w:t>"Обернуся я в зозулю,&lt;br /&gt;</w:t>
        <w:br/>
        <w:t>По Дунаю полечу&lt;br /&gt;</w:t>
        <w:br/>
        <w:t>І м’який рукав бобровий&lt;br /&gt;</w:t>
        <w:br/>
        <w:t>У Каялі обмочу.</w:t>
      </w:r>
    </w:p>
    <w:p>
      <w:r>
        <w:br/>
        <w:t>На його змарнілім тілі&lt;br /&gt;</w:t>
        <w:br/>
        <w:t>Кров і рани обітру,&lt;br /&gt;</w:t>
        <w:br/>
        <w:t>Його сльози, як перлини,&lt;br /&gt;</w:t>
        <w:br/>
        <w:t>До останньої зберу.</w:t>
      </w:r>
    </w:p>
    <w:p>
      <w:r>
        <w:br/>
        <w:t>Вітре, вітре, нащо вієш,&lt;br /&gt;</w:t>
        <w:br/>
        <w:t>Нащо ліс зелений гнеш,&lt;br /&gt;</w:t>
        <w:br/>
        <w:t>Нащо стріли половецькі&lt;br /&gt;</w:t>
        <w:br/>
        <w:t>В військо Ігоря несеш?</w:t>
      </w:r>
    </w:p>
    <w:p>
      <w:r>
        <w:br/>
        <w:t>Чом під хмарами не вієш,&lt;br /&gt;</w:t>
        <w:br/>
        <w:t>Не гойдаєш кораблі,&lt;br /&gt;</w:t>
        <w:br/>
        <w:t>Чом по степу ти розвіяв&lt;br /&gt;</w:t>
        <w:br/>
        <w:t>Скарби-радощі мої?!</w:t>
      </w:r>
    </w:p>
    <w:p>
      <w:r>
        <w:br/>
        <w:t>Дніпре, Дніпре! Розбивав ти&lt;br /&gt;</w:t>
        <w:br/>
        <w:t>Мури-гори кам’яні.&lt;br /&gt;</w:t>
        <w:br/>
        <w:t>Віз ти в землю половецьку&lt;br /&gt;</w:t>
        <w:br/>
        <w:t>Святослава на човні.</w:t>
      </w:r>
    </w:p>
    <w:p>
      <w:r>
        <w:br/>
        <w:t>Принеси ж його до мене&lt;br /&gt;</w:t>
        <w:br/>
        <w:t>Через гори, через ліс,&lt;br /&gt;</w:t>
        <w:br/>
        <w:t>Щоб до ранку я не слала&lt;br /&gt;</w:t>
        <w:br/>
        <w:t>В сине море своїх сліз.</w:t>
      </w:r>
    </w:p>
    <w:p>
      <w:r>
        <w:br/>
        <w:t>Сонце ясне, тричі красне,&lt;br /&gt;</w:t>
        <w:br/>
        <w:t>Всіх ти грієш, сяєш всім,&lt;br /&gt;</w:t>
        <w:br/>
        <w:t>Чом же військо мого мужа&lt;br /&gt;</w:t>
        <w:br/>
        <w:t>Палиш ти огнем своїм?</w:t>
      </w:r>
    </w:p>
    <w:p>
      <w:r>
        <w:br/>
        <w:t>Нащо ти в степу безводнім&lt;br /&gt;</w:t>
        <w:br/>
        <w:t>Його стріли й луки гнеш,&lt;br /&gt;</w:t>
        <w:br/>
        <w:t>Нащо ти із уст спрагнілих&lt;br /&gt;</w:t>
        <w:br/>
        <w:t>Його кров гарячу п’єш?"</w:t>
      </w:r>
    </w:p>
    <w:p>
      <w:r>
        <w:br/>
        <w:t>Як підбита чайка в небі,&lt;br /&gt;</w:t>
        <w:br/>
        <w:t>Як осіння ніч смутна,&lt;br /&gt;</w:t>
        <w:br/>
        <w:t>Плаче, тужить Ярославна,&lt;br /&gt;</w:t>
        <w:br/>
        <w:t>Припадає до вікна.</w:t>
      </w:r>
    </w:p>
    <w:p>
      <w:r>
        <w:br/>
        <w:t>УТЕЧЯ ІГОРЯ З НЕВОЛІ</w:t>
      </w:r>
    </w:p>
    <w:p>
      <w:r>
        <w:br/>
        <w:t>Степовий майновий ранок,&lt;br /&gt;</w:t>
        <w:br/>
        <w:t>Не здригнеться море трав…&lt;br /&gt;</w:t>
        <w:br/>
        <w:t>Схід поволі розцвітає.&lt;br /&gt;</w:t>
        <w:br/>
        <w:t>Ось і сонце! Ігор встав.</w:t>
      </w:r>
    </w:p>
    <w:p>
      <w:r>
        <w:br/>
        <w:t>Степ в росі… Пташки щебечуть…&lt;br /&gt;</w:t>
        <w:br/>
        <w:t>Прокидатися пора…&lt;br /&gt;</w:t>
        <w:br/>
        <w:t>Скочив пес і обтрусився.&lt;br /&gt;</w:t>
        <w:br/>
        <w:t>Вибіг хлопчик із шатра.</w:t>
      </w:r>
    </w:p>
    <w:p>
      <w:r>
        <w:br/>
        <w:t>Мов хтось вгору кинув стрічку –&lt;br /&gt;</w:t>
        <w:br/>
        <w:t>Йде із огнища димок,&lt;br /&gt;</w:t>
        <w:br/>
        <w:t>Половчанка вийшла, віша&lt;br /&gt;</w:t>
        <w:br/>
        <w:t>На тринога казанок.</w:t>
      </w:r>
    </w:p>
    <w:p>
      <w:r>
        <w:br/>
        <w:t>Хтось таємно, обережно,&lt;br /&gt;</w:t>
        <w:br/>
        <w:t>Оглядаючись, іде…&lt;br /&gt;</w:t>
        <w:br/>
        <w:t>"Князю, — каже половчанин, —&lt;br /&gt;</w:t>
        <w:br/>
        <w:t>Кінь і шабля тебе жде.</w:t>
      </w:r>
    </w:p>
    <w:p>
      <w:r>
        <w:br/>
        <w:t>Князю, ввечері на луг я&lt;br /&gt;</w:t>
        <w:br/>
        <w:t>Пасти виведу коня…&lt;br /&gt;</w:t>
        <w:br/>
        <w:t>Тільки смеркне — будь на річці,&lt;br /&gt;</w:t>
        <w:br/>
        <w:t>Стань і слухай — свисну я.</w:t>
      </w:r>
    </w:p>
    <w:p>
      <w:r>
        <w:br/>
        <w:t>А тепер ти йди на лови,&lt;br /&gt;</w:t>
        <w:br/>
        <w:t>В полі яструба учи,&lt;br /&gt;</w:t>
        <w:br/>
        <w:t>Все роби, що завжди робиш,&lt;br /&gt;</w:t>
        <w:br/>
        <w:t>Але каменем мовчи…"</w:t>
      </w:r>
    </w:p>
    <w:p>
      <w:r>
        <w:br/>
        <w:t>Уклонився половчанин&lt;br /&gt;</w:t>
        <w:br/>
        <w:t>І до табору спішить…&lt;br /&gt;</w:t>
        <w:br/>
        <w:t>Серце Ігоря тріпоче,&lt;br /&gt;</w:t>
        <w:br/>
        <w:t>Думка Ігоря летить.</w:t>
      </w:r>
    </w:p>
    <w:p>
      <w:r>
        <w:br/>
        <w:t>А кругом життя, робота,&lt;br /&gt;</w:t>
        <w:br/>
        <w:t>Крики, галас, метушня,&lt;br /&gt;</w:t>
        <w:br/>
        <w:t>Той майструє, той щось точе,&lt;br /&gt;</w:t>
        <w:br/>
        <w:t>Той осідлує коня.</w:t>
      </w:r>
    </w:p>
    <w:p>
      <w:r>
        <w:br/>
        <w:t>Звечоріло. В хмарах небо.&lt;br /&gt;</w:t>
        <w:br/>
        <w:t>Не блисне зоря ніде.&lt;br /&gt;</w:t>
        <w:br/>
        <w:t>Обережно, тихо-тихо&lt;br /&gt;</w:t>
        <w:br/>
        <w:t>Ігор, крадучись, іде.</w:t>
      </w:r>
    </w:p>
    <w:p>
      <w:r>
        <w:br/>
        <w:t>Ось і річка. Став — ні звука!&lt;br /&gt;</w:t>
        <w:br/>
        <w:t>Не здригне травинка, лист,&lt;br /&gt;</w:t>
        <w:br/>
        <w:t>Серце стукає, як дятел,&lt;br /&gt;</w:t>
        <w:br/>
        <w:t>І нарешті — тихий свист,</w:t>
      </w:r>
    </w:p>
    <w:p>
      <w:r>
        <w:br/>
        <w:t>Тихий, довгий і журливий,&lt;br /&gt;</w:t>
        <w:br/>
        <w:t>Наче чайки тужний крик.&lt;br /&gt;</w:t>
        <w:br/>
        <w:t>Ігор кинувся, спинився&lt;br /&gt;</w:t>
        <w:br/>
        <w:t>І в пітьмі, як олень, зник.</w:t>
      </w:r>
    </w:p>
    <w:p>
      <w:r>
        <w:br/>
        <w:t>…На коня — і в річку! "Князю!&lt;br /&gt;</w:t>
        <w:br/>
        <w:t>Багна… чуєш… не втопи…"&lt;br /&gt;</w:t>
        <w:br/>
        <w:t>Але князь уже далеко,&lt;br /&gt;</w:t>
        <w:br/>
        <w:t>Перед ним уже степи.</w:t>
      </w:r>
    </w:p>
    <w:p>
      <w:r>
        <w:br/>
        <w:t>Чорний кінь за ніч посивів,&lt;br /&gt;</w:t>
        <w:br/>
        <w:t>Білим вихором летить…&lt;br /&gt;</w:t>
        <w:br/>
        <w:t>Часом Ігор стане — слуха —&lt;br /&gt;</w:t>
        <w:br/>
        <w:t>Десь неначе тупотить.&lt;br /&gt;</w:t>
        <w:br/>
        <w:t>Тупотіло… Довго гнались&lt;br /&gt;</w:t>
        <w:br/>
        <w:t>Половецькі вояки,&lt;br /&gt;</w:t>
        <w:br/>
        <w:t>Чорну куряву здіймали,&lt;br /&gt;</w:t>
        <w:br/>
        <w:t>Слали хмарами шляхи.</w:t>
      </w:r>
    </w:p>
    <w:p>
      <w:r>
        <w:br/>
        <w:t>Ось і рідна Україна…&lt;br /&gt;</w:t>
        <w:br/>
        <w:t>Навкруги цвіте весна…&lt;br /&gt;</w:t>
        <w:br/>
        <w:t>Плаче-тужить Ярославна,&lt;br /&gt;</w:t>
        <w:br/>
        <w:t>Припадає до вікна.&lt;br /&gt;</w:t>
        <w:br/>
        <w:t>. . . . . . . . . . . . . . . . . . . . . .</w:t>
      </w:r>
    </w:p>
    <w:p>
      <w:r>
        <w:br/>
        <w:t>Про неволю князя пісню&lt;br /&gt;</w:t>
        <w:br/>
        <w:t>Невідомий лицар склав,&lt;br /&gt;</w:t>
        <w:br/>
        <w:t>Він умер, але безсмертям&lt;br /&gt;</w:t>
        <w:br/>
        <w:t>Свою пісню уквітчав.</w:t>
      </w:r>
    </w:p>
    <w:p>
      <w:r>
        <w:br/>
        <w:t>ЗАНЕПАД КИЄВА</w:t>
      </w:r>
    </w:p>
    <w:p>
      <w:r>
        <w:br/>
        <w:t>Умирає, гасне Київ,&lt;br /&gt;</w:t>
        <w:br/>
        <w:t>Сонце нашої землі,&lt;br /&gt;</w:t>
        <w:br/>
        <w:t>Не пливуть уже до його&lt;br /&gt;</w:t>
        <w:br/>
        <w:t>Ні човни, ні кораблі.</w:t>
      </w:r>
    </w:p>
    <w:p>
      <w:r>
        <w:br/>
        <w:t>Не пливуть Дніпром у море&lt;br /&gt;</w:t>
        <w:br/>
        <w:t>І товарів не везуть:&lt;br /&gt;</w:t>
        <w:br/>
        <w:t>Люди половців бояться, —&lt;br /&gt;</w:t>
        <w:br/>
        <w:t>Ограбують ще й уб’ють.</w:t>
      </w:r>
    </w:p>
    <w:p>
      <w:r>
        <w:br/>
        <w:t>Не кипить вже вир торговий,&lt;br /&gt;</w:t>
        <w:br/>
        <w:t>Не лунають голоси,&lt;br /&gt;</w:t>
        <w:br/>
        <w:t>І кияни подаються&lt;br /&gt;</w:t>
        <w:br/>
        <w:t>В дикі пущі і ліси.</w:t>
      </w:r>
    </w:p>
    <w:p>
      <w:r>
        <w:br/>
        <w:t>І князі в невпинних сварах&lt;br /&gt;</w:t>
        <w:br/>
        <w:t>Підупали, знемоглись,&lt;br /&gt;</w:t>
        <w:br/>
        <w:t>І стежки до їх скарбниці&lt;br /&gt;</w:t>
        <w:br/>
        <w:t>Не чорніють, як колись.</w:t>
      </w:r>
    </w:p>
    <w:p>
      <w:r>
        <w:br/>
        <w:t>А із півночі, із сходу&lt;br /&gt;</w:t>
        <w:br/>
        <w:t>Йдуть нові все вороги…&lt;br /&gt;</w:t>
        <w:br/>
        <w:t>Умирає, гасне Київ…&lt;br /&gt;</w:t>
        <w:br/>
        <w:t>Тихо, пусто навкруги.</w:t>
      </w:r>
    </w:p>
    <w:p>
      <w:r>
        <w:br/>
        <w:t>СУЗДАЛЬСЬКІ КНЯЗІ</w:t>
      </w:r>
    </w:p>
    <w:p>
      <w:r>
        <w:br/>
        <w:t>Понад Волгою й Окою,&lt;br /&gt;</w:t>
        <w:br/>
        <w:t>Геть далеко навкруги&lt;br /&gt;</w:t>
        <w:br/>
        <w:t>Розляглись болота, багна,&lt;br /&gt;</w:t>
        <w:br/>
        <w:t>Вбогі ниви і луги.</w:t>
      </w:r>
    </w:p>
    <w:p>
      <w:r>
        <w:br/>
        <w:t>Там народ московсько-фінський&lt;br /&gt;</w:t>
        <w:br/>
        <w:t>Ледве-ледве животів:&lt;br /&gt;</w:t>
        <w:br/>
        <w:t>Жив то з ловів, то з рибальства,&lt;br /&gt;</w:t>
        <w:br/>
        <w:t>Бідував, але терпів.</w:t>
      </w:r>
    </w:p>
    <w:p>
      <w:r>
        <w:br/>
        <w:t>А нащадки Мономаха,&lt;br /&gt;</w:t>
        <w:br/>
        <w:t>Що були князями там,&lt;br /&gt;</w:t>
        <w:br/>
        <w:t>Вже давно свій край забули&lt;br /&gt;</w:t>
        <w:br/>
        <w:t>І служили москалям.</w:t>
      </w:r>
    </w:p>
    <w:p>
      <w:r>
        <w:br/>
        <w:t>Залишили рідну мову,&lt;br /&gt;</w:t>
        <w:br/>
        <w:t>Прийняли чужу, нову,&lt;br /&gt;</w:t>
        <w:br/>
        <w:t>Збудували місто Суздаль,&lt;br /&gt;</w:t>
        <w:br/>
        <w:t>Володимир і Москву.</w:t>
      </w:r>
    </w:p>
    <w:p>
      <w:r>
        <w:br/>
        <w:t>А думки летять на південь,&lt;br /&gt;</w:t>
        <w:br/>
        <w:t>До плодючої землі…&lt;br /&gt;</w:t>
        <w:br/>
        <w:t>І ідуть на Україну&lt;br /&gt;</w:t>
        <w:br/>
        <w:t>З дужим військом москалі.</w:t>
      </w:r>
    </w:p>
    <w:p>
      <w:r>
        <w:br/>
        <w:t>Нагло Київ облягає Князь із Суздалі, Андрій.&lt;br /&gt;</w:t>
        <w:br/>
        <w:t>Наш Мстислав, що в той час княжив,&lt;br /&gt;</w:t>
        <w:br/>
        <w:t>Сміло кидається в бій.</w:t>
      </w:r>
    </w:p>
    <w:p>
      <w:r>
        <w:br/>
        <w:t>Боронив хоробро місто,&lt;br /&gt;</w:t>
        <w:br/>
        <w:t>Та було замало сил, —&lt;br /&gt;</w:t>
        <w:br/>
        <w:t>І вночі в бою завзятім&lt;br /&gt;</w:t>
        <w:br/>
        <w:t>Вороги беруть Поділ.</w:t>
      </w:r>
    </w:p>
    <w:p>
      <w:r>
        <w:br/>
        <w:t>А уранці вже в ворота&lt;br /&gt;</w:t>
        <w:br/>
        <w:t>В місто вдерлись дикуни,&lt;br /&gt;</w:t>
        <w:br/>
        <w:t>Всіх підряд грабують, нищать&lt;br /&gt;</w:t>
        <w:br/>
        <w:t>І вбивають без вини.</w:t>
      </w:r>
    </w:p>
    <w:p>
      <w:r>
        <w:br/>
        <w:t>З хат, з палат майно виносять,&lt;br /&gt;</w:t>
        <w:br/>
        <w:t>Дзвони, ризи — із церков…&lt;br /&gt;</w:t>
        <w:br/>
        <w:t>Трупом вулиці укрили,&lt;br /&gt;</w:t>
        <w:br/>
        <w:t>Розлили річками кров.</w:t>
      </w:r>
    </w:p>
    <w:p>
      <w:r>
        <w:br/>
        <w:t>Все забрали, обібрали&lt;br /&gt;</w:t>
        <w:br/>
        <w:t>І палати, і хати…&lt;br /&gt;</w:t>
        <w:br/>
        <w:t>Кажуть: всі брати — слов’яни,&lt;br /&gt;</w:t>
        <w:br/>
        <w:t>Кажуть: всі вони — брати…</w:t>
      </w:r>
    </w:p>
    <w:p>
      <w:r>
        <w:br/>
        <w:t>ТАТАРИ</w:t>
      </w:r>
    </w:p>
    <w:p>
      <w:r>
        <w:br/>
        <w:t>Кажуть — раз полюбить лихо,&lt;br /&gt;</w:t>
        <w:br/>
        <w:t>Так до смерті любить вже,&lt;br /&gt;</w:t>
        <w:br/>
        <w:t>Мов дитину рідна мати&lt;br /&gt;</w:t>
        <w:br/>
        <w:t>Доглядає, береже.</w:t>
      </w:r>
    </w:p>
    <w:p>
      <w:r>
        <w:br/>
        <w:t>Вже не з Півночі гнилої,&lt;br /&gt;</w:t>
        <w:br/>
        <w:t>А із Азії прийшло.&lt;br /&gt;</w:t>
        <w:br/>
        <w:t>Впало хмарою важкою,&lt;br /&gt;</w:t>
        <w:br/>
        <w:t>Чорним каменем лягло.</w:t>
      </w:r>
    </w:p>
    <w:p>
      <w:r>
        <w:br/>
        <w:t>Раз у Київ прибігають&lt;br /&gt;</w:t>
        <w:br/>
        <w:t>Половецькі посланці.&lt;br /&gt;</w:t>
        <w:br/>
        <w:t>"Поможіть, — кричать, — рятуйте,&lt;br /&gt;</w:t>
        <w:br/>
        <w:t>Славні лицарі-борці!</w:t>
      </w:r>
    </w:p>
    <w:p>
      <w:r>
        <w:br/>
        <w:t>Йде на нас орда татарська,&lt;br /&gt;</w:t>
        <w:br/>
        <w:t>Сараною лізе-йде;&lt;br /&gt;</w:t>
        <w:br/>
        <w:t>Землю курява вкриває,&lt;br /&gt;</w:t>
        <w:br/>
        <w:t>Степ від тупоту гуде!</w:t>
      </w:r>
    </w:p>
    <w:p>
      <w:r>
        <w:br/>
        <w:t>Як не прийдете на поміч,&lt;br /&gt;</w:t>
        <w:br/>
        <w:t>Як програєте ви час,&lt;br /&gt;</w:t>
        <w:br/>
        <w:t>Нас попереду зруйнують,&lt;br /&gt;</w:t>
        <w:br/>
        <w:t>Але підуть і на вас.</w:t>
      </w:r>
    </w:p>
    <w:p>
      <w:r>
        <w:br/>
        <w:t>Так забудьмо ж давні свари,&lt;br /&gt;</w:t>
        <w:br/>
        <w:t>Побратаймось в чорні дні&lt;br /&gt;</w:t>
        <w:br/>
        <w:t>І мечем здобудьмо славу&lt;br /&gt;</w:t>
        <w:br/>
        <w:t>Кожній рідній стороні!"</w:t>
      </w:r>
    </w:p>
    <w:p>
      <w:r>
        <w:br/>
        <w:t>І князі поклали: спільно&lt;br /&gt;</w:t>
        <w:br/>
        <w:t>Боронить свої краї.&lt;br /&gt;</w:t>
        <w:br/>
        <w:t>Київ, Галич і Чернігів&lt;br /&gt;</w:t>
        <w:br/>
        <w:t>Шлють на бій полки свої.</w:t>
      </w:r>
    </w:p>
    <w:p>
      <w:r>
        <w:br/>
        <w:t>І над Калкою зустрілись,&lt;br /&gt;</w:t>
        <w:br/>
        <w:t>Як дві хмари, вороги…&lt;br /&gt;</w:t>
        <w:br/>
        <w:t>Ось зударились, і стало&lt;br /&gt;</w:t>
        <w:br/>
        <w:t>Справжнє пекло навкруги.</w:t>
      </w:r>
    </w:p>
    <w:p>
      <w:r>
        <w:br/>
        <w:t>Вже татари подаються,&lt;br /&gt;</w:t>
        <w:br/>
        <w:t>Одступають їх полки,&lt;br /&gt;</w:t>
        <w:br/>
        <w:t>Вже за ворогом женуться&lt;br /&gt;</w:t>
        <w:br/>
        <w:t>Українські вояки.</w:t>
      </w:r>
    </w:p>
    <w:p>
      <w:r>
        <w:br/>
        <w:t>Але половці злякались,&lt;br /&gt;</w:t>
        <w:br/>
        <w:t>Нагло зрадили, втекли…&lt;br /&gt;</w:t>
        <w:br/>
        <w:t>Нас монголи подолали&lt;br /&gt;</w:t>
        <w:br/>
        <w:t>І князів в полон взяли.</w:t>
      </w:r>
    </w:p>
    <w:p>
      <w:r>
        <w:br/>
        <w:t>Тяжко, боляче без краю,&lt;br /&gt;</w:t>
        <w:br/>
        <w:t>Коли спільник кине бій,&lt;br /&gt;</w:t>
        <w:br/>
        <w:t>А проте безмірно тяжче,&lt;br /&gt;</w:t>
        <w:br/>
        <w:t>Коли зрадить брат же твій.</w:t>
      </w:r>
    </w:p>
    <w:p>
      <w:r>
        <w:br/>
        <w:t>ЗРУЙНУВАННЯ КИЄВА</w:t>
      </w:r>
    </w:p>
    <w:p>
      <w:r>
        <w:br/>
        <w:t>Проплило сімнадцять років —&lt;br /&gt;</w:t>
        <w:br/>
        <w:t>І татари знов прийшли,&lt;br /&gt;</w:t>
        <w:br/>
        <w:t>Знову їх заржали коні&lt;br /&gt;</w:t>
        <w:br/>
        <w:t>І верблюди заревли.</w:t>
      </w:r>
    </w:p>
    <w:p>
      <w:r>
        <w:br/>
        <w:t>Здобули вже Переяслав,&lt;br /&gt;</w:t>
        <w:br/>
        <w:t>Вже Чернігів здобули,&lt;br /&gt;</w:t>
        <w:br/>
        <w:t>Біля Києва спинились&lt;br /&gt;</w:t>
        <w:br/>
        <w:t>І облогу почали.</w:t>
      </w:r>
    </w:p>
    <w:p>
      <w:r>
        <w:br/>
        <w:t>Стали ждати, аж морози&lt;br /&gt;</w:t>
        <w:br/>
        <w:t>Вкрили кригою Дніпро.&lt;br /&gt;</w:t>
        <w:br/>
        <w:t>Перейшли. Боронить Київ&lt;br /&gt;</w:t>
        <w:br/>
        <w:t>Лицар галицький — Дмитро.</w:t>
      </w:r>
    </w:p>
    <w:p>
      <w:r>
        <w:br/>
        <w:t>Полетіли перші стріли&lt;br /&gt;</w:t>
        <w:br/>
        <w:t>На Дніпро в орду лиху,&lt;br /&gt;</w:t>
        <w:br/>
        <w:t>Але стрілами не спиниш&lt;br /&gt;</w:t>
        <w:br/>
        <w:t>Чорну хмару на шляху.</w:t>
      </w:r>
    </w:p>
    <w:p>
      <w:r>
        <w:br/>
        <w:t>Полетіло з пращ каміння,&lt;br /&gt;</w:t>
        <w:br/>
        <w:t>Покотилося в яри,&lt;br /&gt;</w:t>
        <w:br/>
        <w:t>Та камінням не розіб’єш&lt;br /&gt;</w:t>
        <w:br/>
        <w:t>Віковічної гори.</w:t>
      </w:r>
    </w:p>
    <w:p>
      <w:r>
        <w:br/>
        <w:t>Заспівали, забряжчали&lt;br /&gt;</w:t>
        <w:br/>
        <w:t>Над татарами мечі,&lt;br /&gt;</w:t>
        <w:br/>
        <w:t>Та мечами не розвієш&lt;br /&gt;</w:t>
        <w:br/>
        <w:t>Злої темряви вночі.</w:t>
      </w:r>
    </w:p>
    <w:p>
      <w:r>
        <w:br/>
        <w:t>Ллються хвилями, вкривають,&lt;br /&gt;</w:t>
        <w:br/>
        <w:t>Топчуть, нищать, ріжуть, б’ють…&lt;br /&gt;</w:t>
        <w:br/>
        <w:t>Галас, крик. Ревуть верблюди,&lt;br /&gt;</w:t>
        <w:br/>
        <w:t>І тривожно коні ржуть.</w:t>
      </w:r>
    </w:p>
    <w:p>
      <w:r>
        <w:br/>
        <w:t>Не човни у Чорне море,&lt;br /&gt;</w:t>
        <w:br/>
        <w:t>А тіла несе Дніпро.&lt;br /&gt;</w:t>
        <w:br/>
        <w:t>Київ впав. Попав в неволю&lt;br /&gt;</w:t>
        <w:br/>
        <w:t>Оборонець, сам Дмитро.</w:t>
      </w:r>
    </w:p>
    <w:p>
      <w:r>
        <w:br/>
        <w:t>Разом з Києвом упали&lt;br /&gt;</w:t>
        <w:br/>
        <w:t>І держава, і народ.&lt;br /&gt;</w:t>
        <w:br/>
        <w:t>Закотилось наше сонце,&lt;br /&gt;</w:t>
        <w:br/>
        <w:t>І прийшли віки негод…&lt;br /&gt;</w:t>
        <w:br/>
        <w:t>. . . . . . . . . . . . . . . . . . . .</w:t>
      </w:r>
    </w:p>
    <w:p>
      <w:r>
        <w:br/>
        <w:t>Але доки красне сонце&lt;br /&gt;</w:t>
        <w:br/>
        <w:t>Ще світитиме очам,&lt;br /&gt;</w:t>
        <w:br/>
        <w:t>Буде нас надія гріти,&lt;br /&gt;</w:t>
        <w:br/>
        <w:t>Як зоря, зоріти нам.</w:t>
      </w:r>
    </w:p>
    <w:p>
      <w:r>
        <w:br/>
        <w:t>Доти нам зоріти буде,&lt;br /&gt;</w:t>
        <w:br/>
        <w:t>Доки буде ніч у нас,&lt;br /&gt;</w:t>
        <w:br/>
        <w:t>Доки гнівом не наллється&lt;br /&gt;</w:t>
        <w:br/>
        <w:t>Серце, сповнене образ.</w:t>
      </w:r>
    </w:p>
    <w:p>
      <w:r>
        <w:br/>
        <w:t>ГАЛИЦЬКІ КНЯЗІ. РОСТИСЛАВ</w:t>
      </w:r>
    </w:p>
    <w:p>
      <w:r>
        <w:br/>
        <w:t>Князем галицьким найпершим&lt;br /&gt;</w:t>
        <w:br/>
        <w:t>Був відважний Ростислав.&lt;br /&gt;</w:t>
        <w:br/>
        <w:t>Молодий, стрункий, високий,&lt;br /&gt;</w:t>
        <w:br/>
        <w:t>Всіх красою чарував.</w:t>
      </w:r>
    </w:p>
    <w:p>
      <w:r>
        <w:br/>
        <w:t>Але він недовго княжив:&lt;br /&gt;</w:t>
        <w:br/>
        <w:t>Жартувала доля з ним!&lt;br /&gt;</w:t>
        <w:br/>
        <w:t>Перед ворогом до греків&lt;br /&gt;</w:t>
        <w:br/>
        <w:t>Мусив він тікати в Крим.</w:t>
      </w:r>
    </w:p>
    <w:p>
      <w:r>
        <w:br/>
        <w:t>На запросини ласкаві,&lt;br /&gt;</w:t>
        <w:br/>
        <w:t>На бенкет він раз пішов&lt;br /&gt;</w:t>
        <w:br/>
        <w:t>І у грецького вельможі&lt;br /&gt;</w:t>
        <w:br/>
        <w:t>Смерть у келиху знайшов.</w:t>
      </w:r>
    </w:p>
    <w:p>
      <w:r>
        <w:br/>
        <w:t>Хитрий грек вином частує,&lt;br /&gt;</w:t>
        <w:br/>
        <w:t>Царгородським, золотим,&lt;br /&gt;</w:t>
        <w:br/>
        <w:t>П’є за щастя України&lt;br /&gt;</w:t>
        <w:br/>
        <w:t>Разом з князем молодим.</w:t>
      </w:r>
    </w:p>
    <w:p>
      <w:r>
        <w:br/>
        <w:t>Ще налив він… і отрути&lt;br /&gt;</w:t>
        <w:br/>
        <w:t>Підсипає до вина…&lt;br /&gt;</w:t>
        <w:br/>
        <w:t>"Вип’єм, князю, — грек говорить, —&lt;br /&gt;</w:t>
        <w:br/>
        <w:t>І за Грецію до дна".</w:t>
      </w:r>
    </w:p>
    <w:p>
      <w:r>
        <w:br/>
        <w:t>Випив князь до дна свій келих,&lt;br /&gt;</w:t>
        <w:br/>
        <w:t>І схопивсь за серце він…&lt;br /&gt;</w:t>
        <w:br/>
        <w:t>І у Корсуні по князю&lt;br /&gt;</w:t>
        <w:br/>
        <w:t>Похоронний вдарив дзвін.</w:t>
      </w:r>
    </w:p>
    <w:p>
      <w:r>
        <w:br/>
        <w:t>РОСТИСЛАВИЧІ</w:t>
      </w:r>
    </w:p>
    <w:p>
      <w:r>
        <w:br/>
        <w:t>Після князя Ростислава&lt;br /&gt;</w:t>
        <w:br/>
        <w:t>Залишилось три сини.&lt;br /&gt;</w:t>
        <w:br/>
        <w:t>Поховаваши батька, з Криму&lt;br /&gt;</w:t>
        <w:br/>
        <w:t>Повертаються вони.</w:t>
      </w:r>
    </w:p>
    <w:p>
      <w:r>
        <w:br/>
        <w:t>Мирно батьківщину ділять,&lt;br /&gt;</w:t>
        <w:br/>
        <w:t>В згоді, і приязні живуть,&lt;br /&gt;</w:t>
        <w:br/>
        <w:t>Разом б’ються з ворогами,&lt;br /&gt;</w:t>
        <w:br/>
        <w:t>Разом всі їдять і п’ють.</w:t>
      </w:r>
    </w:p>
    <w:p>
      <w:r>
        <w:br/>
        <w:t>З українськими князями&lt;br /&gt;</w:t>
        <w:br/>
        <w:t>Скрізь бажають спільно йти —&lt;br /&gt;</w:t>
        <w:br/>
        <w:t>До єдиної держави,&lt;br /&gt;</w:t>
        <w:br/>
        <w:t>До єдиної мети.</w:t>
      </w:r>
    </w:p>
    <w:p>
      <w:r>
        <w:br/>
        <w:t>Але єсть на світі люди&lt;br /&gt;</w:t>
        <w:br/>
        <w:t>І великі, і малі:&lt;br /&gt;</w:t>
        <w:br/>
        <w:t>Ті літають духом в небі,&lt;br /&gt;</w:t>
        <w:br/>
        <w:t>Ці плазують по землі.</w:t>
      </w:r>
    </w:p>
    <w:p>
      <w:r>
        <w:br/>
        <w:t>Князь Василько раз до Любча&lt;br /&gt;</w:t>
        <w:br/>
        <w:t>На Вкраїну поспішив:&lt;br /&gt;</w:t>
        <w:br/>
        <w:t>Там нарада відбувалась&lt;br /&gt;</w:t>
        <w:br/>
        <w:t>Українських всіх князів.</w:t>
      </w:r>
    </w:p>
    <w:p>
      <w:r>
        <w:br/>
        <w:t>Приїздить, за стіл сідає&lt;br /&gt;</w:t>
        <w:br/>
        <w:t>Й чує мову чарівну:&lt;br /&gt;</w:t>
        <w:br/>
        <w:t>"Доки будемо губити&lt;br /&gt;</w:t>
        <w:br/>
        <w:t>Українську сторону?</w:t>
      </w:r>
    </w:p>
    <w:p>
      <w:r>
        <w:br/>
        <w:t>Доки будем ворогами&lt;br /&gt;</w:t>
        <w:br/>
        <w:t>На єдину землю йти:&lt;br /&gt;</w:t>
        <w:br/>
        <w:t>Чи у нас не спільна мати,&lt;br /&gt;</w:t>
        <w:br/>
        <w:t>Чи не рідні ми брати?!</w:t>
      </w:r>
    </w:p>
    <w:p>
      <w:r>
        <w:br/>
        <w:t>Жиймо в згоді! Поцілуймо,&lt;br /&gt;</w:t>
        <w:br/>
        <w:t>На хресті присягнемо.&lt;br /&gt;</w:t>
        <w:br/>
        <w:t>Що за нашу спільну Матір&lt;br /&gt;</w:t>
        <w:br/>
        <w:t>Душу й тіло віддамо".</w:t>
      </w:r>
    </w:p>
    <w:p>
      <w:r>
        <w:br/>
        <w:t>"Згода, згода! — закричали. —&lt;br /&gt;</w:t>
        <w:br/>
        <w:t>Спільно знищимо того,&lt;br /&gt;</w:t>
        <w:br/>
        <w:t>Хто покривдити посміє&lt;br /&gt;</w:t>
        <w:br/>
        <w:t>Брата рідного свого.</w:t>
      </w:r>
    </w:p>
    <w:p>
      <w:r>
        <w:br/>
        <w:t>Разом знищимо навіки!" —&lt;br /&gt;</w:t>
        <w:br/>
        <w:t>Присягаються князі,&lt;br /&gt;</w:t>
        <w:br/>
        <w:t>Піднімають хрест угору&lt;br /&gt;</w:t>
        <w:br/>
        <w:t>І цілують по черзі.</w:t>
      </w:r>
    </w:p>
    <w:p>
      <w:r>
        <w:br/>
        <w:t>Але князь Давид Волинський&lt;br /&gt;</w:t>
        <w:br/>
        <w:t>З Святополком заодно,&lt;br /&gt;</w:t>
        <w:br/>
        <w:t>Вже зломив свою присягу,&lt;br /&gt;</w:t>
        <w:br/>
        <w:t>Вже забув її давно.</w:t>
      </w:r>
    </w:p>
    <w:p>
      <w:r>
        <w:br/>
        <w:t>Він запрошує Василька&lt;br /&gt;</w:t>
        <w:br/>
        <w:t>У палати на бенкет,&lt;br /&gt;</w:t>
        <w:br/>
        <w:t>На вино старе, пахуче,&lt;br /&gt;</w:t>
        <w:br/>
        <w:t>На старий, солодкий мед.</w:t>
      </w:r>
    </w:p>
    <w:p>
      <w:r>
        <w:br/>
        <w:t>Попереджували князя:&lt;br /&gt;</w:t>
        <w:br/>
        <w:t>"Любий князю, залишись!&lt;br /&gt;</w:t>
        <w:br/>
        <w:t>Не послухаєш — поїдеш,&lt;br /&gt;</w:t>
        <w:br/>
        <w:t>Жалкуватимеш колись".</w:t>
      </w:r>
    </w:p>
    <w:p>
      <w:r>
        <w:br/>
        <w:t>Не послухав князь Василько&lt;br /&gt;</w:t>
        <w:br/>
        <w:t>І поїхав на бенкет…&lt;br /&gt;</w:t>
        <w:br/>
        <w:t>На столі пахучі вина&lt;br /&gt;</w:t>
        <w:br/>
        <w:t>І старий солодкий мед.</w:t>
      </w:r>
    </w:p>
    <w:p>
      <w:r>
        <w:br/>
        <w:t>Та який чудний господар:&lt;br /&gt;</w:t>
        <w:br/>
        <w:t>Покрутивсь і нагло зник.&lt;br /&gt;</w:t>
        <w:br/>
        <w:t>І у князя Святополка&lt;br /&gt;</w:t>
        <w:br/>
        <w:t>Не повернеться язик.</w:t>
      </w:r>
    </w:p>
    <w:p>
      <w:r>
        <w:br/>
        <w:t>Так сидять, мовчать, чекають…&lt;br /&gt;</w:t>
        <w:br/>
        <w:t>Нагло слуги десь взялись&lt;br /&gt;</w:t>
        <w:br/>
        <w:t>І заковують Василька,&lt;br /&gt;</w:t>
        <w:br/>
        <w:t>І ведуть його кудись.</w:t>
      </w:r>
    </w:p>
    <w:p>
      <w:r>
        <w:br/>
        <w:t>Повели, на коней сіли&lt;br /&gt;</w:t>
        <w:br/>
        <w:t>І несуться у весь дух.&lt;br /&gt;</w:t>
        <w:br/>
        <w:t>Привезли. Сидить в кімнаті,&lt;br /&gt;</w:t>
        <w:br/>
        <w:t>Гострить ніж якийсь пастух.</w:t>
      </w:r>
    </w:p>
    <w:p>
      <w:r>
        <w:br/>
        <w:t>Боронився князь Василько,&lt;br /&gt;</w:t>
        <w:br/>
        <w:t>Виривався з лютих рук,&lt;br /&gt;</w:t>
        <w:br/>
        <w:t>Та йому пастух жорстокий&lt;br /&gt;</w:t>
        <w:br/>
        <w:t>Очі видовбав, як крук.</w:t>
      </w:r>
    </w:p>
    <w:p>
      <w:r>
        <w:br/>
        <w:t>Довго князь лежав без руху,&lt;br /&gt;</w:t>
        <w:br/>
        <w:t>Непритомний довго був&lt;br /&gt;</w:t>
        <w:br/>
        <w:t>І нарешті голос ніжний&lt;br /&gt;</w:t>
        <w:br/>
        <w:t>Наче матері, почув:</w:t>
      </w:r>
    </w:p>
    <w:p>
      <w:r>
        <w:br/>
        <w:t>"Я з холодної криниці&lt;br /&gt;</w:t>
        <w:br/>
        <w:t>Дам води твоїм устам,&lt;br /&gt;</w:t>
        <w:br/>
        <w:t>Я обмию твої рани&lt;br /&gt;</w:t>
        <w:br/>
        <w:t>І сорочку білу дам".</w:t>
      </w:r>
    </w:p>
    <w:p>
      <w:r>
        <w:br/>
        <w:t>І сліпий Василько плаче, —&lt;br /&gt;</w:t>
        <w:br/>
        <w:t>Він до пам’яті прийшов:&lt;br /&gt;</w:t>
        <w:br/>
        <w:t>"Не знімай сорочки з мене,&lt;br /&gt;</w:t>
        <w:br/>
        <w:t>Щоб сам Бог угледів кров".</w:t>
      </w:r>
    </w:p>
    <w:p>
      <w:r>
        <w:br/>
        <w:t>І заснув Василько знову&lt;br /&gt;</w:t>
        <w:br/>
        <w:t>Сном глибоким і міцним,&lt;br /&gt;</w:t>
        <w:br/>
        <w:t>Наче рідна його мати,&lt;br /&gt;</w:t>
        <w:br/>
        <w:t>Нахилився хтось над ним.</w:t>
      </w:r>
    </w:p>
    <w:p>
      <w:r>
        <w:br/>
        <w:t>ВІЙНИ РОСТИСЛАВИЧІВ</w:t>
      </w:r>
    </w:p>
    <w:p>
      <w:r>
        <w:br/>
        <w:t>І довідались про злочин&lt;br /&gt;</w:t>
        <w:br/>
        <w:t>І князі, і вояки…&lt;br /&gt;</w:t>
        <w:br/>
        <w:t>Але проти них злочинець&lt;br /&gt;</w:t>
        <w:br/>
        <w:t>Вже веде свої полки.</w:t>
      </w:r>
    </w:p>
    <w:p>
      <w:r>
        <w:br/>
        <w:t>Святополк, поляки, угри&lt;br /&gt;</w:t>
        <w:br/>
        <w:t>Творять спілку з ним одну,&lt;br /&gt;</w:t>
        <w:br/>
        <w:t>Хочуть знову розірвати&lt;br /&gt;</w:t>
        <w:br/>
        <w:t>На шматки Галичину.</w:t>
      </w:r>
    </w:p>
    <w:p>
      <w:r>
        <w:br/>
        <w:t>Ростиславичі боролись&lt;br /&gt;</w:t>
        <w:br/>
        <w:t>І побили ворогів,&lt;br /&gt;</w:t>
        <w:br/>
        <w:t>Володар розбив Давида&lt;br /&gt;</w:t>
        <w:br/>
        <w:t>І Василька увільнив.</w:t>
      </w:r>
    </w:p>
    <w:p>
      <w:r>
        <w:br/>
        <w:t>І сліпий, слабий Василько&lt;br /&gt;</w:t>
        <w:br/>
        <w:t>Їде верхи на коні,&lt;br /&gt;</w:t>
        <w:br/>
        <w:t>Вже не вгледить він ніколи&lt;br /&gt;</w:t>
        <w:br/>
        <w:t>Сонця в рідній стороні.</w:t>
      </w:r>
    </w:p>
    <w:p>
      <w:r>
        <w:br/>
        <w:t>І угледіли Василька&lt;br /&gt;</w:t>
        <w:br/>
        <w:t>Перед боєм вояки…&lt;br /&gt;</w:t>
        <w:br/>
        <w:t>І з сліпих очей Василька&lt;br /&gt;</w:t>
        <w:br/>
        <w:t>Полетіли блискавки.</w:t>
      </w:r>
    </w:p>
    <w:p>
      <w:r>
        <w:br/>
        <w:t>І, зворушені без краю,&lt;br /&gt;</w:t>
        <w:br/>
        <w:t>Затаївши в серці гнів,&lt;br /&gt;</w:t>
        <w:br/>
        <w:t>Вони кинулись з мечами&lt;br /&gt;</w:t>
        <w:br/>
        <w:t>І розбили ворогів.</w:t>
      </w:r>
    </w:p>
    <w:p>
      <w:r>
        <w:br/>
        <w:t>Довелось також і уграм&lt;br /&gt;</w:t>
        <w:br/>
        <w:t>Під Перемишлем в боях&lt;br /&gt;</w:t>
        <w:br/>
        <w:t>Ростиславичам лишити&lt;br /&gt;</w:t>
        <w:br/>
        <w:t>Безліч трупів на полях.</w:t>
      </w:r>
    </w:p>
    <w:p>
      <w:r>
        <w:br/>
        <w:t>Довго, довго потім угри&lt;br /&gt;</w:t>
        <w:br/>
        <w:t>З жахом згадували бій,&lt;br /&gt;</w:t>
        <w:br/>
        <w:t>Довго, довго дивувались&lt;br /&gt;</w:t>
        <w:br/>
        <w:t>Нашій силі бойовій.</w:t>
      </w:r>
    </w:p>
    <w:p>
      <w:r>
        <w:br/>
        <w:t>І не зважувались знову&lt;br /&gt;</w:t>
        <w:br/>
        <w:t>Підступати до Карпат,&lt;br /&gt;</w:t>
        <w:br/>
        <w:t>Не топтали більше поля,&lt;br /&gt;</w:t>
        <w:br/>
        <w:t>Не палили наших хат.</w:t>
      </w:r>
    </w:p>
    <w:p>
      <w:r>
        <w:br/>
        <w:t>Тільки іноді поляки&lt;br /&gt;</w:t>
        <w:br/>
        <w:t>Долетять до наших меж&lt;br /&gt;</w:t>
        <w:br/>
        <w:t>І назад! Сторожа пильно&lt;br /&gt;</w:t>
        <w:br/>
        <w:t>Оглядала землю з веж.</w:t>
      </w:r>
    </w:p>
    <w:p>
      <w:r>
        <w:br/>
        <w:t>Рюрик вмер. Галичиною&lt;br /&gt;</w:t>
        <w:br/>
        <w:t>Правив тільки Володар,&lt;br /&gt;</w:t>
        <w:br/>
        <w:t>Правив мудро, не боявся&lt;br /&gt;</w:t>
        <w:br/>
        <w:t>Ні поляків, ні мадяр.</w:t>
      </w:r>
    </w:p>
    <w:p>
      <w:r>
        <w:br/>
        <w:t>Жив при ньому і Василько&lt;br /&gt;</w:t>
        <w:br/>
        <w:t>І все скаржився йому:&lt;br /&gt;</w:t>
        <w:br/>
        <w:t>"Ах, навіщо це нещастя,&lt;br /&gt;</w:t>
        <w:br/>
        <w:t>Відкіля воно й чому?</w:t>
      </w:r>
    </w:p>
    <w:p>
      <w:r>
        <w:br/>
        <w:t>Не напивсь моєї крові,&lt;br /&gt;</w:t>
        <w:br/>
        <w:t>Ще і ляхам віддавав,&lt;br /&gt;</w:t>
        <w:br/>
        <w:t>Та хіба ж, Давиде лютий,&lt;br /&gt;</w:t>
        <w:br/>
        <w:t>Я з братами воював?</w:t>
      </w:r>
    </w:p>
    <w:p>
      <w:r>
        <w:br/>
        <w:t>Ні, мені колись світила&lt;br /&gt;</w:t>
        <w:br/>
        <w:t>Інша сонячна мета,&lt;br /&gt;</w:t>
        <w:br/>
        <w:t>Та закрила всі дороги&lt;br /&gt;</w:t>
        <w:br/>
        <w:t>І всі сонця сліпота.</w:t>
      </w:r>
    </w:p>
    <w:p>
      <w:r>
        <w:br/>
        <w:t>А хотів я звати тюрків,&lt;br /&gt;</w:t>
        <w:br/>
        <w:t>Печенігів і братів:&lt;br /&gt;</w:t>
        <w:br/>
        <w:t>Разом знищити навіки&lt;br /&gt;</w:t>
        <w:br/>
        <w:t>Хитру Польщу я хотів.</w:t>
      </w:r>
    </w:p>
    <w:p>
      <w:r>
        <w:br/>
        <w:t>І, зміцнивши Україну,&lt;br /&gt;</w:t>
        <w:br/>
        <w:t>Знов на половців іти…&lt;br /&gt;</w:t>
        <w:br/>
        <w:t>Не судилось довершити,&lt;br /&gt;</w:t>
        <w:br/>
        <w:t>Досягти мені мети.</w:t>
      </w:r>
    </w:p>
    <w:p>
      <w:r>
        <w:br/>
        <w:t>Вік минув… Труна чекає&lt;br /&gt;</w:t>
        <w:br/>
        <w:t>І тебе вже, і мене, —&lt;br /&gt;</w:t>
        <w:br/>
        <w:t>Хто ж, скажи, мети ясної&lt;br /&gt;</w:t>
        <w:br/>
        <w:t>Із нащадків досягне?"</w:t>
      </w:r>
    </w:p>
    <w:p>
      <w:r>
        <w:br/>
        <w:t>Дві викопують могили,&lt;br /&gt;</w:t>
        <w:br/>
        <w:t>Два обтесують хрести:&lt;br /&gt;</w:t>
        <w:br/>
        <w:t>Два брати жили братами&lt;br /&gt;</w:t>
        <w:br/>
        <w:t>І умерли, як брати.</w:t>
      </w:r>
    </w:p>
    <w:p>
      <w:r>
        <w:br/>
        <w:t>ВОЛОДИМИРКО</w:t>
      </w:r>
    </w:p>
    <w:p>
      <w:r>
        <w:br/>
        <w:t>Володар умер і сина&lt;br /&gt;</w:t>
        <w:br/>
        <w:t>Володимирка лишив.&lt;br /&gt;</w:t>
        <w:br/>
        <w:t>Був це князь твердий, рішучий,&lt;br /&gt;</w:t>
        <w:br/>
        <w:t>Серце з кременю носив.</w:t>
      </w:r>
    </w:p>
    <w:p>
      <w:r>
        <w:br/>
        <w:t>Перед ним мета єдина:&lt;br /&gt;</w:t>
        <w:br/>
        <w:t>Сила, міць Галичини.&lt;br /&gt;</w:t>
        <w:br/>
        <w:t>Рівні всі: народ, бояри,&lt;br /&gt;</w:t>
        <w:br/>
        <w:t>Всі у матері сини.</w:t>
      </w:r>
    </w:p>
    <w:p>
      <w:r>
        <w:br/>
        <w:t>За Дністер, на гори, в Галич,&lt;br /&gt;</w:t>
        <w:br/>
        <w:t>Він столицю переніс,&lt;br /&gt;</w:t>
        <w:br/>
        <w:t>Замок він обвів валами,&lt;br /&gt;</w:t>
        <w:br/>
        <w:t>Ровом, мурами обніс.</w:t>
      </w:r>
    </w:p>
    <w:p>
      <w:r>
        <w:br/>
        <w:t>І розцвів, як Київ, Галич:&lt;br /&gt;</w:t>
        <w:br/>
        <w:t>На дорогах, на шляхах&lt;br /&gt;</w:t>
        <w:br/>
        <w:t>Наче ярмарок зібрався&lt;br /&gt;</w:t>
        <w:br/>
        <w:t>І розкинувся в степах.</w:t>
      </w:r>
    </w:p>
    <w:p>
      <w:r>
        <w:br/>
        <w:t>Скрип возів і ржання коней,&lt;br /&gt;</w:t>
        <w:br/>
        <w:t>Крики, ляскіт батогів,&lt;br /&gt;</w:t>
        <w:br/>
        <w:t>Хмари куряви над степом,&lt;br /&gt;</w:t>
        <w:br/>
        <w:t>Рев непоєних биків.</w:t>
      </w:r>
    </w:p>
    <w:p>
      <w:r>
        <w:br/>
        <w:t>На Дністрі ще більше руху,&lt;br /&gt;</w:t>
        <w:br/>
        <w:t>Люди бджолами гудуть,&lt;br /&gt;</w:t>
        <w:br/>
        <w:t>Серби, половці, араби&lt;br /&gt;</w:t>
        <w:br/>
        <w:t>Крам купують, продають.</w:t>
      </w:r>
    </w:p>
    <w:p>
      <w:r>
        <w:br/>
        <w:t>Продають пахучі трави,&lt;br /&gt;</w:t>
        <w:br/>
        <w:t>Зброю, овочі, вино,&lt;br /&gt;</w:t>
        <w:br/>
        <w:t>Найкрасніший посуд грецький,&lt;br /&gt;</w:t>
        <w:br/>
        <w:t>Оксамит, єдваб, сукно,</w:t>
      </w:r>
    </w:p>
    <w:p>
      <w:r>
        <w:br/>
        <w:t>А купують шкіру, хутра,&lt;br /&gt;</w:t>
        <w:br/>
        <w:t>Віск, дерева, збіжжя, сіль.&lt;br /&gt;</w:t>
        <w:br/>
        <w:t>Кораблі привуть невпинно&lt;br /&gt;</w:t>
        <w:br/>
        <w:t>І приходять звідусіль.</w:t>
      </w:r>
    </w:p>
    <w:p>
      <w:r>
        <w:br/>
        <w:t>Місто теж блищить, шумує.&lt;br /&gt;</w:t>
        <w:br/>
        <w:t>Самоцвіти на жінках,&lt;br /&gt;</w:t>
        <w:br/>
        <w:t>В сріблі, в золоті бояри&lt;br /&gt;</w:t>
        <w:br/>
        <w:t>І в бобрових кожухах.</w:t>
      </w:r>
    </w:p>
    <w:p>
      <w:r>
        <w:br/>
        <w:t>Запишалися бояри,&lt;br /&gt;</w:t>
        <w:br/>
        <w:t>Хочуть влади, бунчука,&lt;br /&gt;</w:t>
        <w:br/>
        <w:t>Та страшна, міцна, залізна&lt;br /&gt;</w:t>
        <w:br/>
        <w:t>Володимирка рука.</w:t>
      </w:r>
    </w:p>
    <w:p>
      <w:r>
        <w:br/>
        <w:t>"Не дозволю, щоб в державі&lt;br /&gt;</w:t>
        <w:br/>
        <w:t>Жив щасливо тільки пан:&lt;br /&gt;</w:t>
        <w:br/>
        <w:t>Для усіх держава-мати:&lt;br /&gt;</w:t>
        <w:br/>
        <w:t>Для бояр і для селян".</w:t>
      </w:r>
    </w:p>
    <w:p>
      <w:r>
        <w:br/>
        <w:t>І корилися бояри,&lt;br /&gt;</w:t>
        <w:br/>
        <w:t>Але тільки не в думках:&lt;br /&gt;</w:t>
        <w:br/>
        <w:t>В серці камені носили&lt;br /&gt;</w:t>
        <w:br/>
        <w:t>І змовлялись по кутках.</w:t>
      </w:r>
    </w:p>
    <w:p>
      <w:r>
        <w:br/>
        <w:t>ІВАН БЕРЛАДНИК</w:t>
      </w:r>
    </w:p>
    <w:p>
      <w:r>
        <w:br/>
        <w:t>Раз в зимі у ліс на лови&lt;br /&gt;</w:t>
        <w:br/>
        <w:t>Володимирко пішов,&lt;br /&gt;</w:t>
        <w:br/>
        <w:t>І бояри зрозуміли,&lt;br /&gt;</w:t>
        <w:br/>
        <w:t>Що тепер не до розмов,</w:t>
      </w:r>
    </w:p>
    <w:p>
      <w:r>
        <w:br/>
        <w:t>Що пора за меч узятись,&lt;br /&gt;</w:t>
        <w:br/>
        <w:t>Перейти від слів до діл,&lt;br /&gt;</w:t>
        <w:br/>
        <w:t>І Берладника Івана&lt;br /&gt;</w:t>
        <w:br/>
        <w:t>Посадили на престіл.</w:t>
      </w:r>
    </w:p>
    <w:p>
      <w:r>
        <w:br/>
        <w:t>І Берладник — на престолі.&lt;br /&gt;</w:t>
        <w:br/>
        <w:t>В повній зброї вояки.&lt;br /&gt;</w:t>
        <w:br/>
        <w:t>Зачинилися ворота,&lt;br /&gt;</w:t>
        <w:br/>
        <w:t>І замкнулися замки.</w:t>
      </w:r>
    </w:p>
    <w:p>
      <w:r>
        <w:br/>
        <w:t>І облога почалася,&lt;br /&gt;</w:t>
        <w:br/>
        <w:t>Почались страшні бої…&lt;br /&gt;</w:t>
        <w:br/>
        <w:t>Відбивається Берладник,&lt;br /&gt;</w:t>
        <w:br/>
        <w:t>Сам веде полки свої.</w:t>
      </w:r>
    </w:p>
    <w:p>
      <w:r>
        <w:br/>
        <w:t>Але раз загнавсь далеко,&lt;br /&gt;</w:t>
        <w:br/>
        <w:t>Опинився у кліщах,&lt;br /&gt;</w:t>
        <w:br/>
        <w:t>Ледве вискочив із лиха,&lt;br /&gt;</w:t>
        <w:br/>
        <w:t>Ледве спасся у лісах.</w:t>
      </w:r>
    </w:p>
    <w:p>
      <w:r>
        <w:br/>
        <w:t>Піддались тоді бояри…&lt;br /&gt;</w:t>
        <w:br/>
        <w:t>Володимирко вступив&lt;br /&gt;</w:t>
        <w:br/>
        <w:t>І суворо, по закону&lt;br /&gt;</w:t>
        <w:br/>
        <w:t>Винуватих осудив.</w:t>
      </w:r>
    </w:p>
    <w:p>
      <w:r>
        <w:br/>
        <w:t>І спокійно княжив далі,&lt;br /&gt;</w:t>
        <w:br/>
        <w:t>А Берладник кинув край&lt;br /&gt;</w:t>
        <w:br/>
        <w:t>І подавсь в степи широкі&lt;br /&gt;</w:t>
        <w:br/>
        <w:t>Десь на південь, на Дунай.</w:t>
      </w:r>
    </w:p>
    <w:p>
      <w:r>
        <w:br/>
        <w:t>Там зібрав хоробре військо&lt;br /&gt;</w:t>
        <w:br/>
        <w:t>І пішов із ним гулять…&lt;br /&gt;</w:t>
        <w:br/>
        <w:t>В його князівстві повстали&lt;br /&gt;</w:t>
        <w:br/>
        <w:t>Малий Галич і Берладь.</w:t>
      </w:r>
    </w:p>
    <w:p>
      <w:r>
        <w:br/>
        <w:t>ЯРОСЛАВ ОСМОМИСЛ</w:t>
      </w:r>
    </w:p>
    <w:p>
      <w:r>
        <w:br/>
        <w:t>Володимирко поволі&lt;br /&gt;</w:t>
        <w:br/>
        <w:t>Тихо-мирно вік дожив&lt;br /&gt;</w:t>
        <w:br/>
        <w:t>І на княжому престолі&lt;br /&gt;</w:t>
        <w:br/>
        <w:t>Ярослава залишив.</w:t>
      </w:r>
    </w:p>
    <w:p>
      <w:r>
        <w:br/>
        <w:t>Це був князь палкий, відважний,&lt;br /&gt;</w:t>
        <w:br/>
        <w:t>Незрівнянний у бою,&lt;br /&gt;</w:t>
        <w:br/>
        <w:t>Наче рвався він покласти&lt;br /&gt;</w:t>
        <w:br/>
        <w:t>Першим голову свою.</w:t>
      </w:r>
    </w:p>
    <w:p>
      <w:r>
        <w:br/>
        <w:t>І коли він з Ізяславом,&lt;br /&gt;</w:t>
        <w:br/>
        <w:t>З князем київським зійшовсь,&lt;br /&gt;</w:t>
        <w:br/>
        <w:t>Першим кинувся з мечем він,&lt;br /&gt;</w:t>
        <w:br/>
        <w:t>Всіх попереду боровсь.</w:t>
      </w:r>
    </w:p>
    <w:p>
      <w:r>
        <w:br/>
        <w:t>І бояри зупиняли:&lt;br /&gt;</w:t>
        <w:br/>
        <w:t>"Ярославе, князю, стій:&lt;br /&gt;</w:t>
        <w:br/>
        <w:t>Хто тебе, орла, заступить&lt;br /&gt;</w:t>
        <w:br/>
        <w:t>У державі жалібній?!</w:t>
      </w:r>
    </w:p>
    <w:p>
      <w:r>
        <w:br/>
        <w:t>Краще стань від виру збоку&lt;br /&gt;</w:t>
        <w:br/>
        <w:t>І дивися на полки —&lt;br /&gt;</w:t>
        <w:br/>
        <w:t>Як для тебе слави й честі&lt;br /&gt;</w:t>
        <w:br/>
        <w:t>Здобувають вояки".</w:t>
      </w:r>
    </w:p>
    <w:p>
      <w:r>
        <w:br/>
        <w:t>Ярослав бояр не слухав&lt;br /&gt;</w:t>
        <w:br/>
        <w:t>І вперед відважно біг&lt;br /&gt;</w:t>
        <w:br/>
        <w:t>І відвагою своєю&lt;br /&gt;</w:t>
        <w:br/>
        <w:t>Ізяслава переміг.</w:t>
      </w:r>
    </w:p>
    <w:p>
      <w:r>
        <w:br/>
        <w:t>Не спочив він після бою:&lt;br /&gt;</w:t>
        <w:br/>
        <w:t>На державу угри йшли&lt;br /&gt;</w:t>
        <w:br/>
        <w:t>І для нападу поляки&lt;br /&gt;</w:t>
        <w:br/>
        <w:t>На кордоні вже були.</w:t>
      </w:r>
    </w:p>
    <w:p>
      <w:r>
        <w:br/>
        <w:t>Але й тут хоробре військо&lt;br /&gt;</w:t>
        <w:br/>
        <w:t>Розбиває ворогів&lt;br /&gt;</w:t>
        <w:br/>
        <w:t>І іде в степи на південь&lt;br /&gt;</w:t>
        <w:br/>
        <w:t>До Дунайських берегів.</w:t>
      </w:r>
    </w:p>
    <w:p>
      <w:r>
        <w:br/>
        <w:t>Ростиславича Івана&lt;br /&gt;</w:t>
        <w:br/>
        <w:t>Ярослав ущент розбив&lt;br /&gt;</w:t>
        <w:br/>
        <w:t>І до власної держави&lt;br /&gt;</w:t>
        <w:br/>
        <w:t>Малий Галич прилучив.</w:t>
      </w:r>
    </w:p>
    <w:p>
      <w:r>
        <w:br/>
        <w:t>І держава буйним морем&lt;br /&gt;</w:t>
        <w:br/>
        <w:t>Розлилася навкруги,&lt;br /&gt;</w:t>
        <w:br/>
        <w:t>Половецький степ вмиває,&lt;br /&gt;</w:t>
        <w:br/>
        <w:t>Б’є в дунайські береги.</w:t>
      </w:r>
    </w:p>
    <w:p>
      <w:r>
        <w:br/>
        <w:t>"Вісім змислів князь наш має", —&lt;br /&gt;</w:t>
        <w:br/>
        <w:t>Говорили вояки&lt;br /&gt;</w:t>
        <w:br/>
        <w:t>І прозвали Ярослава&lt;br /&gt;</w:t>
        <w:br/>
        <w:t>Осмомислом на віки.</w:t>
      </w:r>
    </w:p>
    <w:p>
      <w:r>
        <w:br/>
        <w:t>І співець співав про його:&lt;br /&gt;</w:t>
        <w:br/>
        <w:t>"Гей, ти високо злетів&lt;br /&gt;</w:t>
        <w:br/>
        <w:t>І на батьківськім престолі,&lt;br /&gt;</w:t>
        <w:br/>
        <w:t>Вкритий славою, засів.</w:t>
      </w:r>
    </w:p>
    <w:p>
      <w:r>
        <w:br/>
        <w:t>Військом ти підпер Карпати,&lt;br /&gt;</w:t>
        <w:br/>
        <w:t>Шлях мадярам заступив&lt;br /&gt;</w:t>
        <w:br/>
        <w:t>І Дунаєві ворота&lt;br /&gt;</w:t>
        <w:br/>
        <w:t>Кораблями зачинив.</w:t>
      </w:r>
    </w:p>
    <w:p>
      <w:r>
        <w:br/>
        <w:t>Князю, Київські ворота&lt;br /&gt;</w:t>
        <w:br/>
        <w:t>Одчиняєш ти ключем,&lt;br /&gt;</w:t>
        <w:br/>
        <w:t>Стріли кидаєш в султанів&lt;br /&gt;</w:t>
        <w:br/>
        <w:t>І рубаєш їх мечем.</w:t>
      </w:r>
    </w:p>
    <w:p>
      <w:r>
        <w:br/>
        <w:t>Так стріляй же їх, поганих,&lt;br /&gt;</w:t>
        <w:br/>
        <w:t>Кидай стріли в їх степи&lt;br /&gt;</w:t>
        <w:br/>
        <w:t>І за Ігореві рани&lt;br /&gt;</w:t>
        <w:br/>
        <w:t>Слізьми, кров’ю окропи".&lt;br /&gt;</w:t>
        <w:br/>
        <w:t>. . . . . . . . . . . . . . . . . . . . . .</w:t>
      </w:r>
    </w:p>
    <w:p>
      <w:r>
        <w:br/>
        <w:t>Після смерті Осмомисла&lt;br /&gt;</w:t>
        <w:br/>
        <w:t>Володимир князем став,&lt;br /&gt;</w:t>
        <w:br/>
        <w:t>Все, що здідив, споневірив,&lt;br /&gt;</w:t>
        <w:br/>
        <w:t>Все розтратив, змарнував.</w:t>
      </w:r>
    </w:p>
    <w:p>
      <w:r>
        <w:br/>
        <w:t>І взяли мадяри Галич&lt;br /&gt;</w:t>
        <w:br/>
        <w:t>(Хоч народ завзято бивсь),&lt;br /&gt;</w:t>
        <w:br/>
        <w:t>І угорський королевич&lt;br /&gt;</w:t>
        <w:br/>
        <w:t>Князем галицьким зробивсь.</w:t>
      </w:r>
    </w:p>
    <w:p>
      <w:r>
        <w:br/>
        <w:t>РОМАН</w:t>
      </w:r>
    </w:p>
    <w:p>
      <w:r>
        <w:br/>
        <w:t>На Волині в час той княжив&lt;br /&gt;</w:t>
        <w:br/>
        <w:t>Син Мстислава — князь Роман,&lt;br /&gt;</w:t>
        <w:br/>
        <w:t>Ворог злий бояр нікчемних,&lt;br /&gt;</w:t>
        <w:br/>
        <w:t>Друг селянства і міщан.</w:t>
      </w:r>
    </w:p>
    <w:p>
      <w:r>
        <w:br/>
        <w:t>Бив він половців нещадно&lt;br /&gt;</w:t>
        <w:br/>
        <w:t>І в полон живих не брав.&lt;br /&gt;</w:t>
        <w:br/>
        <w:t>Про Романа склалась пісня,&lt;br /&gt;</w:t>
        <w:br/>
        <w:t>Сам народ ту пісню склав.</w:t>
      </w:r>
    </w:p>
    <w:p>
      <w:r>
        <w:br/>
        <w:t>В пісні тій Роман був рівний&lt;br /&gt;</w:t>
        <w:br/>
        <w:t>Турам, левам і орлам…&lt;br /&gt;</w:t>
        <w:br/>
        <w:t>Вороги дітей лякали:&lt;br /&gt;</w:t>
        <w:br/>
        <w:t>"Цить! Романові віддам!"</w:t>
      </w:r>
    </w:p>
    <w:p>
      <w:r>
        <w:br/>
        <w:t>До Романа йдуть бояри,&lt;br /&gt;</w:t>
        <w:br/>
        <w:t>Віддають йому престіл…&lt;br /&gt;</w:t>
        <w:br/>
        <w:t>"Ой, не буду їсти меду,&lt;br /&gt;</w:t>
        <w:br/>
        <w:t>Доки сих не знищу бджіл".</w:t>
      </w:r>
    </w:p>
    <w:p>
      <w:r>
        <w:br/>
        <w:t>І коли меча бояри&lt;br /&gt;</w:t>
        <w:br/>
        <w:t>На Романа підняли,&lt;br /&gt;</w:t>
        <w:br/>
        <w:t>Володимирка згадав він,&lt;br /&gt;</w:t>
        <w:br/>
        <w:t>Щоб слухняними були.</w:t>
      </w:r>
    </w:p>
    <w:p>
      <w:r>
        <w:br/>
        <w:t>Не боявся він нікого&lt;br /&gt;</w:t>
        <w:br/>
        <w:t>І підмоги не шукав.&lt;br /&gt;</w:t>
        <w:br/>
        <w:t>Раз до його папа римський&lt;br /&gt;</w:t>
        <w:br/>
        <w:t>Посланців своїх прислав:</w:t>
      </w:r>
    </w:p>
    <w:p>
      <w:r>
        <w:br/>
        <w:t>"Інокентій, папа римський,&lt;br /&gt;</w:t>
        <w:br/>
        <w:t>Привітання шле тобі,&lt;br /&gt;</w:t>
        <w:br/>
        <w:t>Обіцяє тобі в поміч&lt;br /&gt;</w:t>
        <w:br/>
        <w:t>Меч Петровий в боротьбі".</w:t>
      </w:r>
    </w:p>
    <w:p>
      <w:r>
        <w:br/>
        <w:t>Вийняв князь свій меч і каже:&lt;br /&gt;</w:t>
        <w:br/>
        <w:t>"Передайте й мій уклін&lt;br /&gt;</w:t>
        <w:br/>
        <w:t>І спитайте свого папу:&lt;br /&gt;</w:t>
        <w:br/>
        <w:t>Чи такого має він?</w:t>
      </w:r>
    </w:p>
    <w:p>
      <w:r>
        <w:br/>
        <w:t>Поки я меча не стратив&lt;br /&gt;</w:t>
        <w:br/>
        <w:t>І тримаю у руці,&lt;br /&gt;</w:t>
        <w:br/>
        <w:t>Ним я й буду добувати!..&lt;br /&gt;</w:t>
        <w:br/>
        <w:t>Йдіть здорові, посланці".</w:t>
      </w:r>
    </w:p>
    <w:p>
      <w:r>
        <w:br/>
        <w:t>І народом мудро правив,&lt;br /&gt;</w:t>
        <w:br/>
        <w:t>І державу збільшив князь,&lt;br /&gt;</w:t>
        <w:br/>
        <w:t>Бо Волинь з Галичиною&lt;br /&gt;</w:t>
        <w:br/>
        <w:t>В одно князівство злилась.</w:t>
      </w:r>
    </w:p>
    <w:p>
      <w:r>
        <w:br/>
        <w:t>Вояком Роман родився –&lt;br /&gt;</w:t>
        <w:br/>
        <w:t>На війні він і поляг:&lt;br /&gt;</w:t>
        <w:br/>
        <w:t>Під Завихвистом на Віслі&lt;br /&gt;</w:t>
        <w:br/>
        <w:t>Заколов його поляк.</w:t>
      </w:r>
    </w:p>
    <w:p>
      <w:r>
        <w:br/>
        <w:t>ДАНИЛО І ВАСИЛЬКО</w:t>
      </w:r>
    </w:p>
    <w:p>
      <w:r>
        <w:br/>
        <w:t>Залишив Роман княгиню&lt;br /&gt;</w:t>
        <w:br/>
        <w:t>І маленьких двох синів.&lt;br /&gt;</w:t>
        <w:br/>
        <w:t>На Волинь втекла княгиня&lt;br /&gt;</w:t>
        <w:br/>
        <w:t>Від боярських ланцюгів.</w:t>
      </w:r>
    </w:p>
    <w:p>
      <w:r>
        <w:br/>
        <w:t>Але й тут знайшли бояри.&lt;br /&gt;</w:t>
        <w:br/>
        <w:t>Небезпека все росте:&lt;br /&gt;</w:t>
        <w:br/>
        <w:t>"Володимир цілий знищим,&lt;br /&gt;</w:t>
        <w:br/>
        <w:t>Як дітей не віддасте!"</w:t>
      </w:r>
    </w:p>
    <w:p>
      <w:r>
        <w:br/>
        <w:t>І вночі княгиня потай&lt;br /&gt;</w:t>
        <w:br/>
        <w:t>Йде, схвильована, з палат…&lt;br /&gt;</w:t>
        <w:br/>
        <w:t>Серце б’ється: може, зрада,&lt;br /&gt;</w:t>
        <w:br/>
        <w:t>Може, десь чатує кат.</w:t>
      </w:r>
    </w:p>
    <w:p>
      <w:r>
        <w:br/>
        <w:t>Йдуть. Маленького Данила&lt;br /&gt;</w:t>
        <w:br/>
        <w:t>Взяв боярин Мирослав,&lt;br /&gt;</w:t>
        <w:br/>
        <w:t>Василька держала ненька,&lt;br /&gt;</w:t>
        <w:br/>
        <w:t>Піп княгині помагав.</w:t>
      </w:r>
    </w:p>
    <w:p>
      <w:r>
        <w:br/>
        <w:t>Ось і мури… двері… коні…&lt;br /&gt;</w:t>
        <w:br/>
        <w:t>По дорозі загули,&lt;br /&gt;</w:t>
        <w:br/>
        <w:t>А за тиждень через Польщу&lt;br /&gt;</w:t>
        <w:br/>
        <w:t>Вже в Угорщині були.</w:t>
      </w:r>
    </w:p>
    <w:p>
      <w:r>
        <w:br/>
        <w:t>ПІД БОЯРАМИ І УГРАМИ</w:t>
      </w:r>
    </w:p>
    <w:p>
      <w:r>
        <w:br/>
        <w:t>Дітям Ігоря недовго&lt;br /&gt;</w:t>
        <w:br/>
        <w:t>Княжить в Галичі прийшлось:&lt;br /&gt;</w:t>
        <w:br/>
        <w:t>Двох із них бояри вбили,&lt;br /&gt;</w:t>
        <w:br/>
        <w:t>Одному втекти вдалось.</w:t>
      </w:r>
    </w:p>
    <w:p>
      <w:r>
        <w:br/>
        <w:t>Не було князів. Бояри&lt;br /&gt;</w:t>
        <w:br/>
        <w:t>Владу всю взяли до рук,&lt;br /&gt;</w:t>
        <w:br/>
        <w:t>І престіл зайняв Кормильчин,&lt;br /&gt;</w:t>
        <w:br/>
        <w:t>Проводир бояр і друг.</w:t>
      </w:r>
    </w:p>
    <w:p>
      <w:r>
        <w:br/>
        <w:t>Та і він недовго правив:&lt;br /&gt;</w:t>
        <w:br/>
        <w:t>Угри з ляхами давно&lt;br /&gt;</w:t>
        <w:br/>
        <w:t>Задивлялися на Галич&lt;br /&gt;</w:t>
        <w:br/>
        <w:t>І співали уодно.</w:t>
      </w:r>
    </w:p>
    <w:p>
      <w:r>
        <w:br/>
        <w:t>Хто ж країну обороне?!&lt;br /&gt;</w:t>
        <w:br/>
        <w:t>Спить давно в труні Роман…&lt;br /&gt;</w:t>
        <w:br/>
        <w:t>І престіл мадяр займає&lt;br /&gt;</w:t>
        <w:br/>
        <w:t>Королевич Кольоман.</w:t>
      </w:r>
    </w:p>
    <w:p>
      <w:r>
        <w:br/>
        <w:t>Угри правили жорстоко:&lt;br /&gt;</w:t>
        <w:br/>
        <w:t>Злі були на нас давно.&lt;br /&gt;</w:t>
        <w:br/>
        <w:t>Забирали хліб, худобу,&lt;br /&gt;</w:t>
        <w:br/>
        <w:t>Грабували все майно.</w:t>
      </w:r>
    </w:p>
    <w:p>
      <w:r>
        <w:br/>
        <w:t>По усім краю невільнім&lt;br /&gt;</w:t>
        <w:br/>
        <w:t>Стогін, крик і плач іде,&lt;br /&gt;</w:t>
        <w:br/>
        <w:t>І народ, як сонця з неба,&lt;br /&gt;</w:t>
        <w:br/>
        <w:t>Повороту князя жде.</w:t>
      </w:r>
    </w:p>
    <w:p>
      <w:r>
        <w:br/>
        <w:t>КОРОЛЬ ДАНИЛО</w:t>
      </w:r>
    </w:p>
    <w:p>
      <w:r>
        <w:br/>
        <w:t>Горе учить, кажуть люди,&lt;br /&gt;</w:t>
        <w:br/>
        <w:t>Доки горя не уб’єш.&lt;br /&gt;</w:t>
        <w:br/>
        <w:t>І Василька, і Данила&lt;br /&gt;</w:t>
        <w:br/>
        <w:t>Научило горе теж.</w:t>
      </w:r>
    </w:p>
    <w:p>
      <w:r>
        <w:br/>
        <w:t>І вони навчились добре&lt;br /&gt;</w:t>
        <w:br/>
        <w:t>І сидіти на коні,&lt;br /&gt;</w:t>
        <w:br/>
        <w:t>І терпіти у походах,&lt;br /&gt;</w:t>
        <w:br/>
        <w:t>І боротись на війні.</w:t>
      </w:r>
    </w:p>
    <w:p>
      <w:r>
        <w:br/>
        <w:t>І обидва зрозуміли:&lt;br /&gt;</w:t>
        <w:br/>
        <w:t>Досягає той, хто йде,&lt;br /&gt;</w:t>
        <w:br/>
        <w:t>Хто бере усе, що треба,&lt;br /&gt;</w:t>
        <w:br/>
        <w:t>А не ласки з неба жде.</w:t>
      </w:r>
    </w:p>
    <w:p>
      <w:r>
        <w:br/>
        <w:t>І вони, Волинь забравши,&lt;br /&gt;</w:t>
        <w:br/>
        <w:t>Поділились, як брати,&lt;br /&gt;</w:t>
        <w:br/>
        <w:t>І мети — здобути Галич —&lt;br /&gt;</w:t>
        <w:br/>
        <w:t>Спільно хочуть досягти.</w:t>
      </w:r>
    </w:p>
    <w:p>
      <w:r>
        <w:br/>
        <w:t>І Данило з дужим військом&lt;br /&gt;</w:t>
        <w:br/>
        <w:t>Двічі угрів проганяв,&lt;br /&gt;</w:t>
        <w:br/>
        <w:t>Двічі він боровсь за Галич&lt;br /&gt;</w:t>
        <w:br/>
        <w:t>І на третій раз узяв.</w:t>
      </w:r>
    </w:p>
    <w:p>
      <w:r>
        <w:br/>
        <w:t>І на батьківськім престолі&lt;br /&gt;</w:t>
        <w:br/>
        <w:t>В ріднім Галичі він сів…&lt;br /&gt;</w:t>
        <w:br/>
        <w:t>Весь народ вітав Данила,&lt;br /&gt;</w:t>
        <w:br/>
        <w:t>Весь народ його хотів.</w:t>
      </w:r>
    </w:p>
    <w:p>
      <w:r>
        <w:br/>
        <w:t>Князь вперед веде державу,&lt;br /&gt;</w:t>
        <w:br/>
        <w:t>Князь заводить знову лад,&lt;br /&gt;</w:t>
        <w:br/>
        <w:t>Та татари відкидають&lt;br /&gt;</w:t>
        <w:br/>
        <w:t>На віки її назад.</w:t>
      </w:r>
    </w:p>
    <w:p>
      <w:r>
        <w:br/>
        <w:t>Зруйнувавши Київ, лізе&lt;br /&gt;</w:t>
        <w:br/>
        <w:t>Татарва в Галичину,&lt;br /&gt;</w:t>
        <w:br/>
        <w:t>І за поміччю Данило&lt;br /&gt;</w:t>
        <w:br/>
        <w:t>Йде в угорську сторону.</w:t>
      </w:r>
    </w:p>
    <w:p>
      <w:r>
        <w:br/>
        <w:t>І вертає вже додому&lt;br /&gt;</w:t>
        <w:br/>
        <w:t>І стріває втікачів:&lt;br /&gt;</w:t>
        <w:br/>
        <w:t>"Князю, князю! Бідний Галич&lt;br /&gt;</w:t>
        <w:br/>
        <w:t>Вже в руках у ворогів.</w:t>
      </w:r>
    </w:p>
    <w:p>
      <w:r>
        <w:br/>
        <w:t>Вже давно забрали Галич,&lt;br /&gt;</w:t>
        <w:br/>
        <w:t>Вже укрили цілий край.&lt;br /&gt;</w:t>
        <w:br/>
        <w:t>Нищать села, люд мордують,&lt;br /&gt;</w:t>
        <w:br/>
        <w:t>Князю, князю, не питай!.."</w:t>
      </w:r>
    </w:p>
    <w:p>
      <w:r>
        <w:br/>
        <w:t>…Був у таборі татарськім&lt;br /&gt;</w:t>
        <w:br/>
        <w:t>Бранець — галицький Дмитро,&lt;br /&gt;</w:t>
        <w:br/>
        <w:t>Що татарськими тілами&lt;br /&gt;</w:t>
        <w:br/>
        <w:t>Застеляв колись Дніпро.</w:t>
      </w:r>
    </w:p>
    <w:p>
      <w:r>
        <w:br/>
        <w:t>І звернувся він до хана:&lt;br /&gt;</w:t>
        <w:br/>
        <w:t>"Хане, кинь Галичину,&lt;br /&gt;</w:t>
        <w:br/>
        <w:t>Тут озброєні всі люди,&lt;br /&gt;</w:t>
        <w:br/>
        <w:t>І програєш ти війну.</w:t>
      </w:r>
    </w:p>
    <w:p>
      <w:r>
        <w:br/>
        <w:t>Ця земля міцна, могуча&lt;br /&gt;</w:t>
        <w:br/>
        <w:t>І не знає перепон…&lt;br /&gt;</w:t>
        <w:br/>
        <w:t>Ти загубиш своє військо,&lt;br /&gt;</w:t>
        <w:br/>
        <w:t>Попадеш і сам в полон".</w:t>
      </w:r>
    </w:p>
    <w:p>
      <w:r>
        <w:br/>
        <w:t>Хан послухав. За Карпати,&lt;br /&gt;</w:t>
        <w:br/>
        <w:t>На Угорщину іде…&lt;br /&gt;</w:t>
        <w:br/>
        <w:t>Сяє сонце в синім небі,&lt;br /&gt;</w:t>
        <w:br/>
        <w:t>Ні хмариночки ніде.</w:t>
      </w:r>
    </w:p>
    <w:p>
      <w:r>
        <w:br/>
        <w:t>КНЯЗЬ ДАНИЛО У ХАНА</w:t>
      </w:r>
    </w:p>
    <w:p>
      <w:r>
        <w:br/>
        <w:t>Все ж татари не лишили,&lt;br /&gt;</w:t>
        <w:br/>
        <w:t>Не покинули наш край.&lt;br /&gt;</w:t>
        <w:br/>
        <w:t>Незабаром хан татарський&lt;br /&gt;</w:t>
        <w:br/>
        <w:t>Присилає: "Галич дай!"</w:t>
      </w:r>
    </w:p>
    <w:p>
      <w:r>
        <w:br/>
        <w:t>Зажурився князь Данило:&lt;br /&gt;</w:t>
        <w:br/>
        <w:t>"Ми стомились в боротьбі,&lt;br /&gt;</w:t>
        <w:br/>
        <w:t>Але, хане, мого краю&lt;br /&gt;</w:t>
        <w:br/>
        <w:t>Не угледіти тобі.</w:t>
      </w:r>
    </w:p>
    <w:p>
      <w:r>
        <w:br/>
        <w:t>Не угледіти сліпому&lt;br /&gt;</w:t>
        <w:br/>
        <w:t>Сяйва сонячного дня".&lt;br /&gt;</w:t>
        <w:br/>
        <w:t>Так говорить князь Данило&lt;br /&gt;</w:t>
        <w:br/>
        <w:t>І сідає на коня.</w:t>
      </w:r>
    </w:p>
    <w:p>
      <w:r>
        <w:br/>
        <w:t>Ось уже й золотоверхий&lt;br /&gt;</w:t>
        <w:br/>
        <w:t>Видно Київ на горі.&lt;br /&gt;</w:t>
        <w:br/>
        <w:t>Князь заїхав. Довго радивсь&lt;br /&gt;</w:t>
        <w:br/>
        <w:t>І моливсь в монастирі.</w:t>
      </w:r>
    </w:p>
    <w:p>
      <w:r>
        <w:br/>
        <w:t>Довга жде його дорога;&lt;br /&gt;</w:t>
        <w:br/>
        <w:t>Аж над Волгою в степах&lt;br /&gt;</w:t>
        <w:br/>
        <w:t>Стали табором татари&lt;br /&gt;</w:t>
        <w:br/>
        <w:t>І живуть в своїх возах.</w:t>
      </w:r>
    </w:p>
    <w:p>
      <w:r>
        <w:br/>
        <w:t>Довго їхав князь Данило,&lt;br /&gt;</w:t>
        <w:br/>
        <w:t>Приглядався до орди, —&lt;br /&gt;</w:t>
        <w:br/>
        <w:t>Як вона живе злиденно&lt;br /&gt;</w:t>
        <w:br/>
        <w:t>Серед лиха та біди,</w:t>
      </w:r>
    </w:p>
    <w:p>
      <w:r>
        <w:br/>
        <w:t>Як вклоняється то сонцю,&lt;br /&gt;</w:t>
        <w:br/>
        <w:t>То деревам, то зіркам,&lt;br /&gt;</w:t>
        <w:br/>
        <w:t>Як вона приносить жертви&lt;br /&gt;</w:t>
        <w:br/>
        <w:t>Хмарам, вихорам, вітрам…</w:t>
      </w:r>
    </w:p>
    <w:p>
      <w:r>
        <w:br/>
        <w:t>Ось і Волга, ось і табір.&lt;br /&gt;</w:t>
        <w:br/>
        <w:t>"Хто це їде? Хто це? Стій!"&lt;br /&gt;</w:t>
        <w:br/>
        <w:t>"Князь я галицький, Данило…&lt;br /&gt;</w:t>
        <w:br/>
        <w:t>Де живе тут хан Батий?"</w:t>
      </w:r>
    </w:p>
    <w:p>
      <w:r>
        <w:br/>
        <w:t>Князь приїхав. Хан татарський&lt;br /&gt;</w:t>
        <w:br/>
        <w:t>У шатрі своїм сидів.&lt;br /&gt;</w:t>
        <w:br/>
        <w:t>"Добре, князю, що, хоч пізно,&lt;br /&gt;</w:t>
        <w:br/>
        <w:t>Ти побачитись схотів.</w:t>
      </w:r>
    </w:p>
    <w:p>
      <w:r>
        <w:br/>
        <w:t>Поживи у мене в ханстві,&lt;br /&gt;</w:t>
        <w:br/>
        <w:t>Придивися до життя!&lt;br /&gt;</w:t>
        <w:br/>
        <w:t>Може, хочеш ти напитись?&lt;br /&gt;</w:t>
        <w:br/>
        <w:t>Спробуй нашого пиття.</w:t>
      </w:r>
    </w:p>
    <w:p>
      <w:r>
        <w:br/>
        <w:t>Ти тепер вже наш, татарський…"&lt;br /&gt;</w:t>
        <w:br/>
        <w:t>Хан сміявся, жартував&lt;br /&gt;</w:t>
        <w:br/>
        <w:t>І замість свого кумису&lt;br /&gt;</w:t>
        <w:br/>
        <w:t>Пива князеві подав.</w:t>
      </w:r>
    </w:p>
    <w:p>
      <w:r>
        <w:br/>
        <w:t>Цілий місяць жив Данило,&lt;br /&gt;</w:t>
        <w:br/>
        <w:t>Цілий місяць гостював,&lt;br /&gt;</w:t>
        <w:br/>
        <w:t>І не йти на княжий Галич&lt;br /&gt;</w:t>
        <w:br/>
        <w:t>Хан Данилу обіцяв.</w:t>
      </w:r>
    </w:p>
    <w:p>
      <w:r>
        <w:br/>
        <w:t>І вернувся князь Данило,&lt;br /&gt;</w:t>
        <w:br/>
        <w:t>Галич був, як день ясний,&lt;br /&gt;</w:t>
        <w:br/>
        <w:t>Та сумний був князь Данило,&lt;br /&gt;</w:t>
        <w:br/>
        <w:t>Як могила, мовчазний.</w:t>
      </w:r>
    </w:p>
    <w:p>
      <w:r>
        <w:br/>
        <w:t>ХОЛМ І ЛЬВІВ</w:t>
      </w:r>
    </w:p>
    <w:p>
      <w:r>
        <w:br/>
        <w:t>Раз Данило був на ловах&lt;br /&gt;</w:t>
        <w:br/>
        <w:t>І у лісі заблудив.&lt;br /&gt;</w:t>
        <w:br/>
        <w:t>Довго він шукав дороги,&lt;br /&gt;</w:t>
        <w:br/>
        <w:t>Довго в пущі він ходив.</w:t>
      </w:r>
    </w:p>
    <w:p>
      <w:r>
        <w:br/>
        <w:t>Аж виходить на поляну:&lt;br /&gt;</w:t>
        <w:br/>
        <w:t>Ні дороги, ні стежок.&lt;br /&gt;</w:t>
        <w:br/>
        <w:t>На поляні горб високий,&lt;br /&gt;</w:t>
        <w:br/>
        <w:t>Вкритий килимом квіток.</w:t>
      </w:r>
    </w:p>
    <w:p>
      <w:r>
        <w:br/>
        <w:t>"Ось де місце для твердині!" —&lt;br /&gt;</w:t>
        <w:br/>
        <w:t>З уст зірвалися слова.&lt;br /&gt;</w:t>
        <w:br/>
        <w:t>"Тричі голову розіб’є,&lt;br /&gt;</w:t>
        <w:br/>
        <w:t>Доки візьме татарва!</w:t>
      </w:r>
    </w:p>
    <w:p>
      <w:r>
        <w:br/>
        <w:t>І твердиня тут постане!" —&lt;br /&gt;</w:t>
        <w:br/>
        <w:t>Князь Данило порішив&lt;br /&gt;</w:t>
        <w:br/>
        <w:t>І залізною рукою&lt;br /&gt;</w:t>
        <w:br/>
        <w:t>Перший камінь положив.</w:t>
      </w:r>
    </w:p>
    <w:p>
      <w:r>
        <w:br/>
        <w:t>І робота закипіла:&lt;br /&gt;</w:t>
        <w:br/>
        <w:t>Ліс рубати почали,&lt;br /&gt;</w:t>
        <w:br/>
        <w:t>Тут копають рів глибокий,&lt;br /&gt;</w:t>
        <w:br/>
        <w:t>Там нагортують вали.</w:t>
      </w:r>
    </w:p>
    <w:p>
      <w:r>
        <w:br/>
        <w:t>На горі будують замок,&lt;br /&gt;</w:t>
        <w:br/>
        <w:t>Поруч — вежу з стовбурів.&lt;br /&gt;</w:t>
        <w:br/>
        <w:t>Скільки плотників зійшлося,&lt;br /&gt;</w:t>
        <w:br/>
        <w:t>Скільки з’їхалось майстрів!</w:t>
      </w:r>
    </w:p>
    <w:p>
      <w:r>
        <w:br/>
        <w:t>І постало в лісі місто&lt;br /&gt;</w:t>
        <w:br/>
        <w:t>На досаду татарви,&lt;br /&gt;</w:t>
        <w:br/>
        <w:t>Забіліли мури, вежі,&lt;br /&gt;</w:t>
        <w:br/>
        <w:t>Появилися церкви.</w:t>
      </w:r>
    </w:p>
    <w:p>
      <w:r>
        <w:br/>
        <w:t>А навколо по долині&lt;br /&gt;</w:t>
        <w:br/>
        <w:t>Скрізь розсипались хати.&lt;br /&gt;</w:t>
        <w:br/>
        <w:t>Скрізь городи зеленіють&lt;br /&gt;</w:t>
        <w:br/>
        <w:t>І пишаються сади.</w:t>
      </w:r>
    </w:p>
    <w:p>
      <w:r>
        <w:br/>
        <w:t>Там, де звір ревів голодний,&lt;br /&gt;</w:t>
        <w:br/>
        <w:t>Серед лісу на шпилі&lt;br /&gt;</w:t>
        <w:br/>
        <w:t>Виріс Холм і став на варті&lt;br /&gt;</w:t>
        <w:br/>
        <w:t>Української землі.</w:t>
      </w:r>
    </w:p>
    <w:p>
      <w:r>
        <w:br/>
        <w:t>Друге місто будувати&lt;br /&gt;</w:t>
        <w:br/>
        <w:t>Він над Полтвою звелів.&lt;br /&gt;</w:t>
        <w:br/>
        <w:t>І на славу Льва-князенка&lt;br /&gt;</w:t>
        <w:br/>
        <w:t>Князь назвав це місто Львів.</w:t>
      </w:r>
    </w:p>
    <w:p>
      <w:r>
        <w:br/>
        <w:t>КОРОНАЦІЯ ДАНИЛА</w:t>
      </w:r>
    </w:p>
    <w:p>
      <w:r>
        <w:br/>
        <w:t>Щоб скріпивши свої сили,&lt;br /&gt;</w:t>
        <w:br/>
        <w:t>Стати дужчим в боротьбі,&lt;br /&gt;</w:t>
        <w:br/>
        <w:t>Князь Данило скрізь шукає&lt;br /&gt;</w:t>
        <w:br/>
        <w:t>Вірних спільників собі.</w:t>
      </w:r>
    </w:p>
    <w:p>
      <w:r>
        <w:br/>
        <w:t>Він звернувся і до папи.&lt;br /&gt;</w:t>
        <w:br/>
        <w:t>Папа каже: "Я готов,&lt;br /&gt;</w:t>
        <w:br/>
        <w:t>Але хай повстане разом&lt;br /&gt;</w:t>
        <w:br/>
        <w:t>Вічна спілка двох церков".</w:t>
      </w:r>
    </w:p>
    <w:p>
      <w:r>
        <w:br/>
        <w:t>І посли пішли на згоду.&lt;br /&gt;</w:t>
        <w:br/>
        <w:t>Папа князя привітав&lt;br /&gt;</w:t>
        <w:br/>
        <w:t>І корону королівську&lt;br /&gt;</w:t>
        <w:br/>
        <w:t>Для Данила передав.</w:t>
      </w:r>
    </w:p>
    <w:p>
      <w:r>
        <w:br/>
        <w:t>Щоб лунала дужче слава,&lt;br /&gt;</w:t>
        <w:br/>
        <w:t>Мала більше прав земля,&lt;br /&gt;</w:t>
        <w:br/>
        <w:t>І Дорогичині Данило&lt;br /&gt;</w:t>
        <w:br/>
        <w:t>Повінчавсь на короля.</w:t>
      </w:r>
    </w:p>
    <w:p>
      <w:r>
        <w:br/>
        <w:t>ВІЙНА З ТАТАРАМИ</w:t>
      </w:r>
    </w:p>
    <w:p>
      <w:r>
        <w:br/>
        <w:t>Як довідались татари,&lt;br /&gt;</w:t>
        <w:br/>
        <w:t>Що повстали Холм і Львів,&lt;br /&gt;</w:t>
        <w:br/>
        <w:t>Землю Галицько-Волинську&lt;br /&gt;</w:t>
        <w:br/>
        <w:t>Хан їх знищити схотів.</w:t>
      </w:r>
    </w:p>
    <w:p>
      <w:r>
        <w:br/>
        <w:t>На волинський Володимир&lt;br /&gt;</w:t>
        <w:br/>
        <w:t>То не хмара чорна йде,&lt;br /&gt;</w:t>
        <w:br/>
        <w:t>То не грім гуде далекий,&lt;br /&gt;</w:t>
        <w:br/>
        <w:t>А то військо хан веде.</w:t>
      </w:r>
    </w:p>
    <w:p>
      <w:r>
        <w:br/>
        <w:t>Виїжджає князь Василько:&lt;br /&gt;</w:t>
        <w:br/>
        <w:t>"Залиши мій рідний край!"&lt;br /&gt;</w:t>
        <w:br/>
        <w:t>Але був глухий, як камінь,&lt;br /&gt;</w:t>
        <w:br/>
        <w:t>Хан татарський Бурундай.</w:t>
      </w:r>
    </w:p>
    <w:p>
      <w:r>
        <w:br/>
        <w:t>І Василько підпалити&lt;br /&gt;</w:t>
        <w:br/>
        <w:t>Рідне місто мусив сам&lt;br /&gt;</w:t>
        <w:br/>
        <w:t>І діставсь живим у руки&lt;br /&gt;</w:t>
        <w:br/>
        <w:t>На наругу ворогам.</w:t>
      </w:r>
    </w:p>
    <w:p>
      <w:r>
        <w:br/>
        <w:t>У похід взяли Василька&lt;br /&gt;</w:t>
        <w:br/>
        <w:t>І під Холм його ведуть:&lt;br /&gt;</w:t>
        <w:br/>
        <w:t>Як, мовляв, Василька вгледять,&lt;br /&gt;</w:t>
        <w:br/>
        <w:t>Холм без бою віддадуть.</w:t>
      </w:r>
    </w:p>
    <w:p>
      <w:r>
        <w:br/>
        <w:t>І Василько йде під мури,&lt;br /&gt;</w:t>
        <w:br/>
        <w:t>Плаче й камені несе.&lt;br /&gt;</w:t>
        <w:br/>
        <w:t>Радить він здаватись швидше,&lt;br /&gt;</w:t>
        <w:br/>
        <w:t>Та каміння кида все.</w:t>
      </w:r>
    </w:p>
    <w:p>
      <w:r>
        <w:br/>
        <w:t>І холмщани зрозуміли&lt;br /&gt;</w:t>
        <w:br/>
        <w:t>Князя мову бойову,&lt;br /&gt;</w:t>
        <w:br/>
        <w:t>Що каміння треба брати&lt;br /&gt;</w:t>
        <w:br/>
        <w:t>Та камінням в татарву!</w:t>
      </w:r>
    </w:p>
    <w:p>
      <w:r>
        <w:br/>
        <w:t>"Королю не є ти братом.&lt;br /&gt;</w:t>
        <w:br/>
        <w:t>Не послухаєм слуги!&lt;br /&gt;</w:t>
        <w:br/>
        <w:t>Не здамося, повоюєм!&lt;br /&gt;</w:t>
        <w:br/>
        <w:t>Будуть знати вороги!"</w:t>
      </w:r>
    </w:p>
    <w:p>
      <w:r>
        <w:br/>
        <w:t>І задумавсь хан татарський:&lt;br /&gt;</w:t>
        <w:br/>
        <w:t>"Мабуть, сила у їх єсть.&lt;br /&gt;</w:t>
        <w:br/>
        <w:t>А моє стомилось військо;&lt;br /&gt;</w:t>
        <w:br/>
        <w:t>Що, як втрачу славу й честь?"</w:t>
      </w:r>
    </w:p>
    <w:p>
      <w:r>
        <w:br/>
        <w:t>І, подумавши, він крикнув:&lt;br /&gt;</w:t>
        <w:br/>
        <w:t>"Гей, на коні, вояки!&lt;br /&gt;</w:t>
        <w:br/>
        <w:t>Коли тут ми заночуєм,&lt;br /&gt;</w:t>
        <w:br/>
        <w:t>Нападуть на нас вовки".</w:t>
      </w:r>
    </w:p>
    <w:p>
      <w:r>
        <w:br/>
        <w:t>І пішло татарське військо.&lt;br /&gt;</w:t>
        <w:br/>
        <w:t>Холм щасливо врятувавсь,&lt;br /&gt;</w:t>
        <w:br/>
        <w:t>Та з татарами лихими&lt;br /&gt;</w:t>
        <w:br/>
        <w:t>Цілий вік король змагавсь.</w:t>
      </w:r>
    </w:p>
    <w:p>
      <w:r>
        <w:br/>
        <w:t>КІНЕЦЬ ГАЛИЦЬКО-ВОЛИНСЬКОЇ ДЕРЖАВИ</w:t>
      </w:r>
    </w:p>
    <w:p>
      <w:r>
        <w:br/>
        <w:t>Син Данила Лев, якому&lt;br /&gt;</w:t>
        <w:br/>
        <w:t>Збудував Данило Львів,&lt;br /&gt;</w:t>
        <w:br/>
        <w:t>Після смерті свого батька&lt;br /&gt;</w:t>
        <w:br/>
        <w:t>На престіл у Львові сів.</w:t>
      </w:r>
    </w:p>
    <w:p>
      <w:r>
        <w:br/>
        <w:t>Молодий, палкий, хоробрий,&lt;br /&gt;</w:t>
        <w:br/>
        <w:t>Все життя він рвався у бій.&lt;br /&gt;</w:t>
        <w:br/>
        <w:t>Все життя не міг знайти він&lt;br /&gt;</w:t>
        <w:br/>
        <w:t>Стриму вдачі вогняній.</w:t>
      </w:r>
    </w:p>
    <w:p>
      <w:r>
        <w:br/>
        <w:t>То з татарами воює&lt;br /&gt;</w:t>
        <w:br/>
        <w:t>На незайманих степах,&lt;br /&gt;</w:t>
        <w:br/>
        <w:t>То веде на Польщу військо&lt;br /&gt;</w:t>
        <w:br/>
        <w:t>І змагається в боях.</w:t>
      </w:r>
    </w:p>
    <w:p>
      <w:r>
        <w:br/>
        <w:t>І зміцнилася держава,&lt;br /&gt;</w:t>
        <w:br/>
        <w:t>Збагатилася земля,&lt;br /&gt;</w:t>
        <w:br/>
        <w:t>І просила польська шляхта&lt;br /&gt;</w:t>
        <w:br/>
        <w:t>Князя Льва на короля.</w:t>
      </w:r>
    </w:p>
    <w:p>
      <w:r>
        <w:br/>
        <w:t>Володимир, син Василька,&lt;br /&gt;</w:t>
        <w:br/>
        <w:t>В Володимирі сидів.&lt;br /&gt;</w:t>
        <w:br/>
        <w:t>Ніжний, тихий, не любив він&lt;br /&gt;</w:t>
        <w:br/>
        <w:t>Ні походів, ні боїв.</w:t>
      </w:r>
    </w:p>
    <w:p>
      <w:r>
        <w:br/>
        <w:t>Все в своїх книжках кохався,&lt;br /&gt;</w:t>
        <w:br/>
        <w:t>Все з ученими сидів.&lt;br /&gt;</w:t>
        <w:br/>
        <w:t>І своїм життям чернечим&lt;br /&gt;</w:t>
        <w:br/>
        <w:t>Розбудив у брата гнів.</w:t>
      </w:r>
    </w:p>
    <w:p>
      <w:r>
        <w:br/>
        <w:t>І брати живуть окремо.&lt;br /&gt;</w:t>
        <w:br/>
        <w:t>Вічно сваряться вони,&lt;br /&gt;</w:t>
        <w:br/>
        <w:t>І стоїть над краєм привид&lt;br /&gt;</w:t>
        <w:br/>
        <w:t>Братовбивчої війни.</w:t>
      </w:r>
    </w:p>
    <w:p>
      <w:r>
        <w:br/>
        <w:t>Скористалися татари&lt;br /&gt;</w:t>
        <w:br/>
        <w:t>І приходять із степів…&lt;br /&gt;</w:t>
        <w:br/>
        <w:t>Так держава підупала&lt;br /&gt;</w:t>
        <w:br/>
        <w:t>Через нелади братів.</w:t>
      </w:r>
    </w:p>
    <w:p>
      <w:r>
        <w:br/>
        <w:t>КОРОЛЬ ЮРІЙ</w:t>
      </w:r>
    </w:p>
    <w:p>
      <w:r>
        <w:br/>
        <w:t>Після Льва закняжив Юрій,&lt;br /&gt;</w:t>
        <w:br/>
        <w:t>Внук Данила-короля.&lt;br /&gt;</w:t>
        <w:br/>
        <w:t>І за його панування&lt;br /&gt;</w:t>
        <w:br/>
        <w:t>Розгорнулася земля.</w:t>
      </w:r>
    </w:p>
    <w:p>
      <w:r>
        <w:br/>
        <w:t>За Карпатами забрав він&lt;br /&gt;</w:t>
        <w:br/>
        <w:t>Мукачів і Ужгород.&lt;br /&gt;</w:t>
        <w:br/>
        <w:t>Знов зміцнилася держава,&lt;br /&gt;</w:t>
        <w:br/>
        <w:t>Знов на ноги став народ.</w:t>
      </w:r>
    </w:p>
    <w:p>
      <w:r>
        <w:br/>
        <w:t>Землі Галицьку й Волинську&lt;br /&gt;</w:t>
        <w:br/>
        <w:t>В одне ціле Юрій злив&lt;br /&gt;</w:t>
        <w:br/>
        <w:t>І корону королівську&lt;br /&gt;</w:t>
        <w:br/>
        <w:t>Діда славного носив.</w:t>
      </w:r>
    </w:p>
    <w:p>
      <w:r>
        <w:br/>
        <w:t>Мудрі теж сини у його&lt;br /&gt;</w:t>
        <w:br/>
        <w:t>І відважні, як орли,&lt;br /&gt;</w:t>
        <w:br/>
        <w:t>Та в боях в степах татарських&lt;br /&gt;</w:t>
        <w:br/>
        <w:t>Лев з Андрієм полягли.</w:t>
      </w:r>
    </w:p>
    <w:p>
      <w:r>
        <w:br/>
        <w:t>ЮРІЙ БОЛЕСЛАВ</w:t>
      </w:r>
    </w:p>
    <w:p>
      <w:r>
        <w:br/>
        <w:t>Після Льва, після Андрія&lt;br /&gt;</w:t>
        <w:br/>
        <w:t>Княжив Юрій Болеслав,&lt;br /&gt;</w:t>
        <w:br/>
        <w:t>Син поляка й українки&lt;br /&gt;</w:t>
        <w:br/>
        <w:t>Про поляків тільки дбав.</w:t>
      </w:r>
    </w:p>
    <w:p>
      <w:r>
        <w:br/>
        <w:t>Будував костьоли польські,&lt;br /&gt;</w:t>
        <w:br/>
        <w:t>Запроваджував латинь,&lt;br /&gt;</w:t>
        <w:br/>
        <w:t>Не любив свого нічого&lt;br /&gt;</w:t>
        <w:br/>
        <w:t>І сміявся із святинь.</w:t>
      </w:r>
    </w:p>
    <w:p>
      <w:r>
        <w:br/>
        <w:t>З Польщі їхали невпинно&lt;br /&gt;</w:t>
        <w:br/>
        <w:t>Шляхта, дідичі, купці,&lt;br /&gt;</w:t>
        <w:br/>
        <w:t>Все життя поляк-чужинець&lt;br /&gt;</w:t>
        <w:br/>
        <w:t>Став тримати у руці.</w:t>
      </w:r>
    </w:p>
    <w:p>
      <w:r>
        <w:br/>
        <w:t>І урвалося терпіння,&lt;br /&gt;</w:t>
        <w:br/>
        <w:t>І увесь народ повстав,&lt;br /&gt;</w:t>
        <w:br/>
        <w:t>По містах, по селах всюди&lt;br /&gt;</w:t>
        <w:br/>
        <w:t>На чужинця ніж підняв.</w:t>
      </w:r>
    </w:p>
    <w:p>
      <w:r>
        <w:br/>
        <w:t>Болеслава отруїли,&lt;br /&gt;</w:t>
        <w:br/>
        <w:t>Вбивства, розрухи пішли…&lt;br /&gt;</w:t>
        <w:br/>
        <w:t>Землю Галицько-Волинську&lt;br /&gt;</w:t>
        <w:br/>
        <w:t>Знов чужинці зайняли.</w:t>
      </w:r>
    </w:p>
    <w:p>
      <w:r>
        <w:br/>
        <w:t>Так безславно обезславив&lt;br /&gt;</w:t>
        <w:br/>
        <w:t>Княжий устрій Болеслав…&lt;br /&gt;</w:t>
        <w:br/>
        <w:t>І народ доріг до щастя&lt;br /&gt;</w:t>
        <w:br/>
        <w:t>Без князів шукати став.</w:t>
      </w:r>
    </w:p>
    <w:p>
      <w:r>
        <w:br/>
        <w:t>15.X.—8.XI.1920.</w:t>
      </w:r>
    </w:p>
    <w:p>
      <w:r>
        <w:br/>
        <w:t>Марієнбад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Княжа Україна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