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Князь Ігор</w:t>
      </w:r>
    </w:p>
    <w:p>
      <w:r>
        <w:br/>
        <w:t xml:space="preserve"> Князь Ігор очі до зеніту звів&lt;br /&gt;</w:t>
        <w:br/>
        <w:t>І бачить: сонце під покровом тьмяним,&lt;br /&gt;</w:t>
        <w:br/>
        <w:t>Далека Русь за обрієм багряним,&lt;br /&gt;</w:t>
        <w:br/>
        <w:t>І горе чорний накликає Див.</w:t>
      </w:r>
    </w:p>
    <w:p>
      <w:r>
        <w:br/>
        <w:t>Та не вважає князь на віщий спів:&lt;br /&gt;</w:t>
        <w:br/>
        <w:t>"Нум, русичі, славетні дні спом'янем,&lt;br /&gt;</w:t>
        <w:br/>
        <w:t>Покажем шлях кощеям препоганим&lt;br /&gt;</w:t>
        <w:br/>
        <w:t>До Лукомор'я голих берегів!"</w:t>
      </w:r>
    </w:p>
    <w:p>
      <w:r>
        <w:br/>
        <w:t>А любо Дону шоломом зачерпти!.&lt;br /&gt;</w:t>
        <w:br/>
        <w:t>Одважний князю, ти не знаєш смерти,&lt;br /&gt;</w:t>
        <w:br/>
        <w:t>Круг тебе гуслі задзвенять, тебе</w:t>
      </w:r>
    </w:p>
    <w:p>
      <w:r>
        <w:br/>
        <w:t>Від забуття врятують і полону.&lt;br /&gt;</w:t>
        <w:br/>
        <w:t>В стременах став, зорить. А кінь гребе&lt;br /&gt;</w:t>
        <w:br/>
        <w:t>І ловить ніздрями далеку вогкість Дону.</w:t>
      </w:r>
    </w:p>
    <w:p>
      <w:r>
        <w:br/>
        <w:t>12.09.1921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Князь Ігор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