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 ти мій безлистий, клен обледенілий...</w:t>
      </w:r>
    </w:p>
    <w:p>
      <w:r>
        <w:br/>
        <w:t xml:space="preserve"> ***</w:t>
      </w:r>
    </w:p>
    <w:p>
      <w:r>
        <w:br/>
        <w:t>Клен ти мій безлистий, клен обледенілий,&lt;br /&gt;</w:t>
        <w:br/>
        <w:t>Що стоїш зігнувшись в заметілі білій?</w:t>
      </w:r>
    </w:p>
    <w:p>
      <w:r>
        <w:br/>
        <w:t>Може, щось побачив досі невідоме?&lt;br /&gt;</w:t>
        <w:br/>
        <w:t>Й ніби погуляти вийшов ти із дому.</w:t>
      </w:r>
    </w:p>
    <w:p>
      <w:r>
        <w:br/>
        <w:t>І, мов сторож п'яний, став біля дороги,&lt;br /&gt;</w:t>
        <w:br/>
        <w:t>У снігу втопився, приморозив ногу.</w:t>
      </w:r>
    </w:p>
    <w:p>
      <w:r>
        <w:br/>
        <w:t>Ах, щокрок і в мене також спотикання,&lt;br /&gt;</w:t>
        <w:br/>
        <w:t>Не дійду додому з дружнього гуляння.</w:t>
      </w:r>
    </w:p>
    <w:p>
      <w:r>
        <w:br/>
        <w:t>Там сосну побачив, там вербу примітив&lt;br /&gt;</w:t>
        <w:br/>
        <w:t>І співав їм пісню під пургу про літо.</w:t>
      </w:r>
    </w:p>
    <w:p>
      <w:r>
        <w:br/>
        <w:t>Сам собі здавався я таким же кленом,&lt;br /&gt;</w:t>
        <w:br/>
        <w:t>Тільки не безлистим, а щосил зеленим.</w:t>
      </w:r>
    </w:p>
    <w:p>
      <w:r>
        <w:br/>
        <w:t>Й одурівши сп'яну, я під хуртовину&lt;br /&gt;</w:t>
        <w:br/>
        <w:t>Обіймав берізку, як чужу дружину.</w:t>
      </w:r>
    </w:p>
    <w:p>
      <w:r>
        <w:br/>
        <w:t>***</w:t>
      </w:r>
    </w:p>
    <w:p>
      <w:r>
        <w:br/>
        <w:t>Сергій Єсенін&lt;br /&gt;</w:t>
        <w:br/>
        <w:t>Клене мій безлистий, клене скрижанілий...</w:t>
      </w:r>
    </w:p>
    <w:p>
      <w:r>
        <w:br/>
        <w:t>Перекладач: В.Юхимович&lt;br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Клене мій безлистий, клене скрижанілий,&lt;br /&gt;</w:t>
        <w:br/>
        <w:t>Чом ти похилився в заметілі білій?&lt;br /&gt;</w:t>
        <w:br/>
        <w:t>Може, що угледів? Щось почув здаля ти?&lt;br /&gt;</w:t>
        <w:br/>
        <w:t>За село неначе вийшов погуляти.&lt;br /&gt;</w:t>
        <w:br/>
        <w:t>І, як сторож п'яний, вибрів на дорогу&lt;br /&gt;</w:t>
        <w:br/>
        <w:t>Та й загруз в заметі, приморозив ногу.&lt;br /&gt;</w:t>
        <w:br/>
        <w:t>Ой і сам хилюсь я нині не з утоми, —&lt;br /&gt;</w:t>
        <w:br/>
        <w:t>З дружньої гулянки не дійду додому.&lt;br /&gt;</w:t>
        <w:br/>
        <w:t>Там вербу помітив, там зустрів ялину,&lt;br /&gt;</w:t>
        <w:br/>
        <w:t>Наспівав про літо їм під хуртовину.&lt;br /&gt;</w:t>
        <w:br/>
        <w:t>Сам собі здавався я таким же кленом,&lt;br /&gt;</w:t>
        <w:br/>
        <w:t>Тільки не безлистим, а, як рунь, зеленим.&lt;br /&gt;</w:t>
        <w:br/>
        <w:t>І, сп'янівши зовсім, я під хуртовину&lt;br /&gt;</w:t>
        <w:br/>
        <w:t>Обіймав берізку, як чужу дружину.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 ти мій безлистий, клен обледенілий...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