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Клеаріста</w:t>
      </w:r>
    </w:p>
    <w:p>
      <w:r>
        <w:br/>
        <w:t xml:space="preserve"> То Клеаріста йде у хвилюванні нив;&lt;br /&gt;</w:t>
        <w:br/>
        <w:t>Блакить очей горить із-під дугастих брів,&lt;br /&gt;</w:t>
        <w:br/>
        <w:t>Вузьке чоло її пов'язкою вповите;&lt;br /&gt;</w:t>
        <w:br/>
        <w:t>На шиї молодій важка лежить коса,&lt;br /&gt;</w:t>
        <w:br/>
        <w:t>I в ній пишаються: мілетських рож краса&lt;br /&gt;</w:t>
        <w:br/>
        <w:t>I братків синьоокі квіти.</w:t>
      </w:r>
    </w:p>
    <w:p>
      <w:r>
        <w:br/>
        <w:t>Ген, полумінь Зорі далекий обрій змив;&lt;br /&gt;</w:t>
        <w:br/>
        <w:t>I тріпотіння крил, і жайворонків спів&lt;br /&gt;</w:t>
        <w:br/>
        <w:t>Із посвистом дрозда у дальнє небо лине;&lt;br /&gt;</w:t>
        <w:br/>
        <w:t>Зайці, прокинувшись у золотих житах,&lt;br /&gt;</w:t>
        <w:br/>
        <w:t>Росу обтрушують — і по тугих стеблах&lt;br /&gt;</w:t>
        <w:br/>
        <w:t>Тремтять і будяться перлини.</w:t>
      </w:r>
    </w:p>
    <w:p>
      <w:r>
        <w:br/>
        <w:t>Під небом молодим від чого світло б'є —&lt;br /&gt;</w:t>
        <w:br/>
        <w:t>Чи від Зорі, що з хвиль запінених встає,&lt;br /&gt;</w:t>
        <w:br/>
        <w:t>Чи з усміху й очей краси-сіціліянки?&lt;br /&gt;</w:t>
        <w:br/>
        <w:t>Хто знає? Може, вас стрясає, як росу,&lt;br /&gt;</w:t>
        <w:br/>
        <w:t>Світило чарівне: і сяйво, і красу,&lt;br /&gt;</w:t>
        <w:br/>
        <w:t>I щастя молоді світанки?</w:t>
      </w:r>
    </w:p>
    <w:p>
      <w:r>
        <w:br/>
        <w:t>Бо там з отарою, на гострому шпилі,&lt;br /&gt;</w:t>
        <w:br/>
        <w:t>Гіблейський став пастух і бачить, як у млі&lt;br /&gt;</w:t>
        <w:br/>
        <w:t>Кохані обриси рожевий день обводить.&lt;br /&gt;</w:t>
        <w:br/>
        <w:t>Він каже — Ніч була і от світає день!&lt;br /&gt;</w:t>
        <w:br/>
        <w:t>I краще від Зорі, лункіше од пісень&lt;br /&gt;</w:t>
        <w:br/>
        <w:t>В душі у нього сонце сходить.</w:t>
      </w:r>
    </w:p>
    <w:p>
      <w:r>
        <w:br/>
        <w:t>Перекладач: Микола Зеров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Клеаріста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