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Хворобоголік</w:t>
      </w:r>
    </w:p>
    <w:p>
      <w:r>
        <w:br/>
        <w:t xml:space="preserve"> &lt;p&gt;I</w:t>
      </w:r>
    </w:p>
    <w:p>
      <w:r>
        <w:br/>
        <w:t>Страх не люблю лягати в лікарню!</w:t>
      </w:r>
    </w:p>
    <w:p>
      <w:r>
        <w:br/>
        <w:t>Мало того, що в тебе виявлять десяток хвороб, про які ти й гадки не маєш, та ще й підселять до хворобоголіка. Який не просто любить хворіти, а хворобами тільки й живе. Про них тільки й стогне. І не повірить нізащо, що хтось більш хворий, ніж він:</w:t>
      </w:r>
    </w:p>
    <w:p>
      <w:r>
        <w:br/>
        <w:t>— Прикидається. Теж мені хворий знайшовся!</w:t>
      </w:r>
    </w:p>
    <w:p>
      <w:r>
        <w:br/>
        <w:t>Один такий мене до смерті замучив: день і ніч про свої хвороби торочив. Ідеш на сніданок, а він навздогін:</w:t>
      </w:r>
    </w:p>
    <w:p>
      <w:r>
        <w:br/>
        <w:t>— Что-то у меня стул подозрительный. Не хотите взглянуть? Кашлянеш ненароком — обов'язково обізветься:</w:t>
      </w:r>
    </w:p>
    <w:p>
      <w:r>
        <w:br/>
        <w:t>— А вы проверялись на предмет туберкулезной палочки?</w:t>
      </w:r>
    </w:p>
    <w:p>
      <w:r>
        <w:br/>
        <w:t>Я й виписався передчасно з лікарні. Боявся: здурію! І коли вже зібрався, коли попрощався, він мене зупинив на порозі:</w:t>
      </w:r>
    </w:p>
    <w:p>
      <w:r>
        <w:br/>
        <w:t>— Вы ж забыли мой телефон записать!</w:t>
      </w:r>
    </w:p>
    <w:p>
      <w:r>
        <w:br/>
        <w:t>— ?</w:t>
      </w:r>
    </w:p>
    <w:p>
      <w:r>
        <w:br/>
        <w:t>— Будете названивать, справляться о моем здоровье.</w:t>
      </w:r>
    </w:p>
    <w:p>
      <w:r>
        <w:br/>
        <w:t>Вийшов з лікарні — пожбурив записаний телефон у кущі.</w:t>
      </w:r>
    </w:p>
    <w:p>
      <w:r>
        <w:br/>
        <w:t>II</w:t>
      </w:r>
    </w:p>
    <w:p>
      <w:r>
        <w:br/>
        <w:t>І ви думаєте, не розшукав мого телефону?</w:t>
      </w:r>
    </w:p>
    <w:p>
      <w:r>
        <w:br/>
        <w:t>Дзвонить щотижня, терзає мою нещасну дружину (я прикинувся глухим).</w:t>
      </w:r>
    </w:p>
    <w:p>
      <w:r>
        <w:br/>
        <w:t>Отоді я і вигадав оце: "хворобоголік". На кшалт "трудоголіка".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Хворобоголік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