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Хтось грає за лісом на скрипці...</w:t>
      </w:r>
    </w:p>
    <w:p>
      <w:r>
        <w:br/>
        <w:t xml:space="preserve"> Іванові Остафійчуку</w:t>
      </w:r>
    </w:p>
    <w:p>
      <w:r>
        <w:br/>
        <w:t>Хтось грає за лісом на скрипці. Спасіте його.&lt;br /&gt;</w:t>
        <w:br/>
        <w:t>Чи скрипку з-за шраліса чути?</w:t>
      </w:r>
    </w:p>
    <w:p>
      <w:r>
        <w:br/>
        <w:t>Та швидше з могили.</w:t>
      </w:r>
    </w:p>
    <w:p>
      <w:r>
        <w:br/>
        <w:t>То вічний був ліс.</w:t>
      </w:r>
    </w:p>
    <w:p>
      <w:r>
        <w:br/>
        <w:t>В тому лісі потоки шуміли.</w:t>
      </w:r>
    </w:p>
    <w:p>
      <w:r>
        <w:br/>
        <w:t>Вони відійшли в свою землю до роду свого.</w:t>
      </w:r>
    </w:p>
    <w:p>
      <w:r>
        <w:br/>
        <w:t>Ми всі з того лісу. Нас тяжко шукав сатана.&lt;br /&gt;</w:t>
        <w:br/>
        <w:t>Ми вийшли з потоків і впали з потоками</w:t>
      </w:r>
    </w:p>
    <w:p>
      <w:r>
        <w:br/>
        <w:t>в праліс.</w:t>
      </w:r>
    </w:p>
    <w:p>
      <w:r>
        <w:br/>
        <w:t>Вони не дали нам піднятись,</w:t>
      </w:r>
    </w:p>
    <w:p>
      <w:r>
        <w:br/>
        <w:t>там риба кусалась,</w:t>
      </w:r>
    </w:p>
    <w:p>
      <w:r>
        <w:br/>
        <w:t>а в плесах, у курбалах Бог визирав —</w:t>
      </w:r>
    </w:p>
    <w:p>
      <w:r>
        <w:br/>
        <w:t>як з вікна.</w:t>
      </w:r>
    </w:p>
    <w:p>
      <w:r>
        <w:br/>
        <w:t>Ви чуєте скрипку. Уперше з-за праліса чуть.&lt;br /&gt;</w:t>
        <w:br/>
        <w:t>Лякає та музика тиха при лісі німому.&lt;br /&gt;</w:t>
        <w:br/>
        <w:t>Він вибавив нас.</w:t>
      </w:r>
    </w:p>
    <w:p>
      <w:r>
        <w:br/>
        <w:t>В наших жилах шумить його лють.</w:t>
      </w:r>
    </w:p>
    <w:p>
      <w:r>
        <w:br/>
        <w:t>Та скрипку вже чути. Заграла. Бере по одному.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Хтось грає за лісом на скрипці...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