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ж це так із тебе насміяться смів?</w:t>
      </w:r>
    </w:p>
    <w:p>
      <w:r>
        <w:br/>
        <w:t xml:space="preserve"> Хто ж це так із тебе насміяться смів?&lt;br /&gt;</w:t>
        <w:br/>
        <w:t>Хто у твоє серце ніж загородив?&lt;br /&gt;</w:t>
        <w:br/>
        <w:t>Виростали діти в хаті, як в гаю,&lt;br /&gt;</w:t>
        <w:br/>
        <w:t>Без ясного сонця в рідному краю.&lt;br /&gt;</w:t>
        <w:br/>
        <w:t>Накипіла злоба, сповнились серця —&lt;br /&gt;</w:t>
        <w:br/>
        <w:t>Гей, курки спустили в матір і отця!&lt;br /&gt;</w:t>
        <w:br/>
        <w:t>Хто ж це так із тебе насміяться смів?&lt;br /&gt;</w:t>
        <w:br/>
        <w:t>Хто у твоє серце ніж загородив?&lt;br /&gt;</w:t>
        <w:br/>
        <w:t>Засівали поле потом і слізьми.&lt;br /&gt;</w:t>
        <w:br/>
        <w:t>Не родило жито — що хоч, те й візьми.&lt;br /&gt;</w:t>
        <w:br/>
        <w:t>Тож сокири брали, щоб в крові погріть,&lt;br /&gt;</w:t>
        <w:br/>
        <w:t>І йшли брат на брата однімать, ділить...&lt;br /&gt;</w:t>
        <w:br/>
        <w:t>Хто ж тобі зготовив цей кривавий час?&lt;br /&gt;</w:t>
        <w:br/>
        <w:t>Хто ж так люто кинув па поталу нас?&lt;br /&gt;</w:t>
        <w:br/>
        <w:t>І сказали людям: ми вас поведем!&lt;br /&gt;</w:t>
        <w:br/>
        <w:t>Рушимо з ножами у наш край-едем.&lt;br /&gt;</w:t>
        <w:br/>
        <w:t>І взялися кров'ю поле і гаї,&lt;br /&gt;</w:t>
        <w:br/>
        <w:t>Бо рубались, бились ріднії, свої.&lt;br /&gt;</w:t>
        <w:br/>
        <w:t>Хто ж тобі зготовив цей кривавий час?&lt;br /&gt;</w:t>
        <w:br/>
        <w:t>Хто ж так люто кинув на поталу нас?&lt;br /&gt;</w:t>
        <w:br/>
        <w:t>І сказали люде; годі нас дурить!&lt;br /&gt;</w:t>
        <w:br/>
        <w:t>Будем ще й на волі у кайданах гнить:&lt;br /&gt;</w:t>
        <w:br/>
        <w:t>Ждали ми героя, а став свинопас,-&lt;br /&gt;</w:t>
        <w:br/>
        <w:t>Хто ж так люто кинув на поталу нас?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ж це так із тебе насміяться смів?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