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 він?</w:t>
      </w:r>
    </w:p>
    <w:p>
      <w:r>
        <w:br/>
        <w:t xml:space="preserve"> &lt;p&gt;— Прошу, панотченьки, до уваги,— промовив батюшка до гостей,— щось не ладиться у нас. Нехай краще матушка нам заспіває: голос у неї чудовий. Бери, душко, гітару.</w:t>
      </w:r>
    </w:p>
    <w:p>
      <w:r>
        <w:br/>
        <w:t>— Якої ж вам? — соромлячись, відповіла молода вродлива дружина панотцева, по-єпархіальному спускаючи свої блакитні оченята.</w:t>
      </w:r>
    </w:p>
    <w:p>
      <w:r>
        <w:br/>
        <w:t>— Малоросійської, небезпремінно малоросійської,— зауважив о. Анемподист.— Нема й краще над українську народну пісню. Оту знаєте — "Тяжко, важко в світі жити"? Чудова, чудова, й слова такі жалібні... Ось давайте, паніматко, вдвох. Я теж колись співав...</w:t>
      </w:r>
    </w:p>
    <w:p>
      <w:r>
        <w:br/>
        <w:t>Справді, о. Анемподист був непоганий співець і добре-таки окселентував матушці.</w:t>
      </w:r>
    </w:p>
    <w:p>
      <w:r>
        <w:br/>
        <w:t>Вони скінчили спів, і по хаті залунали оплески задоволених гостей і крики "браво"!..</w:t>
      </w:r>
    </w:p>
    <w:p>
      <w:r>
        <w:br/>
        <w:t>— Що це? — підвівсь о. Сосіпатр — Ось стривайте, утнем вам удвох із матушкою дует... Кхм...</w:t>
      </w:r>
    </w:p>
    <w:p>
      <w:r>
        <w:br/>
        <w:t>— Така її до-оля, о Боже мій милий!..</w:t>
      </w:r>
    </w:p>
    <w:p>
      <w:r>
        <w:br/>
        <w:t>Чудова, журна мелодія й прекрасні слова українського генія викликали справжній ентузіазм.</w:t>
      </w:r>
    </w:p>
    <w:p>
      <w:r>
        <w:br/>
        <w:t>— Оце пісня,— витираючи хусткою очі, зітхнув дяк.</w:t>
      </w:r>
    </w:p>
    <w:p>
      <w:r>
        <w:br/>
        <w:t>— Ні, панотченьки,— філософствував о. диякон, розмахуючи руками,— наш народ... народ наш... Його треба зрозуміти... Пісні — то скарб душі народної, творчість його духу...</w:t>
      </w:r>
    </w:p>
    <w:p>
      <w:r>
        <w:br/>
        <w:t>— Заткни фонтан, о. диякон... Давайте ще хором... Ті-та-та... Починаймо!..</w:t>
      </w:r>
    </w:p>
    <w:p>
      <w:r>
        <w:br/>
        <w:t>— Реве та сто-о-гне Дніпр широкий,</w:t>
      </w:r>
    </w:p>
    <w:p>
      <w:r>
        <w:br/>
        <w:t>Сердитий вітер завива...</w:t>
      </w:r>
    </w:p>
    <w:p>
      <w:r>
        <w:br/>
        <w:t>— Вникнуть треба, вникнуть,— знов почав диякон, коли всі вщухли в журлйвій задумі.— Ми живемо побіч, можна сказать, і не знаємо нашого народу...</w:t>
      </w:r>
    </w:p>
    <w:p>
      <w:r>
        <w:br/>
        <w:t>— Облиш, о. диякон, се тобі не мітинг.</w:t>
      </w:r>
    </w:p>
    <w:p>
      <w:r>
        <w:br/>
        <w:t>— А що ви думаєте? диякон правду каже. Ми й справді якось випадково навчились отсих пісень народних, а всього багатства їх не знаємо.</w:t>
      </w:r>
    </w:p>
    <w:p>
      <w:r>
        <w:br/>
        <w:t>— А які чудові слова, які мелодії.</w:t>
      </w:r>
    </w:p>
    <w:p>
      <w:r>
        <w:br/>
        <w:t>— Ану, матушко, соло.</w:t>
      </w:r>
    </w:p>
    <w:p>
      <w:r>
        <w:br/>
        <w:t>— Просим, просимо.</w:t>
      </w:r>
    </w:p>
    <w:p>
      <w:r>
        <w:br/>
        <w:t>— Ой одна я, одна, як билинонька в полі...</w:t>
      </w:r>
    </w:p>
    <w:p>
      <w:r>
        <w:br/>
        <w:t>— Браво! Браво!</w:t>
      </w:r>
    </w:p>
    <w:p>
      <w:r>
        <w:br/>
        <w:t>— Біс! повторить!..</w:t>
      </w:r>
    </w:p>
    <w:p>
      <w:r>
        <w:br/>
        <w:t>Матушка знов заспівала.</w:t>
      </w:r>
    </w:p>
    <w:p>
      <w:r>
        <w:br/>
        <w:t>— Валяй — "Б'ють пороги".</w:t>
      </w:r>
    </w:p>
    <w:p>
      <w:r>
        <w:br/>
        <w:t>— Ні, краще— "Зацвіла в долині..."</w:t>
      </w:r>
    </w:p>
    <w:p>
      <w:r>
        <w:br/>
        <w:t>— Дует, дует... І широкую долину...</w:t>
      </w:r>
    </w:p>
    <w:p>
      <w:r>
        <w:br/>
        <w:t>— Ой, Дніпре, мій Дніпре!..</w:t>
      </w:r>
    </w:p>
    <w:p>
      <w:r>
        <w:br/>
        <w:t>— Гетьмани, гетьмани!..</w:t>
      </w:r>
    </w:p>
    <w:p>
      <w:r>
        <w:br/>
        <w:t>— Вам, батюшко, пакет,— перебив суперечку церковний сторож, увійшовши до кімнати.</w:t>
      </w:r>
    </w:p>
    <w:p>
      <w:r>
        <w:br/>
        <w:t>— Який там іще пакет?</w:t>
      </w:r>
    </w:p>
    <w:p>
      <w:r>
        <w:br/>
        <w:t>— Я об тім низвестен. Ось...</w:t>
      </w:r>
    </w:p>
    <w:p>
      <w:r>
        <w:br/>
        <w:t>— Хм... "Від Об'єднаного Комітету"... Ще що вигадали!..</w:t>
      </w:r>
    </w:p>
    <w:p>
      <w:r>
        <w:br/>
        <w:t>—Що там таке, отче?</w:t>
      </w:r>
    </w:p>
    <w:p>
      <w:r>
        <w:br/>
        <w:t>— Просять збирати жертви на пам'ятник Шевченкові.</w:t>
      </w:r>
    </w:p>
    <w:p>
      <w:r>
        <w:br/>
        <w:t>— Якому Шевченкові?</w:t>
      </w:r>
    </w:p>
    <w:p>
      <w:r>
        <w:br/>
        <w:t>— Хто такий Шевченко?</w:t>
      </w:r>
    </w:p>
    <w:p>
      <w:r>
        <w:br/>
        <w:t>— Соцький у нас Шевченко Яким.</w:t>
      </w:r>
    </w:p>
    <w:p>
      <w:r>
        <w:br/>
        <w:t>— Ха-ха-ха!</w:t>
      </w:r>
    </w:p>
    <w:p>
      <w:r>
        <w:br/>
        <w:t>— Хо-хо-хо!.. То чи не йому пам'ятник?</w:t>
      </w:r>
    </w:p>
    <w:p>
      <w:r>
        <w:br/>
        <w:t>— По нерозумію глаголіте, отці,— обурився диякон.— Поет український — Шевченко.</w:t>
      </w:r>
    </w:p>
    <w:p>
      <w:r>
        <w:br/>
        <w:t>— Український? цебто мазепинський?</w:t>
      </w:r>
    </w:p>
    <w:p>
      <w:r>
        <w:br/>
        <w:t>Ну, зась: не розживуться.</w:t>
      </w:r>
    </w:p>
    <w:p>
      <w:r>
        <w:br/>
        <w:t>— Дзуськи! що він таке?</w:t>
      </w:r>
    </w:p>
    <w:p>
      <w:r>
        <w:br/>
        <w:t>— Ми його не знаємо...</w:t>
      </w:r>
    </w:p>
    <w:p>
      <w:r>
        <w:br/>
        <w:t>— Яка з нього користь...</w:t>
      </w:r>
    </w:p>
    <w:p>
      <w:r>
        <w:br/>
        <w:t>— Ну, та не хвилюйтесь, панотченьки, годі про се!.. Під сукно!.. Настрой, душко, гітару.</w:t>
      </w:r>
    </w:p>
    <w:p>
      <w:r>
        <w:br/>
        <w:t>— Хором, хором!..</w:t>
      </w:r>
    </w:p>
    <w:p>
      <w:r>
        <w:br/>
        <w:t>— Бас, починай, бас... отець диякон!.. Ну-ну...</w:t>
      </w:r>
    </w:p>
    <w:p>
      <w:r>
        <w:br/>
        <w:t>— Як ум...</w:t>
      </w:r>
    </w:p>
    <w:p>
      <w:r>
        <w:br/>
        <w:t>Як умру, то поховайте</w:t>
      </w:r>
    </w:p>
    <w:p>
      <w:r>
        <w:br/>
        <w:t>Мене на-а моги-и-лі...</w:t>
      </w:r>
    </w:p>
    <w:p>
      <w:r>
        <w:br/>
        <w:t>Батюшки добре знали й тямили в співах і чудово виконували "малоросійські народні" пісні.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 він?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