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сестра і брат?</w:t>
      </w:r>
    </w:p>
    <w:p>
      <w:r>
        <w:br/>
        <w:t xml:space="preserve"> "Глянь на мене, вітрику, чи гарно прибралась?&lt;br /&gt;</w:t>
        <w:br/>
        <w:t>Рано до схід сонечка росою вмивалась,&lt;br /&gt;</w:t>
        <w:br/>
        <w:t>Є у мене листячко, пахучії квіти,&lt;br /&gt;</w:t>
        <w:br/>
        <w:t>Чому ж мені, вітрику, ой чом не радіти?&lt;br /&gt;</w:t>
        <w:br/>
        <w:t>Краще в полі нашому над мене немає,&lt;br /&gt;</w:t>
        <w:br/>
        <w:t>Аж до моря славонька про мене літає,&lt;br /&gt;</w:t>
        <w:br/>
        <w:t>Із моєї сипанки смачна страва буде,&lt;br /&gt;</w:t>
        <w:br/>
        <w:t>Поливку і маслечко дадуть добрі люде!"&lt;br /&gt;</w:t>
        <w:br/>
        <w:t>"Рівна, сестро милая, нам доля з тобою, —&lt;br /&gt;</w:t>
        <w:br/>
        <w:t>Обізвався братичок десь за бороною. —&lt;br /&gt;</w:t>
        <w:br/>
        <w:t>Скрізь по людях склалася і про мене слава,&lt;br /&gt;</w:t>
        <w:br/>
        <w:t>Он і в полі, вітрику, кипить моя страва".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сестра і брат?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