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Христос</w:t>
      </w:r>
    </w:p>
    <w:p>
      <w:r>
        <w:br/>
        <w:t xml:space="preserve"> (Легенда)</w:t>
      </w:r>
    </w:p>
    <w:p>
      <w:r>
        <w:br/>
        <w:t>І</w:t>
      </w:r>
    </w:p>
    <w:p>
      <w:r>
        <w:br/>
        <w:t>Ішли віки, мінялися народи...&lt;br /&gt;</w:t>
        <w:br/>
        <w:t>І от з'явився син у тесляра&lt;br /&gt;</w:t>
        <w:br/>
        <w:t>й Марії Діви. Зоре з небозводу,&lt;br /&gt;</w:t>
        <w:br/>
        <w:t>усіх віків омріяна зоря,</w:t>
      </w:r>
    </w:p>
    <w:p>
      <w:r>
        <w:br/>
        <w:t>його прихід ти світу возвістила,&lt;br /&gt;</w:t>
        <w:br/>
        <w:t>й безумний Ірод — бранець злих оман —&lt;br /&gt;</w:t>
        <w:br/>
        <w:t>йому хотів святі відтяти крила&lt;br /&gt;</w:t>
        <w:br/>
        <w:t>і кинуть в тьми одвічний океан...</w:t>
      </w:r>
    </w:p>
    <w:p>
      <w:r>
        <w:br/>
        <w:t>І знов... Єгипет... Знову... піраміди...&lt;br /&gt;</w:t>
        <w:br/>
        <w:t>І Сфінкс, все той же... левів хижий рев,&lt;br /&gt;</w:t>
        <w:br/>
        <w:t>і жах пустелі, і пісок той рижий,&lt;br /&gt;</w:t>
        <w:br/>
        <w:t>кривавий місяць між гучних дерев...</w:t>
      </w:r>
    </w:p>
    <w:p>
      <w:r>
        <w:br/>
        <w:t>Десь кров дітей земля сумна всотала...&lt;br /&gt;</w:t>
        <w:br/>
        <w:t>Рахілі плач... Але за кров дітей&lt;br /&gt;</w:t>
        <w:br/>
        <w:t>відплатить він синам сліпим Ваала&lt;br /&gt;</w:t>
        <w:br/>
        <w:t>огнем своїх незборених ідей...</w:t>
      </w:r>
    </w:p>
    <w:p>
      <w:r>
        <w:br/>
        <w:t>II</w:t>
      </w:r>
    </w:p>
    <w:p>
      <w:r>
        <w:br/>
        <w:t>Христос — юнак. Вершина Евересту.&lt;br /&gt;</w:t>
        <w:br/>
        <w:t>І храм на ній. Він в храмі тім — чернець,&lt;br /&gt;</w:t>
        <w:br/>
        <w:t>наук проходить зоряні семестри&lt;br /&gt;</w:t>
        <w:br/>
        <w:t>в сімох мужів... Далеко десь отець</w:t>
      </w:r>
    </w:p>
    <w:p>
      <w:r>
        <w:br/>
        <w:t>живе в долині. З ним — його Марія.&lt;br /&gt;</w:t>
        <w:br/>
        <w:t>Все ждуть вони, коли настане час, —&lt;br /&gt;</w:t>
        <w:br/>
        <w:t>і крізь тугі й грімливі буревії,&lt;br /&gt;</w:t>
        <w:br/>
        <w:t>як промінь той, що в серці не погас,&lt;br /&gt;</w:t>
        <w:br/>
        <w:t>прилине Йсус, похожий, так похожий&lt;br /&gt;</w:t>
        <w:br/>
        <w:t>на отого, що в снах приходив їй&lt;br /&gt;</w:t>
        <w:br/>
        <w:t>і наяву, кому блаженства рожу&lt;br /&gt;</w:t>
        <w:br/>
        <w:t>вона дала... А він, стрункий такий,</w:t>
      </w:r>
    </w:p>
    <w:p>
      <w:r>
        <w:br/>
        <w:t>благоуханиям, ніжний і жагучий,&lt;br /&gt;</w:t>
        <w:br/>
        <w:t>їй шепотів: "О Єво, ти — моя!.."&lt;br /&gt;</w:t>
        <w:br/>
        <w:t>Під плач шакалів мчали в небі тучі...&lt;br /&gt;</w:t>
        <w:br/>
        <w:t>І він мінивсь — то красень, то змія...</w:t>
      </w:r>
    </w:p>
    <w:p>
      <w:r>
        <w:br/>
        <w:t>Десь на горі — обвали й хуга віє...&lt;br /&gt;</w:t>
        <w:br/>
        <w:t>І там її синок, Іїсус,..&lt;br /&gt;</w:t>
        <w:br/>
        <w:t>Немов монгол... Борідка, довгий вус...&lt;br /&gt;</w:t>
        <w:br/>
        <w:t>"Яка я Єва?" — думає Марія.&lt;br /&gt;</w:t>
        <w:br/>
        <w:t>О золотий кохання серцетрус,&lt;br /&gt;</w:t>
        <w:br/>
        <w:t>коли душа од щастя пломеніє...</w:t>
      </w:r>
    </w:p>
    <w:p>
      <w:r>
        <w:br/>
        <w:t>Його нема. І лиш Ісуса очі,&lt;br /&gt;</w:t>
        <w:br/>
        <w:t>такі ж, як в його... А старий тесляр&lt;br /&gt;</w:t>
        <w:br/>
        <w:t>все теше, теше... Думи — як пожар,&lt;br /&gt;</w:t>
        <w:br/>
        <w:t>І сни, все сни, безумні сни жіночі...</w:t>
      </w:r>
    </w:p>
    <w:p>
      <w:r>
        <w:br/>
        <w:t>III</w:t>
      </w:r>
    </w:p>
    <w:p>
      <w:r>
        <w:br/>
        <w:t>І от Христос науку закінчив.&lt;br /&gt;</w:t>
        <w:br/>
        <w:t>Сім мудреців його благословили.&lt;br /&gt;</w:t>
        <w:br/>
        <w:t>"Неси любов. Вона ж — відплати гнів,&lt;br /&gt;</w:t>
        <w:br/>
        <w:t>людського духу вічні верховини.&lt;br /&gt;</w:t>
        <w:br/>
        <w:t>Іди і вчи, між рож і між тернів...&lt;br /&gt;</w:t>
        <w:br/>
        <w:t>Любов і гнів — це почуття єдине.</w:t>
      </w:r>
    </w:p>
    <w:p>
      <w:r>
        <w:br/>
        <w:t>Любов до світла — ненависть до тьми.&lt;br /&gt;</w:t>
        <w:br/>
        <w:t>Але любов — не в кожнім людськім серці,&lt;br /&gt;</w:t>
        <w:br/>
        <w:t>її нема там, де вітри зими&lt;br /&gt;</w:t>
        <w:br/>
        <w:t>у душах злих. І з ними в лютім герці&lt;br /&gt;</w:t>
        <w:br/>
        <w:t>загинеш ти... Але твоя любов&lt;br /&gt;</w:t>
        <w:br/>
        <w:t>в віки сіять мечем відплати буде...&lt;br /&gt;</w:t>
        <w:br/>
        <w:t>Іди, пророк! Пролий за світло кров,&lt;br /&gt;</w:t>
        <w:br/>
        <w:t>і кров твоя в народах світлом буде".</w:t>
      </w:r>
    </w:p>
    <w:p>
      <w:r>
        <w:br/>
        <w:t>Так говорили Йсусові вони,&lt;br /&gt;</w:t>
        <w:br/>
        <w:t>хто не боїться навіть безповітря,&lt;br /&gt;</w:t>
        <w:br/>
        <w:t>хто знає все, й вселюдської весни&lt;br /&gt;</w:t>
        <w:br/>
        <w:t>вітри все чують... "Сльози, юнче, витри&lt;br /&gt;</w:t>
        <w:br/>
        <w:t>і йди. Будь здрав". І храму вже нема...</w:t>
      </w:r>
    </w:p>
    <w:p>
      <w:r>
        <w:br/>
        <w:t>Христос іде долиною, і квіти&lt;br /&gt;</w:t>
        <w:br/>
        <w:t>йому осанну дзвонять... Синя тьма&lt;br /&gt;</w:t>
        <w:br/>
        <w:t>сповзає з гір... А він іде в промінні,&lt;br /&gt;</w:t>
        <w:br/>
        <w:t>вбирає все в блаженні очі сині,&lt;br /&gt;</w:t>
        <w:br/>
        <w:t>немов для його простору нема</w:t>
      </w:r>
    </w:p>
    <w:p>
      <w:r>
        <w:br/>
        <w:t>й часу немає... Кобри — як вужі —&lt;br /&gt;</w:t>
        <w:br/>
        <w:t>повзуть круг його... Тигри на ягнят&lt;br /&gt;</w:t>
        <w:br/>
        <w:t>при нім подібні... Рідні, не чужі&lt;br /&gt;</w:t>
        <w:br/>
        <w:t>йому всі тони... Він увесь крилат...</w:t>
      </w:r>
    </w:p>
    <w:p>
      <w:r>
        <w:br/>
        <w:t>Он лама йде. І срібні храму дзвони&lt;br /&gt;</w:t>
        <w:br/>
        <w:t>пливуть і кличуть... Зоряні хітони&lt;br /&gt;</w:t>
        <w:br/>
        <w:t>прослала ніч в диханні трав і рос,&lt;br /&gt;</w:t>
        <w:br/>
        <w:t>і лине тьма, ковтає сині гони...&lt;br /&gt;</w:t>
        <w:br/>
        <w:t>І в тьмі нічній, мов сяйво, йде Христос.</w:t>
      </w:r>
    </w:p>
    <w:p>
      <w:r>
        <w:br/>
        <w:t>IV</w:t>
      </w:r>
    </w:p>
    <w:p>
      <w:r>
        <w:br/>
        <w:t>Марія вийшла із шатра&lt;br /&gt;</w:t>
        <w:br/>
        <w:t>і молиться на зорі...&lt;br /&gt;</w:t>
        <w:br/>
        <w:t>А там — огнів безмежна гра&lt;br /&gt;</w:t>
        <w:br/>
        <w:t>в безмежному просторі...</w:t>
      </w:r>
    </w:p>
    <w:p>
      <w:r>
        <w:br/>
        <w:t>Який екстаз її несе&lt;br /&gt;</w:t>
        <w:br/>
        <w:t>все д'горі, д'горі, д'горі?!&lt;br /&gt;</w:t>
        <w:br/>
        <w:t>Вона забула все, усе...&lt;br /&gt;</w:t>
        <w:br/>
        <w:t>А вколо — зорі, зорі...&lt;br /&gt;</w:t>
        <w:br/>
        <w:t>Й вона вся — з зір... її нема...&lt;br /&gt;</w:t>
        <w:br/>
        <w:t>Летить... Не світло і не тьма&lt;br /&gt;</w:t>
        <w:br/>
        <w:t>її святее тіло...&lt;br /&gt;</w:t>
        <w:br/>
        <w:t>Вона летить, її нема...&lt;br /&gt;</w:t>
        <w:br/>
        <w:t>А вколо — крила, крила...&lt;br /&gt;</w:t>
        <w:br/>
        <w:t>І очі... Очі угорі...&lt;br /&gt;</w:t>
        <w:br/>
        <w:t>Вона летить у очі,&lt;br /&gt;</w:t>
        <w:br/>
        <w:t>немов у храм... Як дві зорі...&lt;br /&gt;</w:t>
        <w:br/>
        <w:t>Все ближче щастя ночі...</w:t>
      </w:r>
    </w:p>
    <w:p>
      <w:r>
        <w:br/>
        <w:t>І знов — земля... Войа стоїть,&lt;br /&gt;</w:t>
        <w:br/>
        <w:t>маленька і худенька.&lt;br /&gt;</w:t>
        <w:br/>
        <w:t>Очей над матір'ю — блакить...&lt;br /&gt;</w:t>
        <w:br/>
        <w:t>І серце в неї дзенька:</w:t>
      </w:r>
    </w:p>
    <w:p>
      <w:r>
        <w:br/>
        <w:t>"Синок?! Це ти? О мій синок!.."&lt;br /&gt;</w:t>
        <w:br/>
        <w:t>"Це я, моя матусю!"&lt;br /&gt;</w:t>
        <w:br/>
        <w:t>Стоїть Христос, мов весь з зірок,&lt;br /&gt;</w:t>
        <w:br/>
        <w:t>в світів шаленім русі...</w:t>
      </w:r>
    </w:p>
    <w:p>
      <w:r>
        <w:br/>
        <w:t>Земля хитнулась... Це рука&lt;br /&gt;</w:t>
        <w:br/>
        <w:t>лягла їй на волосся,&lt;br /&gt;</w:t>
        <w:br/>
        <w:t>неначе промінь той, легка...&lt;br /&gt;</w:t>
        <w:br/>
        <w:t>І наче шум колосся</w:t>
      </w:r>
    </w:p>
    <w:p>
      <w:r>
        <w:br/>
        <w:t>помчав їй в жилах... "Мамо, я&lt;br /&gt;</w:t>
        <w:br/>
        <w:t>на жертву вже готовий..."&lt;br /&gt;</w:t>
        <w:br/>
        <w:t>Стоїть Христос і весь сія...&lt;br /&gt;</w:t>
        <w:br/>
        <w:t>Не сльози — краплі крові</w:t>
      </w:r>
    </w:p>
    <w:p>
      <w:r>
        <w:br/>
        <w:t>на руки впали їй... Як дим,&lt;br /&gt;</w:t>
        <w:br/>
        <w:t>під сяйвом місячним, жахним&lt;br /&gt;</w:t>
        <w:br/>
        <w:t>стоить Христос... Горить на нім&lt;br /&gt;</w:t>
        <w:br/>
        <w:t>в крові вінець терновий...&lt;br /&gt;</w:t>
        <w:br/>
        <w:t>Ось він змінивсь... Він — на хресті&lt;br /&gt;</w:t>
        <w:br/>
        <w:t>Які він терпить муки!..</w:t>
      </w:r>
    </w:p>
    <w:p>
      <w:r>
        <w:br/>
        <w:t>Сіяють очі золоті —&lt;br /&gt;</w:t>
        <w:br/>
        <w:t>гвіздки пробили руки...</w:t>
      </w:r>
    </w:p>
    <w:p>
      <w:r>
        <w:br/>
        <w:t>"О сине мій!.. — кричить вона. —&lt;br /&gt;</w:t>
        <w:br/>
        <w:t>Нащо ці крові плями?!"&lt;br /&gt;</w:t>
        <w:br/>
        <w:t>І на траву, як в тьму без дна,&lt;br /&gt;</w:t>
        <w:br/>
        <w:t>упала у нестямі.</w:t>
      </w:r>
    </w:p>
    <w:p>
      <w:r>
        <w:br/>
        <w:t>V</w:t>
      </w:r>
    </w:p>
    <w:p>
      <w:r>
        <w:br/>
        <w:t>Ой, яка ти спеко,&lt;br /&gt;</w:t>
        <w:br/>
        <w:t>спеко золота!..&lt;br /&gt;</w:t>
        <w:br/>
        <w:t>Ти лети далеко&lt;br /&gt;</w:t>
        <w:br/>
        <w:t>за жита, жита...</w:t>
      </w:r>
    </w:p>
    <w:p>
      <w:r>
        <w:br/>
        <w:t>За шляхи безкраї&lt;br /&gt;</w:t>
        <w:br/>
        <w:t>і за моря грім,&lt;br /&gt;</w:t>
        <w:br/>
        <w:t>де шумить, сіяє&lt;br /&gt;</w:t>
        <w:br/>
        <w:t>Ієрусалим...</w:t>
      </w:r>
    </w:p>
    <w:p>
      <w:r>
        <w:br/>
        <w:t>Коні, коні, коні...&lt;br /&gt;</w:t>
        <w:br/>
        <w:t>Роки горя й мли...&lt;br /&gt;</w:t>
        <w:br/>
        <w:t>Римських легіонів&lt;br /&gt;</w:t>
        <w:br/>
        <w:t>золоті орли...</w:t>
      </w:r>
    </w:p>
    <w:p>
      <w:r>
        <w:br/>
        <w:t>Там садів алеї&lt;br /&gt;</w:t>
        <w:br/>
        <w:t>і раби німі...&lt;br /&gt;</w:t>
        <w:br/>
        <w:t>Знову, знов євреї&lt;br /&gt;</w:t>
        <w:br/>
        <w:t>у ярмі.</w:t>
      </w:r>
    </w:p>
    <w:p>
      <w:r>
        <w:br/>
        <w:t>У ярмі, в'язниці,&lt;br /&gt;</w:t>
        <w:br/>
        <w:t>гей та гей!&lt;br /&gt;</w:t>
        <w:br/>
        <w:t>Звужує зірниці&lt;br /&gt;</w:t>
        <w:br/>
        <w:t>фарисей...</w:t>
      </w:r>
    </w:p>
    <w:p>
      <w:r>
        <w:br/>
        <w:t>Моря мертві води,&lt;br /&gt;</w:t>
        <w:br/>
        <w:t>дум прибій...&lt;br /&gt;</w:t>
        <w:br/>
        <w:t>Править там народом&lt;br /&gt;</w:t>
        <w:br/>
        <w:t>багатій.</w:t>
      </w:r>
    </w:p>
    <w:p>
      <w:r>
        <w:br/>
        <w:t>Скинія... Синаю,&lt;br /&gt;</w:t>
        <w:br/>
        <w:t>де твій шлях?&lt;br /&gt;</w:t>
        <w:br/>
        <w:t>Запроданці краю&lt;br /&gt;</w:t>
        <w:br/>
        <w:t>в золоті й шовках.</w:t>
      </w:r>
    </w:p>
    <w:p>
      <w:r>
        <w:br/>
        <w:t>Крамарі у храмі,&lt;br /&gt;</w:t>
        <w:br/>
        <w:t>правда у тюрмі...&lt;br /&gt;</w:t>
        <w:br/>
        <w:t>Дзвонить ланцюгами&lt;br /&gt;</w:t>
        <w:br/>
        <w:t>в тьмі...</w:t>
      </w:r>
    </w:p>
    <w:p>
      <w:r>
        <w:br/>
        <w:t>VI</w:t>
      </w:r>
    </w:p>
    <w:p>
      <w:r>
        <w:br/>
        <w:t>То не сонце над землею&lt;br /&gt;</w:t>
        <w:br/>
        <w:t>після хмар, дощу і гроз —&lt;br /&gt;</w:t>
        <w:br/>
        <w:t>стережіться, фарисеї,&lt;br /&gt;</w:t>
        <w:br/>
        <w:t>йде із правдою Христос!</w:t>
      </w:r>
    </w:p>
    <w:p>
      <w:r>
        <w:br/>
        <w:t>Він іде, немов з туману,&lt;br /&gt;</w:t>
        <w:br/>
        <w:t>й наче світиться здаля...&lt;br /&gt;</w:t>
        <w:br/>
        <w:t>Дітвора кричить: "Осанна!",&lt;br /&gt;</w:t>
        <w:br/>
        <w:t>кида пальмове гілля...</w:t>
      </w:r>
    </w:p>
    <w:p>
      <w:r>
        <w:br/>
        <w:t>Люди юрмляться, і віє&lt;br /&gt;</w:t>
        <w:br/>
        <w:t>вітер, ластівка немов...&lt;br /&gt;</w:t>
        <w:br/>
        <w:t>І гукають всі: "Месія,&lt;br /&gt;</w:t>
        <w:br/>
        <w:t>це визвольник наш прийшов!"</w:t>
      </w:r>
    </w:p>
    <w:p>
      <w:r>
        <w:br/>
        <w:t>Він іде, з ним — одинадцять&lt;br /&gt;</w:t>
        <w:br/>
        <w:t>друзів-учнів, що до них&lt;br /&gt;</w:t>
        <w:br/>
        <w:t>Юда ще не приєднався,&lt;br /&gt;</w:t>
        <w:br/>
        <w:t>щоб продать Того, хто зміг</w:t>
      </w:r>
    </w:p>
    <w:p>
      <w:r>
        <w:br/>
        <w:t>так уплинути на душі,&lt;br /&gt;</w:t>
        <w:br/>
        <w:t>світлі душі злидарів,&lt;br /&gt;</w:t>
        <w:br/>
        <w:t>хто, як вітер голу грушу,&lt;br /&gt;</w:t>
        <w:br/>
        <w:t>розхитав багатіїв</w:t>
      </w:r>
    </w:p>
    <w:p>
      <w:r>
        <w:br/>
        <w:t>словом огненним пророка;&lt;br /&gt;</w:t>
        <w:br/>
        <w:t>хто із храму крамарів&lt;br /&gt;</w:t>
        <w:br/>
        <w:t>вигнав, грізний, огнеокий,&lt;br /&gt;</w:t>
        <w:br/>
        <w:t>що бичем по них свистів...</w:t>
      </w:r>
    </w:p>
    <w:p>
      <w:r>
        <w:br/>
        <w:t>І народ його вітає.&lt;br /&gt;</w:t>
        <w:br/>
        <w:t>Гей, вітай, вітай, вітай!&lt;br /&gt;</w:t>
        <w:br/>
        <w:t>Притаїлись вовчі зграї...&lt;br /&gt;</w:t>
        <w:br/>
        <w:t>Тільки римський поліцай</w:t>
      </w:r>
    </w:p>
    <w:p>
      <w:r>
        <w:br/>
        <w:t>ходить, ходить рівним кроком&lt;br /&gt;</w:t>
        <w:br/>
        <w:t>між, немов ножів, очей...&lt;br /&gt;</w:t>
        <w:br/>
        <w:t>За його мечем коротким&lt;br /&gt;</w:t>
        <w:br/>
        <w:t>заховався фарисей...</w:t>
      </w:r>
    </w:p>
    <w:p>
      <w:r>
        <w:br/>
        <w:t>"Де ти, Анна? Де ти, Анна?&lt;br /&gt;</w:t>
        <w:br/>
        <w:t>Що ховаєшся, мовчиш?&lt;br /&gt;</w:t>
        <w:br/>
        <w:t>Обдурив нас Ханааном,&lt;br /&gt;</w:t>
        <w:br/>
        <w:t>дав у руки брату ніж,</w:t>
      </w:r>
    </w:p>
    <w:p>
      <w:r>
        <w:br/>
        <w:t>щоб терзав такого ж брата,&lt;br /&gt;</w:t>
        <w:br/>
        <w:t>як і він, братам на жах!..&lt;br /&gt;</w:t>
        <w:br/>
        <w:t>О, не всидиш ти, проклятий,&lt;br /&gt;</w:t>
        <w:br/>
        <w:t>та на римських на мечах!"</w:t>
      </w:r>
    </w:p>
    <w:p>
      <w:r>
        <w:br/>
        <w:t>Так кричав народ, і громом&lt;br /&gt;</w:t>
        <w:br/>
        <w:t>брами ковані гули...&lt;br /&gt;</w:t>
        <w:br/>
        <w:t>Мов огонь, над Анни домом&lt;br /&gt;</w:t>
        <w:br/>
        <w:t>співи й вигуки цвіли...</w:t>
      </w:r>
    </w:p>
    <w:p>
      <w:r>
        <w:br/>
        <w:t>І от спинилися усі —&lt;br /&gt;</w:t>
        <w:br/>
        <w:t>од діда до маляти...&lt;br /&gt;</w:t>
        <w:br/>
        <w:t>Сіяло все, немов в росі...&lt;br /&gt;</w:t>
        <w:br/>
        <w:t>І людям промовляти</w:t>
      </w:r>
    </w:p>
    <w:p>
      <w:r>
        <w:br/>
        <w:t>почав Христос: "Братове!&lt;br /&gt;</w:t>
        <w:br/>
        <w:t>Не мир на землю я приніс,&lt;br /&gt;</w:t>
        <w:br/>
        <w:t>де пан раба, як вовк той, гриз&lt;br /&gt;</w:t>
        <w:br/>
        <w:t>гризе і гризти буде...&lt;br /&gt;</w:t>
        <w:br/>
        <w:t>А меч! Той меч не із заліз,&lt;br /&gt;</w:t>
        <w:br/>
        <w:t>а із любові, люде.&lt;br /&gt;</w:t>
        <w:br/>
        <w:t>Він є в нас в кожного в груді,&lt;br /&gt;</w:t>
        <w:br/>
        <w:t>він із любові й гніву.&lt;br /&gt;</w:t>
        <w:br/>
        <w:t>Залізом стане він тоді,&lt;br /&gt;</w:t>
        <w:br/>
        <w:t>коли нам стане ясно,&lt;br /&gt;</w:t>
        <w:br/>
        <w:t>що тільки в вільному труді&lt;br /&gt;</w:t>
        <w:br/>
        <w:t>ми зможем світ прекрасний&lt;br /&gt;</w:t>
        <w:br/>
        <w:t>здобуть! А труд од ланцюгів&lt;br /&gt;</w:t>
        <w:br/>
        <w:t>ми звільнимо у битві.&lt;br /&gt;</w:t>
        <w:br/>
        <w:t>Йому ви шліть молитви спів,&lt;br /&gt;</w:t>
        <w:br/>
        <w:t>а другої молитви&lt;br /&gt;</w:t>
        <w:br/>
        <w:t>не знаю я. Сплетіть водно&lt;br /&gt;</w:t>
        <w:br/>
        <w:t>серця, і думи, й руки,&lt;br /&gt;</w:t>
        <w:br/>
        <w:t>і стане світ, як знамено,&lt;br /&gt;</w:t>
        <w:br/>
        <w:t>без сліз, і крові, й муки,&lt;br /&gt;</w:t>
        <w:br/>
        <w:t>без злих кайданів, без нужди&lt;br /&gt;</w:t>
        <w:br/>
        <w:t>що йде між вас марою.&lt;br /&gt;</w:t>
        <w:br/>
        <w:t>Свої гуртуючи ряди,&lt;br /&gt;</w:t>
        <w:br/>
        <w:t>готуйтеся до бою!&lt;br /&gt;</w:t>
        <w:br/>
        <w:t>Вперед з огнем святих ідей&lt;br /&gt;</w:t>
        <w:br/>
        <w:t>на бою дальні звуки!&lt;br /&gt;</w:t>
        <w:br/>
        <w:t>Самаритянину — єврей&lt;br /&gt;</w:t>
        <w:br/>
        <w:t>подай братерську руку!&lt;br /&gt;</w:t>
        <w:br/>
        <w:t>Вам Рим — вампір, але і там,&lt;br /&gt;</w:t>
        <w:br/>
        <w:t>у цім проклятім Римі,&lt;br /&gt;</w:t>
        <w:br/>
        <w:t>такі ж, як ми, і руки нам&lt;br /&gt;</w:t>
        <w:br/>
        <w:t>вони простерли... В димі&lt;br /&gt;</w:t>
        <w:br/>
        <w:t>важких робіт вони той Рим&lt;br /&gt;</w:t>
        <w:br/>
        <w:t>на скровленій на виї&lt;br /&gt;</w:t>
        <w:br/>
        <w:t>тримають. Браття! Руки їм&lt;br /&gt;</w:t>
        <w:br/>
        <w:t>ми подамо! Хай змії&lt;br /&gt;</w:t>
        <w:br/>
        <w:t>сичать і золотом нехай&lt;br /&gt;</w:t>
        <w:br/>
        <w:t>купують сталь булата.&lt;br /&gt;</w:t>
        <w:br/>
        <w:t>О Палестино, бідний край,&lt;br /&gt;</w:t>
        <w:br/>
        <w:t>тебе і всіх, хто з нами, знай,&lt;br /&gt;</w:t>
        <w:br/>
        <w:t>ми звільнимо від ката!"</w:t>
      </w:r>
    </w:p>
    <w:p>
      <w:r>
        <w:br/>
        <w:t>Так промовляв Христос юрбі...&lt;br /&gt;</w:t>
        <w:br/>
        <w:t>О слів безсмертних чудо!&lt;br /&gt;</w:t>
        <w:br/>
        <w:t>Пониклі голови в журбі&lt;br /&gt;</w:t>
        <w:br/>
        <w:t>звелись над кривди брудом.</w:t>
      </w:r>
    </w:p>
    <w:p>
      <w:r>
        <w:br/>
        <w:t>"Осанна! — грянуло. — Веди!"&lt;br /&gt;</w:t>
        <w:br/>
        <w:t>Знялись грозово руки...&lt;br /&gt;</w:t>
        <w:br/>
        <w:t>А вдалині — сади...&lt;br /&gt;</w:t>
        <w:br/>
        <w:t>Голгофа... Сурми звуки&lt;br /&gt;</w:t>
        <w:br/>
        <w:t>заграли грізно... Мідний крок&lt;br /&gt;</w:t>
        <w:br/>
        <w:t>загупав ковано... Мечі&lt;br /&gt;</w:t>
        <w:br/>
        <w:t>знялися над народом...&lt;br /&gt;</w:t>
        <w:br/>
        <w:t>І фарисеї, як сичі,&lt;br /&gt;</w:t>
        <w:br/>
        <w:t>завили: "Смерть забродам!&lt;br /&gt;</w:t>
        <w:br/>
        <w:t>Ісусу смерть!" Але народ&lt;br /&gt;</w:t>
        <w:br/>
        <w:t>під грізним тиском зброї,&lt;br /&gt;</w:t>
        <w:br/>
        <w:t>мов океан алмаз між вод,&lt;br /&gt;</w:t>
        <w:br/>
        <w:t>сховав од злих героя...&lt;br /&gt;</w:t>
        <w:br/>
        <w:t>Тихо в Ієрусалимі,&lt;br /&gt;</w:t>
        <w:br/>
        <w:t>лиш на площі кров... Кричить&lt;br /&gt;</w:t>
        <w:br/>
        <w:t>чорно, пля[ма]ми!.. Незримі&lt;br /&gt;</w:t>
        <w:br/>
        <w:t>тіні вбитих ходять... Мідь&lt;br /&gt;</w:t>
        <w:br/>
        <w:t>грає гулко... Дзвонить крок,&lt;br /&gt;</w:t>
        <w:br/>
        <w:t>крок легіонерів.&lt;br /&gt;</w:t>
        <w:br/>
        <w:t>Скорбно блимає зірок —&lt;br /&gt;</w:t>
        <w:br/>
        <w:t>сяйво у етері.</w:t>
      </w:r>
    </w:p>
    <w:p>
      <w:r>
        <w:br/>
        <w:t>VII</w:t>
      </w:r>
    </w:p>
    <w:p>
      <w:r>
        <w:br/>
        <w:t>Хто це на паперті храму&lt;br /&gt;</w:t>
        <w:br/>
        <w:t>руки ламає бліді?&lt;br /&gt;</w:t>
        <w:br/>
        <w:t>Хилиться, наче з нестями,&lt;br /&gt;</w:t>
        <w:br/>
        <w:t>щоки в сльозах молоді..</w:t>
      </w:r>
    </w:p>
    <w:p>
      <w:r>
        <w:br/>
        <w:t>Чорнії коси, як змії,&lt;br /&gt;</w:t>
        <w:br/>
        <w:t>скорбно затислі вуста.&lt;br /&gt;</w:t>
        <w:br/>
        <w:t>Це Магдалина-Марія,&lt;br /&gt;</w:t>
        <w:br/>
        <w:t>що полюбила Христа.</w:t>
      </w:r>
    </w:p>
    <w:p>
      <w:r>
        <w:br/>
        <w:t>Пружні здіймаються груди,&lt;br /&gt;</w:t>
        <w:br/>
        <w:t>рвуться в небесні краї...&lt;br /&gt;</w:t>
        <w:br/>
        <w:t>А біля юнки — Іуда,&lt;br /&gt;</w:t>
        <w:br/>
        <w:t>давній коханець її.</w:t>
      </w:r>
    </w:p>
    <w:p>
      <w:r>
        <w:br/>
        <w:t>"Забудь, забудь його, Маріє!&lt;br /&gt;</w:t>
        <w:br/>
        <w:t>Я так, я так тебе люблю!..&lt;br /&gt;</w:t>
        <w:br/>
        <w:t>О, підійми чудесні вії&lt;br /&gt;</w:t>
        <w:br/>
        <w:t>й на мене глянь, тебе молю!</w:t>
      </w:r>
    </w:p>
    <w:p>
      <w:r>
        <w:br/>
        <w:t>Твої квітками я дороги&lt;br /&gt;</w:t>
        <w:br/>
        <w:t>встелю і злотом, о, дивись!.."&lt;br /&gt;</w:t>
        <w:br/>
        <w:t>Вона ж не дивиться на нього&lt;br /&gt;</w:t>
        <w:br/>
        <w:t>і мов летить уся увись...</w:t>
      </w:r>
    </w:p>
    <w:p>
      <w:r>
        <w:br/>
        <w:t>Увись... Над нею сині очі,&lt;br /&gt;</w:t>
        <w:br/>
        <w:t>що осіяли небо все...&lt;br /&gt;</w:t>
        <w:br/>
        <w:t>"Ісус!.. Ісус!.." — вона шепоче&lt;br /&gt;</w:t>
        <w:br/>
        <w:t>й, закинувши в сльозах лице,</w:t>
      </w:r>
    </w:p>
    <w:p>
      <w:r>
        <w:br/>
        <w:t>немов летить. До ніг Іуда&lt;br /&gt;</w:t>
        <w:br/>
        <w:t>їй притуливсь. Вона ж його&lt;br /&gt;</w:t>
        <w:br/>
        <w:t>не любить і любить не буде...&lt;br /&gt;</w:t>
        <w:br/>
        <w:t>В її душі святий вогонь&lt;br /&gt;</w:t>
        <w:br/>
        <w:t>кохання вічного палає...&lt;br /&gt;</w:t>
        <w:br/>
        <w:t>Шепоче тьма: "Забудь його!"&lt;br /&gt;</w:t>
        <w:br/>
        <w:t>"Люблю... Люблю..." І тьма ридає.&lt;br /&gt;</w:t>
        <w:br/>
        <w:t>"Хто ж ти, Маріє?" —&lt;br /&gt;</w:t>
        <w:br/>
        <w:t>Питає Христос.&lt;br /&gt;</w:t>
        <w:br/>
        <w:t>"Я? Я —повія..."&lt;br /&gt;</w:t>
        <w:br/>
        <w:t>Жалами ос&lt;br /&gt;</w:t>
        <w:br/>
        <w:t>слово Ісусу&lt;br /&gt;</w:t>
        <w:br/>
        <w:t>в серце вп'ялось...</w:t>
      </w:r>
    </w:p>
    <w:p>
      <w:r>
        <w:br/>
        <w:t>"Що ж ти, повіє,&lt;br /&gt;</w:t>
        <w:br/>
        <w:t>хочеш од мене?.."&lt;br /&gt;</w:t>
        <w:br/>
        <w:t>Стукає серце&lt;br /&gt;</w:t>
        <w:br/>
        <w:t>Ісуса шалено.</w:t>
      </w:r>
    </w:p>
    <w:p>
      <w:r>
        <w:br/>
        <w:t>"Знаю тебе я...&lt;br /&gt;</w:t>
        <w:br/>
        <w:t>Знаю... Ти та,&lt;br /&gt;</w:t>
        <w:br/>
        <w:t>що прилітала&lt;br /&gt;</w:t>
        <w:br/>
        <w:t>колись... Висота&lt;br /&gt;</w:t>
        <w:br/>
        <w:t>сурмами грала.&lt;br /&gt;</w:t>
        <w:br/>
        <w:t>І з Авелем — ти..."&lt;br /&gt;</w:t>
        <w:br/>
        <w:t>Тьма заридала:&lt;br /&gt;</w:t>
        <w:br/>
        <w:t>"О Йсусе, прости!&lt;br /&gt;</w:t>
        <w:br/>
        <w:t>Бог мене грубо&lt;br /&gt;</w:t>
        <w:br/>
        <w:t>дурив, все дурив...&lt;br /&gt;</w:t>
        <w:br/>
        <w:t>Рвав мені губи,&lt;br /&gt;</w:t>
        <w:br/>
        <w:t>і янголів спів&lt;br /&gt;</w:t>
        <w:br/>
        <w:t>крик мій глушив...&lt;br /&gt;</w:t>
        <w:br/>
        <w:t>Авель?! Його я&lt;br /&gt;</w:t>
        <w:br/>
        <w:t>не хочу й знать,&lt;br /&gt;</w:t>
        <w:br/>
        <w:t>як не хотіла.&lt;br /&gt;</w:t>
        <w:br/>
        <w:t>Він чорний, мов тать...&lt;br /&gt;</w:t>
        <w:br/>
        <w:t>Крила! Де крила?&lt;br /&gt;</w:t>
        <w:br/>
        <w:t>Летім в голубе!&lt;br /&gt;</w:t>
        <w:br/>
        <w:t>Знай, я любила&lt;br /&gt;</w:t>
        <w:br/>
        <w:t>й люблю лиш тебе".&lt;br /&gt;</w:t>
        <w:br/>
        <w:t>Подивилась так ніжно й ласкаво&lt;br /&gt;</w:t>
        <w:br/>
        <w:t>і Христос похилився до трав.</w:t>
      </w:r>
    </w:p>
    <w:p>
      <w:r>
        <w:br/>
        <w:t>Зашуміли і стихнули трави...&lt;br /&gt;</w:t>
        <w:br/>
        <w:t>І од щастя Христос заридав...&lt;br /&gt;</w:t>
        <w:br/>
        <w:t>Марія&lt;br /&gt;</w:t>
        <w:br/>
        <w:t>Так що ж? Летім?&lt;br /&gt;</w:t>
        <w:br/>
        <w:t>Христос&lt;br /&gt;</w:t>
        <w:br/>
        <w:t>О ні, кохана,&lt;br /&gt;</w:t>
        <w:br/>
        <w:t>я мушу вмерти за любов,&lt;br /&gt;</w:t>
        <w:br/>
        <w:t>щоб в ній воскреснуть осіянно&lt;br /&gt;</w:t>
        <w:br/>
        <w:t>в серцях людей, щоб не схолов&lt;br /&gt;</w:t>
        <w:br/>
        <w:t>її вогонь, щоб покоління&lt;br /&gt;</w:t>
        <w:br/>
        <w:t>його несли усі вперед...</w:t>
      </w:r>
    </w:p>
    <w:p>
      <w:r>
        <w:br/>
        <w:t>І так спахнули очі сині&lt;br /&gt;</w:t>
        <w:br/>
        <w:t>й Марії серце, як стилет,&lt;br /&gt;</w:t>
        <w:br/>
        <w:t>огнем незносної любові&lt;br /&gt;</w:t>
        <w:br/>
        <w:t>вони проткнулись назавжди...&lt;br /&gt;</w:t>
        <w:br/>
        <w:t>Зоря простерла пурпурові&lt;br /&gt;</w:t>
        <w:br/>
        <w:t>на Гефсиманськії сади&lt;br /&gt;</w:t>
        <w:br/>
        <w:t>печальні руки... Груди в груди&lt;br /&gt;</w:t>
        <w:br/>
        <w:t>вони стояли... О любов!&lt;br /&gt;</w:t>
        <w:br/>
        <w:t>І що для неї тьма Ваала...&lt;br /&gt;</w:t>
        <w:br/>
        <w:t>І ледве кров не розірвала&lt;br /&gt;</w:t>
        <w:br/>
        <w:t>Марії серце... Щастя кров...</w:t>
      </w:r>
    </w:p>
    <w:p>
      <w:r>
        <w:br/>
        <w:t>Дощ... Гроза вирує...&lt;br /&gt;</w:t>
        <w:br/>
        <w:t>Що їм до тривог!..&lt;br /&gt;</w:t>
        <w:br/>
        <w:t>А вгорі лютує&lt;br /&gt;</w:t>
        <w:br/>
        <w:t>молніями Бог.</w:t>
      </w:r>
    </w:p>
    <w:p>
      <w:r>
        <w:br/>
        <w:t>Бог</w:t>
      </w:r>
    </w:p>
    <w:p>
      <w:r>
        <w:br/>
        <w:t>Ти забрав Марію?!&lt;br /&gt;</w:t>
        <w:br/>
        <w:t>Стережись!</w:t>
      </w:r>
    </w:p>
    <w:p>
      <w:r>
        <w:br/>
        <w:t>Хмари — Бога вії,&lt;br /&gt;</w:t>
        <w:br/>
        <w:t>а із них все блись!..&lt;br /&gt;</w:t>
        <w:br/>
        <w:t>Блись та блись!.. О серце,&lt;br /&gt;</w:t>
        <w:br/>
        <w:t>скільки щастя в нім!..&lt;br /&gt;</w:t>
        <w:br/>
        <w:t>І Христос сміється,&lt;br /&gt;</w:t>
        <w:br/>
        <w:t>і Марія — з ним...&lt;br /&gt;</w:t>
        <w:br/>
        <w:t>IX</w:t>
      </w:r>
    </w:p>
    <w:p>
      <w:r>
        <w:br/>
        <w:t>В кущах гасав Іуда.&lt;br /&gt;</w:t>
        <w:br/>
        <w:t>Його жалка мета —&lt;br /&gt;</w:t>
        <w:br/>
        <w:t>побачити, що буде&lt;br /&gt;</w:t>
        <w:br/>
        <w:t>в Марії і Христа.</w:t>
      </w:r>
    </w:p>
    <w:p>
      <w:r>
        <w:br/>
        <w:t>Він стежив їх так часто,&lt;br /&gt;</w:t>
        <w:br/>
        <w:t>але, сліпий дивак,&lt;br /&gt;</w:t>
        <w:br/>
        <w:t>їх огненного щастя&lt;br /&gt;</w:t>
        <w:br/>
        <w:t>не зміг уздріть ніяк.</w:t>
      </w:r>
    </w:p>
    <w:p>
      <w:r>
        <w:br/>
        <w:t>Він біг, він біг, нетяга,&lt;br /&gt;</w:t>
        <w:br/>
        <w:t>од дум ревнивих блід,&lt;br /&gt;</w:t>
        <w:br/>
        <w:t>і молнії-зигзаги&lt;br /&gt;</w:t>
        <w:br/>
        <w:t>наводили на слід.</w:t>
      </w:r>
    </w:p>
    <w:p>
      <w:r>
        <w:br/>
        <w:t>Ось тут іще зітхала&lt;br /&gt;</w:t>
        <w:br/>
        <w:t>од них в росі трава,&lt;br /&gt;</w:t>
        <w:br/>
        <w:t>як музика, звучали&lt;br /&gt;</w:t>
        <w:br/>
        <w:t>закоханих слова...</w:t>
      </w:r>
    </w:p>
    <w:p>
      <w:r>
        <w:br/>
        <w:t>В душі Іуди — грози,&lt;br /&gt;</w:t>
        <w:br/>
        <w:t>огонь гуде в крові...&lt;br /&gt;</w:t>
        <w:br/>
        <w:t>Чи роси це, чи сльози&lt;br /&gt;</w:t>
        <w:br/>
        <w:t>Марії на траві?</w:t>
      </w:r>
    </w:p>
    <w:p>
      <w:r>
        <w:br/>
        <w:t>А ось її хустина,&lt;br /&gt;</w:t>
        <w:br/>
        <w:t>вся мокра... Од роси?&lt;br /&gt;</w:t>
        <w:br/>
        <w:t>О ні!.. І вепром лине&lt;br /&gt;</w:t>
        <w:br/>
        <w:t>Іуда... "О, спаси</w:t>
      </w:r>
    </w:p>
    <w:p>
      <w:r>
        <w:br/>
        <w:t>мене від божевілля!&lt;br /&gt;</w:t>
        <w:br/>
        <w:t>Холоне в жилах кров!"&lt;br /&gt;</w:t>
        <w:br/>
        <w:t>Та марні всі зусилля...&lt;br /&gt;</w:t>
        <w:br/>
        <w:t>Не вернеться любов...</w:t>
      </w:r>
    </w:p>
    <w:p>
      <w:r>
        <w:br/>
        <w:t>А Бог із неба грима:&lt;br /&gt;</w:t>
        <w:br/>
        <w:t>"Верни її! Верни!"&lt;br /&gt;</w:t>
        <w:br/>
        <w:t>Та сила незборима&lt;br /&gt;</w:t>
        <w:br/>
        <w:t>в любові!.. Зла сини,&lt;br /&gt;</w:t>
        <w:br/>
        <w:t>сини усього злого,&lt;br /&gt;</w:t>
        <w:br/>
        <w:t>що в небі й на землі...&lt;br /&gt;</w:t>
        <w:br/>
        <w:t>Ведуть вас в тьму дороги,&lt;br /&gt;</w:t>
        <w:br/>
        <w:t>потвори зради злі!..</w:t>
      </w:r>
    </w:p>
    <w:p>
      <w:r>
        <w:br/>
        <w:t>І всі ви, як і Юда,&lt;br /&gt;</w:t>
        <w:br/>
        <w:t>чи Авель, чи Датан,&lt;br /&gt;</w:t>
        <w:br/>
        <w:t>в огні Страшного суду&lt;br /&gt;</w:t>
        <w:br/>
        <w:t>загинете від ран,</w:t>
      </w:r>
    </w:p>
    <w:p>
      <w:r>
        <w:br/>
        <w:t>полинете в безодні&lt;br /&gt;</w:t>
        <w:br/>
        <w:t>з небесних верховин...&lt;br /&gt;</w:t>
        <w:br/>
        <w:t>Ви чуєте — й сьогодні&lt;br /&gt;</w:t>
        <w:br/>
        <w:t>погребний кари дзвін...</w:t>
      </w:r>
    </w:p>
    <w:p>
      <w:r>
        <w:br/>
        <w:t>Запінений Іуда&lt;br /&gt;</w:t>
        <w:br/>
        <w:t>захекався...Од пін&lt;br /&gt;</w:t>
        <w:br/>
        <w:t>йому біліють груди...&lt;br /&gt;</w:t>
        <w:br/>
        <w:t>Упав, не диха він...</w:t>
      </w:r>
    </w:p>
    <w:p>
      <w:r>
        <w:br/>
        <w:t>І довго без зітхання&lt;br /&gt;</w:t>
        <w:br/>
        <w:t>лежав, страшний, блідий...&lt;br /&gt;</w:t>
        <w:br/>
        <w:t>Пекельного страждання&lt;br /&gt;</w:t>
        <w:br/>
        <w:t>загусла кров з-під вій...</w:t>
      </w:r>
    </w:p>
    <w:p>
      <w:r>
        <w:br/>
        <w:t>Марія</w:t>
      </w:r>
    </w:p>
    <w:p>
      <w:r>
        <w:br/>
        <w:t>Спіймай мене!</w:t>
      </w:r>
    </w:p>
    <w:p>
      <w:r>
        <w:br/>
        <w:t>Як пташка,&lt;br /&gt;</w:t>
        <w:br/>
        <w:t>вона поміж дерев&lt;br /&gt;</w:t>
        <w:br/>
        <w:t>біжить... Хтось диха тяжко.&lt;br /&gt;</w:t>
        <w:br/>
        <w:t>І раптом дикий рев</w:t>
      </w:r>
    </w:p>
    <w:p>
      <w:r>
        <w:br/>
        <w:t>мов розірвав тумани&lt;br /&gt;</w:t>
        <w:br/>
        <w:t>блаженства й дивних мрій...&lt;br /&gt;</w:t>
        <w:br/>
        <w:t>Марія&lt;br /&gt;</w:t>
        <w:br/>
        <w:t>Іуда?&lt;br /&gt;</w:t>
        <w:br/>
        <w:t>Іуда&lt;br /&gt;</w:t>
        <w:br/>
        <w:t>Я, кохана,&lt;br /&gt;</w:t>
        <w:br/>
        <w:t>безсмертний друже мій!&lt;br /&gt;</w:t>
        <w:br/>
        <w:t>Марія</w:t>
      </w:r>
    </w:p>
    <w:p>
      <w:r>
        <w:br/>
        <w:t>Не друг тобі й ніколи&lt;br /&gt;</w:t>
        <w:br/>
        <w:t>не йти разом!&lt;br /&gt;</w:t>
        <w:br/>
        <w:t>Поглянь!..&lt;br /&gt;</w:t>
        <w:br/>
        <w:t>Од сяйва коло&lt;br /&gt;</w:t>
        <w:br/>
        <w:t>над Сусовим чолом&lt;br /&gt;</w:t>
        <w:br/>
        <w:t>все ближче, ближче, ближче&lt;br /&gt;</w:t>
        <w:br/>
        <w:t>"Маріє!" — чути крик...&lt;br /&gt;</w:t>
        <w:br/>
        <w:t>Стає все нижче, нижче&lt;br /&gt;</w:t>
        <w:br/>
        <w:t>Іуда й раптом — зник...</w:t>
      </w:r>
    </w:p>
    <w:p>
      <w:r>
        <w:br/>
        <w:t>Христос</w:t>
      </w:r>
    </w:p>
    <w:p>
      <w:r>
        <w:br/>
        <w:t>Туди йому й дорога.&lt;br /&gt;</w:t>
        <w:br/>
        <w:t>Та знаю, що мене&lt;br /&gt;</w:t>
        <w:br/>
        <w:t>віддасть катам він. Бога&lt;br /&gt;</w:t>
        <w:br/>
        <w:t>слуга він. Це жахне&lt;br /&gt;</w:t>
        <w:br/>
        <w:t>створіння зради й блуду,&lt;br /&gt;</w:t>
        <w:br/>
        <w:t>із янголів отих,&lt;br /&gt;</w:t>
        <w:br/>
        <w:t>що полетять в нікуди&lt;br /&gt;</w:t>
        <w:br/>
        <w:t>од наших сил святих...</w:t>
      </w:r>
    </w:p>
    <w:p>
      <w:r>
        <w:br/>
        <w:t>Так буде, буде, люба!&lt;br /&gt;</w:t>
        <w:br/>
        <w:t>Ми будемо удвох!..</w:t>
      </w:r>
    </w:p>
    <w:p>
      <w:r>
        <w:br/>
        <w:t>Стоять. І губи — в губи...&lt;br /&gt;</w:t>
        <w:br/>
        <w:t>І плаче з горя Бог,&lt;br /&gt;</w:t>
        <w:br/>
        <w:t>дощем холодним плаче,&lt;br /&gt;</w:t>
        <w:br/>
        <w:t>скупим, дрібним і злим...&lt;br /&gt;</w:t>
        <w:br/>
        <w:t>"Пождіть!.. Я вам віддячу!.."&lt;br /&gt;</w:t>
        <w:br/>
        <w:t>зітхає дальній грій...</w:t>
      </w:r>
    </w:p>
    <w:p>
      <w:r>
        <w:br/>
        <w:t>X</w:t>
      </w:r>
    </w:p>
    <w:p>
      <w:r>
        <w:br/>
        <w:t>Прийшов до учнів Христа&lt;br /&gt;</w:t>
        <w:br/>
        <w:t>один.&lt;br /&gt;</w:t>
        <w:br/>
        <w:t>"Де Йсус?" — прохально пита&lt;br /&gt;</w:t>
        <w:br/>
        <w:t>він.&lt;br /&gt;</w:t>
        <w:br/>
        <w:t>"Нащо тобі Йсус?" —&lt;br /&gt;</w:t>
        <w:br/>
        <w:t>питає один...&lt;br /&gt;</w:t>
        <w:br/>
        <w:t>(Голос — як храму дзвін...)&lt;br /&gt;</w:t>
        <w:br/>
        <w:t>"Я теж, як і він,&lt;br /&gt;</w:t>
        <w:br/>
        <w:t>Богів син".&lt;br /&gt;</w:t>
        <w:br/>
        <w:t>"Син?"&lt;br /&gt;</w:t>
        <w:br/>
        <w:t>"Я — з палестинських долин".&lt;br /&gt;</w:t>
        <w:br/>
        <w:t>"А як тебе звать?"&lt;br /&gt;</w:t>
        <w:br/>
        <w:t>"Одвіт даю".&lt;br /&gt;</w:t>
        <w:br/>
        <w:t>(Входить Христос.)</w:t>
      </w:r>
    </w:p>
    <w:p>
      <w:r>
        <w:br/>
        <w:t>Христос</w:t>
      </w:r>
    </w:p>
    <w:p>
      <w:r>
        <w:br/>
        <w:t>Іудою.</w:t>
      </w:r>
    </w:p>
    <w:p>
      <w:r>
        <w:br/>
        <w:t>І наче прорізало щось&lt;br /&gt;</w:t>
        <w:br/>
        <w:t>між учнями Христа...&lt;br /&gt;</w:t>
        <w:br/>
        <w:t>І їм здалось: Христа вуста&lt;br /&gt;</w:t>
        <w:br/>
        <w:t>здригнулися чогось...</w:t>
      </w:r>
    </w:p>
    <w:p>
      <w:r>
        <w:br/>
        <w:t>По кругу чаша золота&lt;br /&gt;</w:t>
        <w:br/>
        <w:t>все ходить. Учні п'ють.&lt;br /&gt;</w:t>
        <w:br/>
        <w:t>Мовчить Христос. Бліді вуста,&lt;br /&gt;</w:t>
        <w:br/>
        <w:t>в очах страждання муть...</w:t>
      </w:r>
    </w:p>
    <w:p>
      <w:r>
        <w:br/>
        <w:t>Іуда</w:t>
      </w:r>
    </w:p>
    <w:p>
      <w:r>
        <w:br/>
        <w:t>Прийми мене в твою сім'ю.&lt;br /&gt;</w:t>
        <w:br/>
        <w:t>Я буду — як твій брат.&lt;br /&gt;</w:t>
        <w:br/>
        <w:t>Ти бачиш цю сльозу мою?!&lt;br /&gt;</w:t>
        <w:br/>
        <w:t>Я, як і ти, — крилат.</w:t>
      </w:r>
    </w:p>
    <w:p>
      <w:r>
        <w:br/>
        <w:t>Учні</w:t>
      </w:r>
    </w:p>
    <w:p>
      <w:r>
        <w:br/>
        <w:t>Та крила в тебе щось не ті...&lt;br /&gt;</w:t>
        <w:br/>
        <w:t>Вони — мов жала лютих ос...&lt;br /&gt;</w:t>
        <w:br/>
        <w:t>З тобою в нас не 'дні путі...&lt;br /&gt;</w:t>
        <w:br/>
        <w:t>"Ти — наш", — сказав Христос. —&lt;br /&gt;</w:t>
        <w:br/>
        <w:t>"На, випий!"</w:t>
      </w:r>
    </w:p>
    <w:p>
      <w:r>
        <w:br/>
        <w:t>Чашу золоту&lt;br /&gt;</w:t>
        <w:br/>
        <w:t>дає рука Христа,&lt;br /&gt;</w:t>
        <w:br/>
        <w:t>й Іуда (серце: тук, ту-ту)&lt;br /&gt;</w:t>
        <w:br/>
        <w:t>в ній обмочив уста.</w:t>
      </w:r>
    </w:p>
    <w:p>
      <w:r>
        <w:br/>
        <w:t>Щось тихо йокнуло в груді&lt;br /&gt;</w:t>
        <w:br/>
        <w:t>у всіх чи, мо здалось...&lt;br /&gt;</w:t>
        <w:br/>
        <w:t>І учні п'ють, бліді-бліді...&lt;br /&gt;</w:t>
        <w:br/>
        <w:t>І мовчки п'є Христос...</w:t>
      </w:r>
    </w:p>
    <w:p>
      <w:r>
        <w:br/>
        <w:t>Він п'є, а чаша вся сія,&lt;br /&gt;</w:t>
        <w:br/>
        <w:t>мов з зоряних заграв...&lt;br /&gt;</w:t>
        <w:br/>
        <w:t>"Це — кров, це — кров, це — кров моя..."&lt;br /&gt;</w:t>
        <w:br/>
        <w:t>він тихо проказав.&lt;br /&gt;</w:t>
        <w:br/>
        <w:t>І встав. І встали мовчки всі.</w:t>
      </w:r>
    </w:p>
    <w:p>
      <w:r>
        <w:br/>
        <w:t>Сивіла ночі тьма...&lt;br /&gt;</w:t>
        <w:br/>
        <w:t>І квіти плавали в росі...&lt;br /&gt;</w:t>
        <w:br/>
        <w:t>Христос&lt;br /&gt;</w:t>
        <w:br/>
        <w:t>Іуда де?&lt;br /&gt;</w:t>
        <w:br/>
        <w:t>Учні&lt;br /&gt;</w:t>
        <w:br/>
        <w:t>Нема.&lt;br /&gt;</w:t>
        <w:br/>
        <w:t>XI&lt;br /&gt;</w:t>
        <w:br/>
        <w:t>У залі злотній і дзвінкій&lt;br /&gt;</w:t>
        <w:br/>
        <w:t>од холоду та блиску&lt;br /&gt;</w:t>
        <w:br/>
        <w:t>первосвященик Анна з вій&lt;br /&gt;</w:t>
        <w:br/>
        <w:t>сльозу змахнув і низько</w:t>
      </w:r>
    </w:p>
    <w:p>
      <w:r>
        <w:br/>
        <w:t>в задумі голову схилив&lt;br /&gt;</w:t>
        <w:br/>
        <w:t>і слухає Іуду.</w:t>
      </w:r>
    </w:p>
    <w:p>
      <w:r>
        <w:br/>
        <w:t>Іуда</w:t>
      </w:r>
    </w:p>
    <w:p>
      <w:r>
        <w:br/>
        <w:t>Він підійма народу гнів&lt;br /&gt;</w:t>
        <w:br/>
        <w:t>до бурі... Стане слизько&lt;br /&gt;</w:t>
        <w:br/>
        <w:t>скрізь од єврейської крові...&lt;br /&gt;</w:t>
        <w:br/>
        <w:t>В нерівні кине він бої</w:t>
      </w:r>
    </w:p>
    <w:p>
      <w:r>
        <w:br/>
        <w:t>народ Ізраїлю... "Святий?!" —&lt;br /&gt;</w:t>
        <w:br/>
        <w:t>сказали всі. "Нічого!&lt;br /&gt;</w:t>
        <w:br/>
        <w:t>Не кинуть же народ у гній&lt;br /&gt;</w:t>
        <w:br/>
        <w:t>з-за одного святого!&lt;br /&gt;</w:t>
        <w:br/>
        <w:t>Хай краще згине сам святий,&lt;br /&gt;</w:t>
        <w:br/>
        <w:t>ніж весь народ — за нього.&lt;br /&gt;</w:t>
        <w:br/>
        <w:t>Рим вимагає..."&lt;br /&gt;</w:t>
        <w:br/>
        <w:t>Ну?</w:t>
      </w:r>
    </w:p>
    <w:p>
      <w:r>
        <w:br/>
        <w:t>Іуда</w:t>
      </w:r>
    </w:p>
    <w:p>
      <w:r>
        <w:br/>
        <w:t>Схопить&lt;br /&gt;</w:t>
        <w:br/>
        <w:t>його! А де? Я знаю...</w:t>
      </w:r>
    </w:p>
    <w:p>
      <w:r>
        <w:br/>
        <w:t>Іуди очі, наче мідь,&lt;br /&gt;</w:t>
        <w:br/>
        <w:t>в них лють кипить безкрая...&lt;br /&gt;</w:t>
        <w:br/>
        <w:t>Вхопив він бороду руду&lt;br /&gt;</w:t>
        <w:br/>
        <w:t>у вузлувату руку:</w:t>
      </w:r>
    </w:p>
    <w:p>
      <w:r>
        <w:br/>
        <w:t>"У Гефсиманському саду&lt;br /&gt;</w:t>
        <w:br/>
        <w:t>він молиться і любить&lt;br /&gt;</w:t>
        <w:br/>
        <w:t>гулять з одною..."</w:t>
      </w:r>
    </w:p>
    <w:p>
      <w:r>
        <w:br/>
        <w:t>Анна</w:t>
      </w:r>
    </w:p>
    <w:p>
      <w:r>
        <w:br/>
        <w:t>Хто вона?&lt;br /&gt;</w:t>
        <w:br/>
        <w:t>Шепочуть Йуди губи&lt;br /&gt;</w:t>
        <w:br/>
        <w:t>незрозуміле щось.&lt;br /&gt;</w:t>
        <w:br/>
        <w:t>Іуда&lt;br /&gt;</w:t>
        <w:br/>
        <w:t>Одна...&lt;br /&gt;</w:t>
        <w:br/>
        <w:t>Анна&lt;br /&gt;</w:t>
        <w:br/>
        <w:t>Ім'я! Ім'я! Скажи ім'я!&lt;br /&gt;</w:t>
        <w:br/>
        <w:t>Кохана чи дружина?</w:t>
      </w:r>
    </w:p>
    <w:p>
      <w:r>
        <w:br/>
        <w:t>Іуда</w:t>
      </w:r>
    </w:p>
    <w:p>
      <w:r>
        <w:br/>
        <w:t>Вона колишняя моя&lt;br /&gt;</w:t>
        <w:br/>
        <w:t>Марія-Магдалина...&lt;br /&gt;</w:t>
        <w:br/>
        <w:t>Його ти з ревнощів віддать&lt;br /&gt;</w:t>
        <w:br/>
        <w:t>катам на муки хочеш?</w:t>
      </w:r>
    </w:p>
    <w:p>
      <w:r>
        <w:br/>
        <w:t>Стоїть Іуда, ночі тать,&lt;br /&gt;</w:t>
        <w:br/>
        <w:t>і смерті повні очі...</w:t>
      </w:r>
    </w:p>
    <w:p>
      <w:r>
        <w:br/>
        <w:t>Іуда&lt;br /&gt;</w:t>
        <w:br/>
        <w:t>Ні! З любові! Тридцять три&lt;br /&gt;</w:t>
        <w:br/>
        <w:t>я срібники бажаю&lt;br /&gt;</w:t>
        <w:br/>
        <w:t>за нього.&lt;br /&gt;</w:t>
        <w:br/>
        <w:t>Анна&lt;br /&gt;</w:t>
        <w:br/>
        <w:t>Чому тридцять три?..&lt;br /&gt;</w:t>
        <w:br/>
        <w:t>Іуда&lt;br /&gt;</w:t>
        <w:br/>
        <w:t>Йому ж бо стільки років.&lt;br /&gt;</w:t>
        <w:br/>
        <w:t>За кожний рік його.</w:t>
      </w:r>
    </w:p>
    <w:p>
      <w:r>
        <w:br/>
        <w:t>Анна</w:t>
      </w:r>
    </w:p>
    <w:p>
      <w:r>
        <w:br/>
        <w:t>Бери!&lt;br /&gt;</w:t>
        <w:br/>
        <w:t>Дзвін срібла рушить спокій...&lt;br /&gt;</w:t>
        <w:br/>
        <w:t>Ах, то не срібло... Дзвонить кров&lt;br /&gt;</w:t>
        <w:br/>
        <w:t>у жилах злих Іуди...&lt;br /&gt;</w:t>
        <w:br/>
        <w:t>Анна&lt;br /&gt;</w:t>
        <w:br/>
        <w:t>Дешева щось твоя любов...&lt;br /&gt;</w:t>
        <w:br/>
        <w:t>Іуда&lt;br /&gt;</w:t>
        <w:br/>
        <w:t>Я жить по нім не буду.&lt;br /&gt;</w:t>
        <w:br/>
        <w:t>Я знаю це, я чую це...&lt;br /&gt;</w:t>
        <w:br/>
        <w:t>Рве кашель рижі груди,&lt;br /&gt;</w:t>
        <w:br/>
        <w:t>і волохатеє лице&lt;br /&gt;</w:t>
        <w:br/>
        <w:t>аж труситься в Іуди...&lt;br /&gt;</w:t>
        <w:br/>
        <w:t>Він — як горила... Мов угруз&lt;br /&gt;</w:t>
        <w:br/>
        <w:t>в підлоги чорні плити...</w:t>
      </w:r>
    </w:p>
    <w:p>
      <w:r>
        <w:br/>
        <w:t>Анна</w:t>
      </w:r>
    </w:p>
    <w:p>
      <w:r>
        <w:br/>
        <w:t>О Боже правий, Боже мій,&lt;br /&gt;</w:t>
        <w:br/>
        <w:t>як тяжко в світі жити!&lt;br /&gt;</w:t>
        <w:br/>
        <w:t>Як тяжко смерті віддавать&lt;br /&gt;</w:t>
        <w:br/>
        <w:t>святе дитя любові!..&lt;br /&gt;</w:t>
        <w:br/>
        <w:t>Він — світло. Ми є ночі тать,&lt;br /&gt;</w:t>
        <w:br/>
        <w:t>ми — тіні зимнокрові.&lt;br /&gt;</w:t>
        <w:br/>
        <w:t>Та треба. Треба. Знаю я,&lt;br /&gt;</w:t>
        <w:br/>
        <w:t>хоч і слуга Ваала.&lt;br /&gt;</w:t>
        <w:br/>
        <w:t>Що меч над нами вже сія,&lt;br /&gt;</w:t>
        <w:br/>
        <w:t>той меч не із металу,&lt;br /&gt;</w:t>
        <w:br/>
        <w:t>а з того вічного вогню,&lt;br /&gt;</w:t>
        <w:br/>
        <w:t>що пожене в безодні&lt;br /&gt;</w:t>
        <w:br/>
        <w:t>нас у останньому бою,&lt;br /&gt;</w:t>
        <w:br/>
        <w:t>хоч зверху ми сьогодні...&lt;br /&gt;</w:t>
        <w:br/>
        <w:t>Та що є верх і що є низ?&lt;br /&gt;</w:t>
        <w:br/>
        <w:t>Я знаю: верх є комунізм,&lt;br /&gt;</w:t>
        <w:br/>
        <w:t>який гряде... Я чую...&lt;br /&gt;</w:t>
        <w:br/>
        <w:t>Ваал! У скреготі заліз&lt;br /&gt;</w:t>
        <w:br/>
        <w:t>під нами "низ" вирує.&lt;br /&gt;</w:t>
        <w:br/>
        <w:t>Вони є верх, а ми є низ.&lt;br /&gt;</w:t>
        <w:br/>
        <w:t>Помилуй мя, о Боже!&lt;br /&gt;</w:t>
        <w:br/>
        <w:t>Іуда&lt;br /&gt;</w:t>
        <w:br/>
        <w:t>Та хто ж є Бог? Ваал?!&lt;br /&gt;</w:t>
        <w:br/>
        <w:t>Анна&lt;br /&gt;</w:t>
        <w:br/>
        <w:t>Не він...&lt;br /&gt;</w:t>
        <w:br/>
        <w:t>Іуда&lt;br /&gt;</w:t>
        <w:br/>
        <w:t>Христос?!&lt;br /&gt;</w:t>
        <w:br/>
        <w:t>Анна&lt;br /&gt;</w:t>
        <w:br/>
        <w:t>Христос — син Божий!&lt;br /&gt;</w:t>
        <w:br/>
        <w:t>Іуда&lt;br /&gt;</w:t>
        <w:br/>
        <w:t>А хто ж є Бог? З яких висот&lt;br /&gt;</w:t>
        <w:br/>
        <w:t>керує він живими?&lt;br /&gt;</w:t>
        <w:br/>
        <w:t>Анна&lt;br /&gt;</w:t>
        <w:br/>
        <w:t>Дурний, дурний...&lt;br /&gt;</w:t>
        <w:br/>
        <w:t>Іуда&lt;br /&gt;</w:t>
        <w:br/>
        <w:t>Хто ж Бог?&lt;br /&gt;</w:t>
        <w:br/>
        <w:t>Анна&lt;br /&gt;</w:t>
        <w:br/>
        <w:t>Народ.&lt;br /&gt;</w:t>
        <w:br/>
        <w:t>Комуна — йому ім'я.&lt;br /&gt;</w:t>
        <w:br/>
        <w:t>Іуда&lt;br /&gt;</w:t>
        <w:br/>
        <w:t>Хто ж я?&lt;br /&gt;</w:t>
        <w:br/>
        <w:t>Анна&lt;br /&gt;</w:t>
        <w:br/>
        <w:t>Хто ти? Ти янгол тьми,&lt;br /&gt;</w:t>
        <w:br/>
        <w:t>сліпий слуга Ваала.</w:t>
      </w:r>
    </w:p>
    <w:p>
      <w:r>
        <w:br/>
        <w:t>Іуда</w:t>
      </w:r>
    </w:p>
    <w:p>
      <w:r>
        <w:br/>
        <w:t>І я. Лиш не сліпий.&lt;br /&gt;</w:t>
        <w:br/>
        <w:t>Іуда&lt;br /&gt;</w:t>
        <w:br/>
        <w:t>Як темно мені стало.&lt;br /&gt;</w:t>
        <w:br/>
        <w:t>О Анно, Анно!.. Де ти? Де?</w:t>
      </w:r>
    </w:p>
    <w:p>
      <w:r>
        <w:br/>
        <w:t>Стоїть в саду Іуда...&lt;br /&gt;</w:t>
        <w:br/>
        <w:t>Обличчя місяця бліде&lt;br /&gt;</w:t>
        <w:br/>
        <w:t>немов летить в нікуди&lt;br /&gt;</w:t>
        <w:br/>
        <w:t>І з ним — Іуда...</w:t>
      </w:r>
    </w:p>
    <w:p>
      <w:r>
        <w:br/>
        <w:t>Іуда&lt;br /&gt;</w:t>
        <w:br/>
        <w:t>(кричить)</w:t>
      </w:r>
    </w:p>
    <w:p>
      <w:r>
        <w:br/>
        <w:t>О, рятуй!&lt;br /&gt;</w:t>
        <w:br/>
        <w:t>Рятуй мене, Ваале!&lt;br /&gt;</w:t>
        <w:br/>
        <w:t>Ваал&lt;br /&gt;</w:t>
        <w:br/>
        <w:t>Іди! Його ти поцілуй...&lt;br /&gt;</w:t>
        <w:br/>
        <w:t>Це — знак. І смерті жало&lt;br /&gt;</w:t>
        <w:br/>
        <w:t>його протне.</w:t>
      </w:r>
    </w:p>
    <w:p>
      <w:r>
        <w:br/>
        <w:t>Іуда&lt;br /&gt;</w:t>
        <w:br/>
        <w:t>О, хто ти?&lt;br /&gt;</w:t>
        <w:br/>
        <w:t>Ваал&lt;br /&gt;</w:t>
        <w:br/>
        <w:t>Бог.&lt;br /&gt;</w:t>
        <w:br/>
        <w:t>Іуда&lt;br /&gt;</w:t>
        <w:br/>
        <w:t>А Анна зве Ваалом.&lt;br /&gt;</w:t>
        <w:br/>
        <w:t>Я пітьми золотий чертог,&lt;br /&gt;</w:t>
        <w:br/>
        <w:t>не знаю я земних тривог.&lt;br /&gt;</w:t>
        <w:br/>
        <w:t>На троні, я на троні.&lt;br /&gt;</w:t>
        <w:br/>
        <w:t>Іуда&lt;br /&gt;</w:t>
        <w:br/>
        <w:t>Так ти не Бог?&lt;br /&gt;</w:t>
        <w:br/>
        <w:t>Ваал&lt;br /&gt;</w:t>
        <w:br/>
        <w:t>Я Бог, я — Бог.&lt;br /&gt;</w:t>
        <w:br/>
        <w:t>Іуда&lt;br /&gt;</w:t>
        <w:br/>
        <w:t>А янголи червоні?!&lt;br /&gt;</w:t>
        <w:br/>
        <w:t>Ваал&lt;br /&gt;</w:t>
        <w:br/>
        <w:t>Ні, чорні, чорні.&lt;br /&gt;</w:t>
        <w:br/>
        <w:t>Іуда&lt;br /&gt;</w:t>
        <w:br/>
        <w:t>Од журби&lt;br /&gt;</w:t>
        <w:br/>
        <w:t>вони колись зчорніли...&lt;br /&gt;</w:t>
        <w:br/>
        <w:t>а зараз крила в них...</w:t>
      </w:r>
    </w:p>
    <w:p>
      <w:r>
        <w:br/>
        <w:t>Ваал</w:t>
      </w:r>
    </w:p>
    <w:p>
      <w:r>
        <w:br/>
        <w:t>Раби!&lt;br /&gt;</w:t>
        <w:br/>
        <w:t>Як сміли, о, як сміли&lt;br /&gt;</w:t>
        <w:br/>
        <w:t>вони червоними стать знов!..</w:t>
      </w:r>
    </w:p>
    <w:p>
      <w:r>
        <w:br/>
        <w:t>Іуда&lt;br /&gt;</w:t>
        <w:br/>
        <w:t>їх залива Христова кров,&lt;br /&gt;</w:t>
        <w:br/>
        <w:t>хоч він ще не розп'ятий.&lt;br /&gt;</w:t>
        <w:br/>
        <w:t>Він каже, що несе любов,&lt;br /&gt;</w:t>
        <w:br/>
        <w:t>що ж ми несем, о тату?&lt;br /&gt;</w:t>
        <w:br/>
        <w:t>Ваал&lt;br /&gt;</w:t>
        <w:br/>
        <w:t>Що? Що? Іди! Не пащекуй...&lt;br /&gt;</w:t>
        <w:br/>
        <w:t>Іуда&lt;br /&gt;</w:t>
        <w:br/>
        <w:t>Кричать... "Ісаія, лікуй!"&lt;br /&gt;</w:t>
        <w:br/>
        <w:t>Ідуть... Летять їх хори —&lt;br /&gt;</w:t>
        <w:br/>
        <w:t>о що це, що...&lt;br /&gt;</w:t>
        <w:br/>
        <w:t>Ваал&lt;br /&gt;</w:t>
        <w:br/>
        <w:t>Мотори...&lt;br /&gt;</w:t>
        <w:br/>
        <w:t>їх легіони, їм нема&lt;br /&gt;</w:t>
        <w:br/>
        <w:t>ні ліку, ані краю.&lt;br /&gt;</w:t>
        <w:br/>
        <w:t>Іуда&lt;br /&gt;</w:t>
        <w:br/>
        <w:t>Так хто ж вони? Хто ми?&lt;br /&gt;</w:t>
        <w:br/>
        <w:t>Ваал&lt;br /&gt;</w:t>
        <w:br/>
        <w:t>Ми — тьма.&lt;br /&gt;</w:t>
        <w:br/>
        <w:t>Вони всі — адонаї.&lt;br /&gt;</w:t>
        <w:br/>
        <w:t>А вітер в сурму: "Ду-ду-ду..."&lt;br /&gt;</w:t>
        <w:br/>
        <w:t>Іуда&lt;br /&gt;</w:t>
        <w:br/>
        <w:t>Куди ж ми?&lt;br /&gt;</w:t>
        <w:br/>
        <w:t>Вітер&lt;br /&gt;</w:t>
        <w:br/>
        <w:t>У нікуди!..&lt;br /&gt;</w:t>
        <w:br/>
        <w:t>У Гефсиманському саду</w:t>
      </w:r>
    </w:p>
    <w:p>
      <w:r>
        <w:br/>
        <w:t>ридає тінь Іуди...&lt;br /&gt;</w:t>
        <w:br/>
        <w:t>Та от замовк ридання грім...&lt;br /&gt;</w:t>
        <w:br/>
        <w:t>Іуда&lt;br /&gt;</w:t>
        <w:br/>
        <w:t>Так треба, о так треба...&lt;br /&gt;</w:t>
        <w:br/>
        <w:t>Хоч і піду я у ніде,&lt;br /&gt;</w:t>
        <w:br/>
        <w:t>й мені на голову впаде,&lt;br /&gt;</w:t>
        <w:br/>
        <w:t>як меч, віків ганеба.&lt;br /&gt;</w:t>
        <w:br/>
        <w:t>Його люблю я, не її...&lt;br /&gt;</w:t>
        <w:br/>
        <w:t>Ах, і її люблю я...&lt;br /&gt;</w:t>
        <w:br/>
        <w:t>О, плачте, плачте, солов'ї,&lt;br /&gt;</w:t>
        <w:br/>
        <w:t>душа моя вирує...&lt;br /&gt;</w:t>
        <w:br/>
        <w:t>Він хоче так. На жертву він&lt;br /&gt;</w:t>
        <w:br/>
        <w:t>іде в ім'я любові,&lt;br /&gt;</w:t>
        <w:br/>
        <w:t>Комуни син, народу син.&lt;br /&gt;</w:t>
        <w:br/>
        <w:t>З його святої крові,&lt;br /&gt;</w:t>
        <w:br/>
        <w:t>що зросить поколінням путь,&lt;br /&gt;</w:t>
        <w:br/>
        <w:t>як стяги пурпурові,&lt;br /&gt;</w:t>
        <w:br/>
        <w:t>мільйони янголів зростуть&lt;br /&gt;</w:t>
        <w:br/>
        <w:t>з його святої крові...&lt;br /&gt;</w:t>
        <w:br/>
        <w:t>Христос&lt;br /&gt;</w:t>
        <w:br/>
        <w:t>Іди!&lt;br /&gt;</w:t>
        <w:br/>
        <w:t>Іуда&lt;br /&gt;</w:t>
        <w:br/>
        <w:t>Куди?&lt;br /&gt;</w:t>
        <w:br/>
        <w:t>Христос&lt;br /&gt;</w:t>
        <w:br/>
        <w:t>У лють,&lt;br /&gt;</w:t>
        <w:br/>
        <w:t>що з бронзи в них мечі є.&lt;br /&gt;</w:t>
        <w:br/>
        <w:t>Іуда&lt;br /&gt;</w:t>
        <w:br/>
        <w:t>Не можу.</w:t>
      </w:r>
    </w:p>
    <w:p>
      <w:r>
        <w:br/>
        <w:t>Христос</w:t>
      </w:r>
    </w:p>
    <w:p>
      <w:r>
        <w:br/>
        <w:t>Йди!</w:t>
      </w:r>
    </w:p>
    <w:p>
      <w:r>
        <w:br/>
        <w:t>Іуда</w:t>
      </w:r>
    </w:p>
    <w:p>
      <w:r>
        <w:br/>
        <w:t>У жуть?..&lt;br /&gt;</w:t>
        <w:br/>
        <w:t>Помилуй мя, Месіє!</w:t>
      </w:r>
    </w:p>
    <w:p>
      <w:r>
        <w:br/>
        <w:t>Іуда зник. У морі сліз&lt;br /&gt;</w:t>
        <w:br/>
        <w:t>мір'ядно небо грає.&lt;br /&gt;</w:t>
        <w:br/>
        <w:t>Христос неначе в зорі вріс,&lt;br /&gt;</w:t>
        <w:br/>
        <w:t>йому ні дна, ні краю...</w:t>
      </w:r>
    </w:p>
    <w:p>
      <w:r>
        <w:br/>
        <w:t>Його чоло поміж заграв&lt;br /&gt;</w:t>
        <w:br/>
        <w:t>над зорями сіяє...&lt;br /&gt;</w:t>
        <w:br/>
        <w:t>І знову він Людина став,&lt;br /&gt;</w:t>
        <w:br/>
        <w:t>і тяжко так ридає...&lt;br /&gt;</w:t>
        <w:br/>
        <w:t>Марія&lt;br /&gt;</w:t>
        <w:br/>
        <w:t>Чого ти плачеш?&lt;br /&gt;</w:t>
        <w:br/>
        <w:t>Христос&lt;br /&gt;</w:t>
        <w:br/>
        <w:t>Це не я...&lt;br /&gt;</w:t>
        <w:br/>
        <w:t>Це вітер між кущами...</w:t>
      </w:r>
    </w:p>
    <w:p>
      <w:r>
        <w:br/>
        <w:t>І він обняв її ("Моя!..")&lt;br /&gt;</w:t>
        <w:br/>
        <w:t>лілейними руками...</w:t>
      </w:r>
    </w:p>
    <w:p>
      <w:r>
        <w:br/>
        <w:t>XII</w:t>
      </w:r>
    </w:p>
    <w:p>
      <w:r>
        <w:br/>
        <w:t>Нема між ними юнок,&lt;br /&gt;</w:t>
        <w:br/>
        <w:t>хвилини, як літа...&lt;br /&gt;</w:t>
        <w:br/>
        <w:t>І Юди поцілунок&lt;br /&gt;</w:t>
        <w:br/>
        <w:t>Учителя вуста</w:t>
      </w:r>
    </w:p>
    <w:p>
      <w:r>
        <w:br/>
        <w:t>уже обпік жагуче...&lt;br /&gt;</w:t>
        <w:br/>
        <w:t>Заснули учні... Ніч...&lt;br /&gt;</w:t>
        <w:br/>
        <w:t>Лиш Юда, наче туча,&lt;br /&gt;</w:t>
        <w:br/>
        <w:t>з Христа не зводить віч...</w:t>
      </w:r>
    </w:p>
    <w:p>
      <w:r>
        <w:br/>
        <w:t>Христос</w:t>
      </w:r>
    </w:p>
    <w:p>
      <w:r>
        <w:br/>
        <w:t>Заснули. От герої!&lt;br /&gt;</w:t>
        <w:br/>
        <w:t>Ця ніч, немов мара...&lt;br /&gt;</w:t>
        <w:br/>
        <w:t>Я чую брязкіт зброї&lt;br /&gt;</w:t>
        <w:br/>
        <w:t>і кроки... Йдуть... Пора...</w:t>
      </w:r>
    </w:p>
    <w:p>
      <w:r>
        <w:br/>
        <w:t>Іуда</w:t>
      </w:r>
    </w:p>
    <w:p>
      <w:r>
        <w:br/>
        <w:t>Не пізно ще, о Йсусе!&lt;br /&gt;</w:t>
        <w:br/>
        <w:t>Я, мов в аду, горю.&lt;br /&gt;</w:t>
        <w:br/>
        <w:t>За тебе, я клянуся,&lt;br /&gt;</w:t>
        <w:br/>
        <w:t>жандармів обдурю.</w:t>
      </w:r>
    </w:p>
    <w:p>
      <w:r>
        <w:br/>
        <w:t>Віддам і нерви, й жили,&lt;br /&gt;</w:t>
        <w:br/>
        <w:t>умру за тебе я.&lt;br /&gt;</w:t>
        <w:br/>
        <w:t>Тікай! У тебе крила,&lt;br /&gt;</w:t>
        <w:br/>
        <w:t>о муко ти моя!</w:t>
      </w:r>
    </w:p>
    <w:p>
      <w:r>
        <w:br/>
        <w:t>Христос</w:t>
      </w:r>
    </w:p>
    <w:p>
      <w:r>
        <w:br/>
        <w:t>Так треба. Що нам крила?&lt;br /&gt;</w:t>
        <w:br/>
        <w:t>На день іде ця ніч.&lt;br /&gt;</w:t>
        <w:br/>
        <w:t>Вже пізно. Оточили,&lt;br /&gt;</w:t>
        <w:br/>
        <w:t>Я вийду їм навстріч.</w:t>
      </w:r>
    </w:p>
    <w:p>
      <w:r>
        <w:br/>
        <w:t>По ночі світло буде.&lt;br /&gt;</w:t>
        <w:br/>
        <w:t>Я йду в диханні трав.</w:t>
      </w:r>
    </w:p>
    <w:p>
      <w:r>
        <w:br/>
        <w:t>"А я? — спитав Іуда. —&lt;br /&gt;</w:t>
        <w:br/>
        <w:t>А я?.." — і заридав...</w:t>
      </w:r>
    </w:p>
    <w:p>
      <w:r>
        <w:br/>
        <w:t>Ой, ведуть Христа...&lt;br /&gt;</w:t>
        <w:br/>
        <w:t>Синь очей свята&lt;br /&gt;</w:t>
        <w:br/>
        <w:t>в тузі.&lt;br /&gt;</w:t>
        <w:br/>
        <w:t>Він іде, іде...&lt;br /&gt;</w:t>
        <w:br/>
        <w:t>Де ви, де ви, де,&lt;br /&gt;</w:t>
        <w:br/>
        <w:t>друзі?&lt;br /&gt;</w:t>
        <w:br/>
        <w:t>Синьо як окрест!&lt;br /&gt;</w:t>
        <w:br/>
        <w:t>Плечі давить хрест...&lt;br /&gt;</w:t>
        <w:br/>
        <w:t>Люди сльози ллють,&lt;br /&gt;</w:t>
        <w:br/>
        <w:t>як душа моя...&lt;br /&gt;</w:t>
        <w:br/>
        <w:t>Ой, тяжка ти, путь&lt;br /&gt;</w:t>
        <w:br/>
        <w:t>та Голгофная!</w:t>
      </w:r>
    </w:p>
    <w:p>
      <w:r>
        <w:br/>
        <w:t>І упав Христос,&lt;br /&gt;</w:t>
        <w:br/>
        <w:t>і підвівся він...&lt;br /&gt;</w:t>
        <w:br/>
        <w:t>І йому здалось —&lt;br /&gt;</w:t>
        <w:br/>
        <w:t>лине, лине дзвін...&lt;br /&gt;</w:t>
        <w:br/>
        <w:t>А кругом вогонь,&lt;br /&gt;</w:t>
        <w:br/>
        <w:t>та все з крилами...&lt;br /&gt;</w:t>
        <w:br/>
        <w:t>Ах, то кров його&lt;br /&gt;</w:t>
        <w:br/>
        <w:t>дзвонить жилами.</w:t>
      </w:r>
    </w:p>
    <w:p>
      <w:r>
        <w:br/>
        <w:t>В криках воїв лють&lt;br /&gt;</w:t>
        <w:br/>
        <w:t>нам навіяна,&lt;br /&gt;</w:t>
        <w:br/>
        <w:t>ой, тяжка ти, путь,&lt;br /&gt;</w:t>
        <w:br/>
        <w:t>путь Месіїна!</w:t>
      </w:r>
    </w:p>
    <w:p>
      <w:r>
        <w:br/>
        <w:t>Сціпив він уста...&lt;br /&gt;</w:t>
        <w:br/>
        <w:t>"Я іду, любов!"&lt;br /&gt;</w:t>
        <w:br/>
        <w:t>Пролилась свята&lt;br /&gt;</w:t>
        <w:br/>
        <w:t>на Голгофі кров.</w:t>
      </w:r>
    </w:p>
    <w:p>
      <w:r>
        <w:br/>
        <w:t>XIV&lt;br /&gt;</w:t>
        <w:br/>
        <w:t>Як очі Йсуса, даль синіє,&lt;br /&gt;</w:t>
        <w:br/>
        <w:t>а він, немов Синаїв сніг,</w:t>
      </w:r>
    </w:p>
    <w:p>
      <w:r>
        <w:br/>
        <w:t>висить... І плачуть дві Марії&lt;br /&gt;</w:t>
        <w:br/>
        <w:t>коло його прекрасних ніг.</w:t>
      </w:r>
    </w:p>
    <w:p>
      <w:r>
        <w:br/>
        <w:t>Одна Марія: "Сине, рає!..&lt;br /&gt;</w:t>
        <w:br/>
        <w:t>Де синій світ очей твоїх?.."&lt;br /&gt;</w:t>
        <w:br/>
        <w:t>А друга косами стирає&lt;br /&gt;</w:t>
        <w:br/>
        <w:t>гарячу кров з прибитих ніг.</w:t>
      </w:r>
    </w:p>
    <w:p>
      <w:r>
        <w:br/>
        <w:t>Над ними крила, крила, крила...&lt;br /&gt;</w:t>
        <w:br/>
        <w:t>Над ними плач, і спів, і крик...&lt;br /&gt;</w:t>
        <w:br/>
        <w:t>Марії дві закам'яніли&lt;br /&gt;</w:t>
        <w:br/>
        <w:t>біля Христа, немов навік.</w:t>
      </w:r>
    </w:p>
    <w:p>
      <w:r>
        <w:br/>
        <w:t>Вони нічого мов не чули,&lt;br /&gt;</w:t>
        <w:br/>
        <w:t>а вколо пл&amp;ч, а вколо грім,&lt;br /&gt;</w:t>
        <w:br/>
        <w:t>і тьма, й глухі підземні гули...&lt;br /&gt;</w:t>
        <w:br/>
        <w:t>Вони заснули, й сниться їм...</w:t>
      </w:r>
    </w:p>
    <w:p>
      <w:r>
        <w:br/>
        <w:t>Христос</w:t>
      </w:r>
    </w:p>
    <w:p>
      <w:r>
        <w:br/>
        <w:t>Не плачте, мамо і Маріє,&lt;br /&gt;</w:t>
        <w:br/>
        <w:t>і не росіть сльозами вій.&lt;br /&gt;</w:t>
        <w:br/>
        <w:t>Збулась віків жадана мрія...&lt;br /&gt;</w:t>
        <w:br/>
        <w:t>Я не умер. Я в вас живий.</w:t>
      </w:r>
    </w:p>
    <w:p>
      <w:r>
        <w:br/>
        <w:t>Нехай не б'є вже серце в груди,&lt;br /&gt;</w:t>
        <w:br/>
        <w:t>хай бік списа пробила мідь, —&lt;br /&gt;</w:t>
        <w:br/>
        <w:t>я не умер, живий я в людях,&lt;br /&gt;</w:t>
        <w:br/>
        <w:t>і буду в них я вічно жить.&lt;br /&gt;</w:t>
        <w:br/>
        <w:t>Я бачу даль... Там все розквітле,&lt;br /&gt;</w:t>
        <w:br/>
        <w:t>там сад, де пусто все було...</w:t>
      </w:r>
    </w:p>
    <w:p>
      <w:r>
        <w:br/>
        <w:t>І неземне, чудесне світло&lt;br /&gt;</w:t>
        <w:br/>
        <w:t>Маріям душі залило...&lt;br /&gt;</w:t>
        <w:br/>
        <w:t>"Це ти! Це ти!" — їх серце оха,&lt;br /&gt;</w:t>
        <w:br/>
        <w:t>лиш не в вінку з кривавих рос...&lt;br /&gt;</w:t>
        <w:br/>
        <w:t>Скінчивсь їх сон... Мовчить Голгофа...&lt;br /&gt;</w:t>
        <w:br/>
        <w:t>А де ж той хрест, а де Христос?..&lt;br /&gt;</w:t>
        <w:br/>
        <w:t>Скрізь тишина пливе німая,&lt;br /&gt;</w:t>
        <w:br/>
        <w:t>мов чути кров у дзвоні жил...&lt;br /&gt;</w:t>
        <w:br/>
        <w:t>І в синім небі пропадає&lt;br /&gt;</w:t>
        <w:br/>
        <w:t>далекий шум далеких крил...</w:t>
      </w:r>
    </w:p>
    <w:p>
      <w:r>
        <w:br/>
        <w:t>8—9.ІІ.49р.&lt;br /&gt;</w:t>
        <w:br/>
        <w:t>Санаторій ім. Серафимовича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Христос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