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Хрест</w:t>
      </w:r>
    </w:p>
    <w:p>
      <w:r>
        <w:br/>
        <w:t xml:space="preserve"> Несеш зі мною Хрест. Важкий він і великий.&lt;br /&gt;</w:t>
        <w:br/>
        <w:t>Ідемо по воді, кріз нетрі й болота.&lt;br /&gt;</w:t>
        <w:br/>
        <w:t>Стрічались люди нам язикі й безязикі&lt;br /&gt;</w:t>
        <w:br/>
        <w:t>В дорозі Хресній цій, котра, як вись, крута.</w:t>
      </w:r>
    </w:p>
    <w:p>
      <w:r>
        <w:br/>
        <w:t>Ти вже осіння. Вже. А була, як веснянка,&lt;br /&gt;</w:t>
        <w:br/>
        <w:t>Мов афина дзвінка у вранішній росі.&lt;br /&gt;</w:t>
        <w:br/>
        <w:t>Тепер ти Хрест несеш. Тепер ти полонянка.&lt;br /&gt;</w:t>
        <w:br/>
        <w:t>І це, мабуть, жалі і болі не усі.</w:t>
      </w:r>
    </w:p>
    <w:p>
      <w:r>
        <w:br/>
        <w:t>Якби ж до мами йти! То було б, певно, легше,&lt;br /&gt;</w:t>
        <w:br/>
        <w:t>Якби до Храму йти!.. А чиясь рука&lt;br /&gt;</w:t>
        <w:br/>
        <w:t>Нас повела туди, де пси химерні брешуть,&lt;br /&gt;</w:t>
        <w:br/>
        <w:t>І стелиться печаль, немов полин, гірка.</w:t>
      </w:r>
    </w:p>
    <w:p>
      <w:r>
        <w:br/>
        <w:t>Не стрівся нам Симон у тій важкій знемозі,&lt;br /&gt;</w:t>
        <w:br/>
        <w:t>Долаємо шляхи і п'єм журбу удвох.&lt;br /&gt;</w:t>
        <w:br/>
        <w:t>Несеш зі мною Хрест в тривожнім передгроззі,&lt;br /&gt;</w:t>
        <w:br/>
        <w:t>Рахуючи літа, як в решеті горох.</w:t>
      </w:r>
    </w:p>
    <w:p>
      <w:r>
        <w:br/>
        <w:t>Уже покрив багрець, і ясени, і груші,&lt;br /&gt;</w:t>
        <w:br/>
        <w:t>А ми шукаєм все, де мільший перебрід.&lt;br /&gt;</w:t>
        <w:br/>
        <w:t>Стомились ми давно. Стомились наші душі.&lt;br /&gt;</w:t>
        <w:br/>
        <w:t>Але ще не пора присісти на обід.</w:t>
      </w:r>
    </w:p>
    <w:p>
      <w:r>
        <w:br/>
        <w:t>Іще плаї, плаї... За ними аж кичери.&lt;br /&gt;</w:t>
        <w:br/>
        <w:t>Коли сягнемо їх без всяких осторог,&lt;br /&gt;</w:t>
        <w:br/>
        <w:t>Тоді вже сядемо до вічної вечері.&lt;br /&gt;</w:t>
        <w:br/>
        <w:t>Одні на білий світ. Хіба що з нами Бог.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