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Хоронили Надю</w:t>
      </w:r>
    </w:p>
    <w:p>
      <w:r>
        <w:br/>
        <w:t xml:space="preserve"> &lt;p&gt;Надька, сусідка, копала картоплю. Сонячно, тепло, як серед літа, ще й вітерець повіває ласкавий: то волосся пригладить, то щоки легенько торкнеться. Надя копала-копала, а потім, натомившись, лягла перепочити. Голічерева, прямо на теплу ріллю. Прикрила очі хустиною й незчулась, як заснула.</w:t>
      </w:r>
    </w:p>
    <w:p>
      <w:r>
        <w:br/>
        <w:t>Мимо йшов Хвиномен. "Та й смачно ж бісова молодиця лежить!" Став, придивився: лежить, не ворушиться. Мов і не дихає. "Вмерла, чи що?" Підійти б, роздивитись, так не з руки. Хтось побачить — таке наплетуть, що й за місяць не одплюєшся.</w:t>
      </w:r>
    </w:p>
    <w:p>
      <w:r>
        <w:br/>
        <w:t>Стоїть Хвиномен — не зна, що робити.</w:t>
      </w:r>
    </w:p>
    <w:p>
      <w:r>
        <w:br/>
        <w:t>Аж біжить Наталка. Вона завжди не ходить, а бігає.</w:t>
      </w:r>
    </w:p>
    <w:p>
      <w:r>
        <w:br/>
        <w:t>— Наталко, ходь-но сюди! — позвав її Хвиномен.— Поглянь, як оно Надька лежить.</w:t>
      </w:r>
    </w:p>
    <w:p>
      <w:r>
        <w:br/>
        <w:t>— Ой Боже, померла! — сплеснула руками Наталка.</w:t>
      </w:r>
    </w:p>
    <w:p>
      <w:r>
        <w:br/>
        <w:t>— Та ти підійди подивись, а тоді уже божкатимеш!</w:t>
      </w:r>
    </w:p>
    <w:p>
      <w:r>
        <w:br/>
        <w:t>— Померла, померла, я здалеку бачу! Скочу до Вальки, бо я мертвих боюся.</w:t>
      </w:r>
    </w:p>
    <w:p>
      <w:r>
        <w:br/>
        <w:t>Побігла, Вальку гукнула:</w:t>
      </w:r>
    </w:p>
    <w:p>
      <w:r>
        <w:br/>
        <w:t>— Валько! Валько! Там Надька померла! Як упала голічерева, так і лежить — не ворушиться. Побігли, бо я мертвих боюсь.</w:t>
      </w:r>
    </w:p>
    <w:p>
      <w:r>
        <w:br/>
        <w:t>Біжать уже вдвох. На бігу перегукуються:</w:t>
      </w:r>
    </w:p>
    <w:p>
      <w:r>
        <w:br/>
        <w:t>— Од чого ж вона, бідолашна?</w:t>
      </w:r>
    </w:p>
    <w:p>
      <w:r>
        <w:br/>
        <w:t>— Од серця, од чого ж іще! — Наталку не раз за серце хапало.</w:t>
      </w:r>
    </w:p>
    <w:p>
      <w:r>
        <w:br/>
        <w:t>— Отак рано вмерти! Це ж треба труну лаштувати.</w:t>
      </w:r>
    </w:p>
    <w:p>
      <w:r>
        <w:br/>
        <w:t>— Як притягнем до хати, то я до Якима і скочу.</w:t>
      </w:r>
    </w:p>
    <w:p>
      <w:r>
        <w:br/>
        <w:t>Ніхто на хуторі не міг змайструвати таку ловку труну, як Яким. Покійник як ляже, то за руки тягни — не захоче вилазити. Яким же, добряче хильнувши, завжди говорив:</w:t>
      </w:r>
    </w:p>
    <w:p>
      <w:r>
        <w:br/>
        <w:t>— Як на мене, то кращої людини, аніж покійник, і на світі нема! Коли ж хто цікавився, чому саме покійник, він наставляв великого пальця (а ніготь на тому пальцеві як копито у коня) та й водив перед носом того, хто запитував:</w:t>
      </w:r>
    </w:p>
    <w:p>
      <w:r>
        <w:br/>
        <w:t>— А ти коли чув, щоб покійника словом лихим поминали?..</w:t>
      </w:r>
    </w:p>
    <w:p>
      <w:r>
        <w:br/>
        <w:t>Так що труну для Надьки замовляти тільки Якимові... Підбігли, засапані, ледь дух переводять:</w:t>
      </w:r>
    </w:p>
    <w:p>
      <w:r>
        <w:br/>
        <w:t>— Лежить?</w:t>
      </w:r>
    </w:p>
    <w:p>
      <w:r>
        <w:br/>
        <w:t>— Та лежить. Не ворухнулась ні разу.</w:t>
      </w:r>
    </w:p>
    <w:p>
      <w:r>
        <w:br/>
        <w:t>— Го-оспо-ди, отак рано вмерти!</w:t>
      </w:r>
    </w:p>
    <w:p>
      <w:r>
        <w:br/>
        <w:t>— Та ви підійдіть! — Хвиномен нетерпляче.</w:t>
      </w:r>
    </w:p>
    <w:p>
      <w:r>
        <w:br/>
        <w:t>Пішли. Валька попереду, Наталка позаду. Як підступили за кілька кроків, Валька тихенько й позвала:</w:t>
      </w:r>
    </w:p>
    <w:p>
      <w:r>
        <w:br/>
        <w:t>— Надю, Надю, ти жива чи вже вмерла?</w:t>
      </w:r>
    </w:p>
    <w:p>
      <w:r>
        <w:br/>
        <w:t>— Та? — підхопилася Надька.</w:t>
      </w:r>
    </w:p>
    <w:p>
      <w:r>
        <w:br/>
        <w:t>Жінки як стояли, так і посідали в ріллю.</w:t>
      </w:r>
    </w:p>
    <w:p>
      <w:r>
        <w:br/>
        <w:t>* * *</w:t>
      </w:r>
    </w:p>
    <w:p>
      <w:r>
        <w:br/>
        <w:t>Валька гикала до вечора, Наталка ж всю ніч пила валер'янку.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Хоронили Надю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