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Хор лісових дзвіночків</w:t>
      </w:r>
    </w:p>
    <w:p>
      <w:r>
        <w:br/>
        <w:t xml:space="preserve"> (Уривок із поеми)</w:t>
      </w:r>
    </w:p>
    <w:p>
      <w:r>
        <w:br/>
        <w:t>Ми дзвіночки,&lt;br /&gt;</w:t>
        <w:br/>
        <w:t>Лісові дзвіночки,&lt;br /&gt;</w:t>
        <w:br/>
        <w:t>Славим день.&lt;br /&gt;</w:t>
        <w:br/>
        <w:t>Ми співаєм,&lt;br /&gt;</w:t>
        <w:br/>
        <w:t>Дзвоном зустрічаєм:&lt;br /&gt;</w:t>
        <w:br/>
        <w:t>День!&lt;br /&gt;</w:t>
        <w:br/>
        <w:t>День.&lt;br /&gt;</w:t>
        <w:br/>
        <w:t>Любим сонце,&lt;br /&gt;</w:t>
        <w:br/>
        <w:t>Небосхил і сонце,&lt;br /&gt;</w:t>
        <w:br/>
        <w:t>Світлу тінь,&lt;br /&gt;</w:t>
        <w:br/>
        <w:t>Сни розкішні,&lt;br /&gt;</w:t>
        <w:br/>
        <w:t>Все гаї затишні:&lt;br /&gt;</w:t>
        <w:br/>
        <w:t>Тінь!&lt;br /&gt;</w:t>
        <w:br/>
        <w:t>Тінь.&lt;br /&gt;</w:t>
        <w:br/>
        <w:t>Линьте, хмари,&lt;br /&gt;</w:t>
        <w:br/>
        <w:t>Ой прилиньте, хмари, —&lt;br /&gt;</w:t>
        <w:br/>
        <w:t>Ясний день.&lt;br /&gt;</w:t>
        <w:br/>
        <w:t>Окропіте,&lt;br /&gt;</w:t>
        <w:br/>
        <w:t>Нас нашелестіте:&lt;br /&gt;</w:t>
        <w:br/>
        <w:t>День!&lt;br /&gt;</w:t>
        <w:br/>
        <w:t>День.&lt;br /&gt;</w:t>
        <w:br/>
        <w:t>Хай по полю,&lt;br /&gt;</w:t>
        <w:br/>
        <w:t>Золотому полю,&lt;br /&gt;</w:t>
        <w:br/>
        <w:t>Ляже тінь.&lt;br /&gt;</w:t>
        <w:br/>
        <w:t>Хай схитнеться —&lt;br /&gt;</w:t>
        <w:br/>
        <w:t>Жито усміхнеться:&lt;br /&gt;</w:t>
        <w:br/>
        <w:t>Тінь!&lt;br /&gt;</w:t>
        <w:br/>
        <w:t>Тінь.&lt;br /&gt;</w:t>
        <w:br/>
        <w:t>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Хор лісових дзвіночків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