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Хмара</w:t>
      </w:r>
    </w:p>
    <w:p>
      <w:r>
        <w:br/>
        <w:t xml:space="preserve"> Я свіжі краплини на гори й долини&lt;br /&gt;</w:t>
        <w:br/>
        <w:t>Несу з морів, з океану;&lt;br /&gt;</w:t>
        <w:br/>
        <w:t>В годину жарку я квітці й листку&lt;br /&gt;</w:t>
        <w:br/>
        <w:t>Дарую тінь пожадану.&lt;br /&gt;</w:t>
        <w:br/>
        <w:t>Росинка мала з-під мого крила&lt;br /&gt;</w:t>
        <w:br/>
        <w:t>Розбуркує брость на вітті,&lt;br /&gt;</w:t>
        <w:br/>
        <w:t>Що й неньці-Землі не приспать її,&lt;br /&gt;</w:t>
        <w:br/>
        <w:t>Танцюючи на орбіті.&lt;br /&gt;</w:t>
        <w:br/>
        <w:t>Ударами граду долину й леваду&lt;br /&gt;</w:t>
        <w:br/>
        <w:t>Вибілю — і потому&lt;br /&gt;</w:t>
        <w:br/>
        <w:t>Знов сиплю дощ на болото й трощ&lt;br /&gt;</w:t>
        <w:br/>
        <w:t>I тішусь гуркотом грому.&lt;br /&gt;</w:t>
        <w:br/>
        <w:t>Я снігом сіюсь, я вихором віюсь&lt;br /&gt;</w:t>
        <w:br/>
        <w:t>На горді бескиди й скелі,&lt;br /&gt;</w:t>
        <w:br/>
        <w:t>I сплю дорану в обіймах бурану&lt;br /&gt;</w:t>
        <w:br/>
        <w:t>На білій пухкій постелі.</w:t>
      </w:r>
    </w:p>
    <w:p>
      <w:r>
        <w:br/>
        <w:t>Моя провідниця — ясна блискавиця —&lt;br /&gt;</w:t>
        <w:br/>
        <w:t>На башті в мене чатує,&lt;br /&gt;</w:t>
        <w:br/>
        <w:t>Тим часом як грім у трюмі моїм,&lt;br /&gt;</w:t>
        <w:br/>
        <w:t>Прикутий до дна, лементує.&lt;br /&gt;</w:t>
        <w:br/>
        <w:t>Над морем, землею пливу я за нею,&lt;br /&gt;</w:t>
        <w:br/>
        <w:t>Над сивий глиб океану.&lt;br /&gt;</w:t>
        <w:br/>
        <w:t>Де духи стихій усміхаються їй&lt;br /&gt;</w:t>
        <w:br/>
        <w:t>I кличуть до себе кохану.&lt;br /&gt;</w:t>
        <w:br/>
        <w:t>Вона ж — мов не чує — і далі кочує&lt;br /&gt;</w:t>
        <w:br/>
        <w:t>Над ріки, озера й гаї&lt;br /&gt;</w:t>
        <w:br/>
        <w:t>В невтомнім шуканні, в незгаснім коханні&lt;br /&gt;</w:t>
        <w:br/>
        <w:t>До того, з ким серце її,-&lt;br /&gt;</w:t>
        <w:br/>
        <w:t>I бачу я, сонна, з небесного лона,&lt;br /&gt;</w:t>
        <w:br/>
        <w:t>Як ллє вона сльози свої.</w:t>
      </w:r>
    </w:p>
    <w:p>
      <w:r>
        <w:br/>
        <w:t>Криваво зайнявшись, огненно розп'явшись,&lt;br /&gt;</w:t>
        <w:br/>
        <w:t>Світанок мене кульбачить,&lt;br /&gt;</w:t>
        <w:br/>
        <w:t>I рясно іскриться, де рання зірниця,&lt;br /&gt;</w:t>
        <w:br/>
        <w:t>Вже мертва, ледве маячить.&lt;br /&gt;</w:t>
        <w:br/>
        <w:t>Так цар птахів на один із верхів&lt;br /&gt;</w:t>
        <w:br/>
        <w:t>Вулканного високогір'я&lt;br /&gt;</w:t>
        <w:br/>
        <w:t>Злітає на мить — і злотом горить&lt;br /&gt;</w:t>
        <w:br/>
        <w:t>Його карбоване пір'я.&lt;br /&gt;</w:t>
        <w:br/>
        <w:t>Там вечір настане — і в море багряне&lt;br /&gt;</w:t>
        <w:br/>
        <w:t>Проллє спочинку олій,&lt;br /&gt;</w:t>
        <w:br/>
        <w:t>I небо напне на обличчя земне&lt;br /&gt;</w:t>
        <w:br/>
        <w:t>Малиновий присмерк свій,&lt;br /&gt;</w:t>
        <w:br/>
        <w:t>I сплю я тоді, як голубка в гнізді,&lt;br /&gt;</w:t>
        <w:br/>
        <w:t>В безмежності золотій.</w:t>
      </w:r>
    </w:p>
    <w:p>
      <w:r>
        <w:br/>
        <w:t>Та діва білява, та лагідна пава,&lt;br /&gt;</w:t>
        <w:br/>
        <w:t>Що смертний місяцем зве,&lt;br /&gt;</w:t>
        <w:br/>
        <w:t>У ночі безмовні в легкій моїй вовні&lt;br /&gt;</w:t>
        <w:br/>
        <w:t>Так легко й рівно пливе.&lt;br /&gt;</w:t>
        <w:br/>
        <w:t>Коли ж під ходою, лиш духам чутною,&lt;br /&gt;</w:t>
        <w:br/>
        <w:t>Намет розірветься мій,&lt;br /&gt;</w:t>
        <w:br/>
        <w:t>Загляне в ту дірку, немов у кватирку,&lt;br /&gt;</w:t>
        <w:br/>
        <w:t>Зірок зацікавлених рій.&lt;br /&gt;</w:t>
        <w:br/>
        <w:t>I тішить мене їх мелькання дрібне&lt;br /&gt;</w:t>
        <w:br/>
        <w:t>В замісячному прозорі —&lt;br /&gt;</w:t>
        <w:br/>
        <w:t>I я не стуляюсь, і вниз видивляюсь,&lt;br /&gt;</w:t>
        <w:br/>
        <w:t>Де плеса земні просторі,&lt;br /&gt;</w:t>
        <w:br/>
        <w:t>Мов краплі блакиті, крізь мене пролиті,&lt;br /&gt;</w:t>
        <w:br/>
        <w:t>Одсвічують місяць і зорі.</w:t>
      </w:r>
    </w:p>
    <w:p>
      <w:r>
        <w:br/>
        <w:t>Я сонцю даю оправу свою,&lt;br /&gt;</w:t>
        <w:br/>
        <w:t>I місяць пишається нею.&lt;br /&gt;</w:t>
        <w:br/>
        <w:t>Згасає вулкан, коли ураган&lt;br /&gt;</w:t>
        <w:br/>
        <w:t>Розгорне мою кирею.&lt;br /&gt;</w:t>
        <w:br/>
        <w:t>Я пнусь, як місток, над широм заток,&lt;br /&gt;</w:t>
        <w:br/>
        <w:t>Де хвиль не стихає спір;&lt;br /&gt;</w:t>
        <w:br/>
        <w:t>На горах-стовпах я висну, як дах,&lt;br /&gt;</w:t>
        <w:br/>
        <w:t>Затьмаривши безліч зір.&lt;br /&gt;</w:t>
        <w:br/>
        <w:t>У бурі й вогні пролягає мені&lt;br /&gt;</w:t>
        <w:br/>
        <w:t>Вперед звитяжна дорога —&lt;br /&gt;</w:t>
        <w:br/>
        <w:t>I стріне мій стяг, розвитий в боях,&lt;br /&gt;</w:t>
        <w:br/>
        <w:t>Веселки арка розлога.&lt;br /&gt;</w:t>
        <w:br/>
        <w:t>I барви небес грайливістю плес&lt;br /&gt;</w:t>
        <w:br/>
        <w:t>Відіб'є земля волога.</w:t>
      </w:r>
    </w:p>
    <w:p>
      <w:r>
        <w:br/>
        <w:t>Мій батьківський клан — Земля й Океан,&lt;br /&gt;</w:t>
        <w:br/>
        <w:t>Зву домом я синь небесну;&lt;br /&gt;</w:t>
        <w:br/>
        <w:t>Я в грунті таюсь, я завжди мінюсь,&lt;br /&gt;</w:t>
        <w:br/>
        <w:t>Але ніколи не щезну.&lt;br /&gt;</w:t>
        <w:br/>
        <w:t>Бо навіть тоді, як минуться дощі,&lt;br /&gt;</w:t>
        <w:br/>
        <w:t>I сонце з промінних рей&lt;br /&gt;</w:t>
        <w:br/>
        <w:t>Для мене напне склепіння міцне —&lt;br /&gt;</w:t>
        <w:br/>
        <w:t>Небесний мій мавзолей,&lt;br /&gt;</w:t>
        <w:br/>
        <w:t>Я тільки всміхнусь, і знову зведусь,&lt;br /&gt;</w:t>
        <w:br/>
        <w:t>З підземних вoдяних жил,&lt;br /&gt;</w:t>
        <w:br/>
        <w:t>Як дух, як дитя зі свого сповиття,-&lt;br /&gt;</w:t>
        <w:br/>
        <w:t>I знов підкорю небосхил.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