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Валь</w:t>
      </w:r>
    </w:p>
    <w:p>
      <w:r>
        <w:br/>
        <w:t xml:space="preserve"> &lt;p&gt;Жив на світі маленький сіроокий хлопчик Валь.</w:t>
      </w:r>
    </w:p>
    <w:p>
      <w:r>
        <w:br/>
        <w:t>Було в нього найзаповітніше бажання — мати розумного собаку. Він ніколи не бачив собак, йому тільки читали про них книжки. З книжок Валь узнав, що ці тварини дуже розумні істоти і віддані друзі. Тому він їх і полюбив.</w:t>
      </w:r>
    </w:p>
    <w:p>
      <w:r>
        <w:br/>
        <w:t>Одного літнього дня Валь проснувся і вирішив, що піде шукати собі собаку. Він не знав, де вони водяться, а тому подумав, що шукати їх треба в лісі.</w:t>
      </w:r>
    </w:p>
    <w:p>
      <w:r>
        <w:br/>
        <w:t>Подивився на велике сонце в небі, сонце йому підморгнуло, і він пішов у ліс. А там йому зустрівся Гном-чарівник.</w:t>
      </w:r>
    </w:p>
    <w:p>
      <w:r>
        <w:br/>
        <w:t>— Ти чом тут ходиш, хлопчику Валь? — запитав Гном.</w:t>
      </w:r>
    </w:p>
    <w:p>
      <w:r>
        <w:br/>
        <w:t>— Я шукаю собаку,— сказав йому Валь.— А ти звідки мене знаєш?</w:t>
      </w:r>
    </w:p>
    <w:p>
      <w:r>
        <w:br/>
        <w:t>— Я всіх знаю,— відповів Гном.</w:t>
      </w:r>
    </w:p>
    <w:p>
      <w:r>
        <w:br/>
        <w:t>— А хто ж ти такий? — запитав Валь.</w:t>
      </w:r>
    </w:p>
    <w:p>
      <w:r>
        <w:br/>
        <w:t>— Я найстаріший і найдобріший гном на світі. Я все знаю, я все можу.</w:t>
      </w:r>
    </w:p>
    <w:p>
      <w:r>
        <w:br/>
        <w:t>— Як тобі добре,— мовив, зітхнувши, Валь.— Ти можеш мати все, що схочеш.</w:t>
      </w:r>
    </w:p>
    <w:p>
      <w:r>
        <w:br/>
        <w:t>— А я нічого не маю, бо не хочу мати. Я живу лише для того, щоб виконувати людські бажання.</w:t>
      </w:r>
    </w:p>
    <w:p>
      <w:r>
        <w:br/>
        <w:t>— Ой, то ти можеш мені допомогти?</w:t>
      </w:r>
    </w:p>
    <w:p>
      <w:r>
        <w:br/>
        <w:t>— Можу. І допоможу.</w:t>
      </w:r>
    </w:p>
    <w:p>
      <w:r>
        <w:br/>
        <w:t>Гном покрутив свого зеленого вуса, схожого на лісову траву, суворо поморщив схожого на гриб носа і запитав:</w:t>
      </w:r>
    </w:p>
    <w:p>
      <w:r>
        <w:br/>
        <w:t>— А ти знаєш, що собаку треба любити?</w:t>
      </w:r>
    </w:p>
    <w:p>
      <w:r>
        <w:br/>
        <w:t>— Знаю і любитиму.</w:t>
      </w:r>
    </w:p>
    <w:p>
      <w:r>
        <w:br/>
        <w:t>— От і добре,— полагіднішав Гном,— буде тобі собака.</w:t>
      </w:r>
    </w:p>
    <w:p>
      <w:r>
        <w:br/>
        <w:t>Гном заклав два пальці в рота і тихенько свиснув. Враз на той свист з'явився яскравий, мов райдуга, дятел. Він сів на замшіле Гномове плече і допитливо подивився на хлопчика. Очі його світилися проти сонця, як два маленькі ліхтарики.</w:t>
      </w:r>
    </w:p>
    <w:p>
      <w:r>
        <w:br/>
        <w:t>— На суничній галявині живе самотній, усіма забутий собака. Лети до нього і скажи, що хлопчик Валь хоче з ним потоваришувати,— попрохав дятла Гном.</w:t>
      </w:r>
    </w:p>
    <w:p>
      <w:r>
        <w:br/>
        <w:t>Валь навіть не встиг здивуватися, що дятел розуміє людську мову, а птах уже спурхнув з Гномового плеча.</w:t>
      </w:r>
    </w:p>
    <w:p>
      <w:r>
        <w:br/>
        <w:t>Тільки-но встиг Валь переповісти Гномові, що як виросте, вивчатиме життя всяких тварин і вже читає про них книжки, аж тут і з'явився собака.</w:t>
      </w:r>
    </w:p>
    <w:p>
      <w:r>
        <w:br/>
        <w:t>Він був великий, волохатий. І очі в нього були великі й сумні. Він довго дивився на Валя, а потім підійшов і став обнюхувати його руки.</w:t>
      </w:r>
    </w:p>
    <w:p>
      <w:r>
        <w:br/>
        <w:t>Валь погладив його по голові, а потім присів і сказав собаці на вухо:</w:t>
      </w:r>
    </w:p>
    <w:p>
      <w:r>
        <w:br/>
        <w:t>— Ти найкращий собака на світі. Давай дружити.</w:t>
      </w:r>
    </w:p>
    <w:p>
      <w:r>
        <w:br/>
        <w:t>Собака лизнув хлопчикові щоку і поклав йому голову на плече.</w:t>
      </w:r>
    </w:p>
    <w:p>
      <w:r>
        <w:br/>
        <w:t>— А чом у тебе такі сумні очі? — запитав собаку Валь.</w:t>
      </w:r>
    </w:p>
    <w:p>
      <w:r>
        <w:br/>
        <w:t>— Цей собака колись товаришував з одним хлопчиком. Той хлопчик був дуже жорстокий. Він бив собаку палицею, стріляв у нього з рогатки. Терпів-терпів образи собака, а потім терпець йому увірвався, і покинув він свого кривдника. Відтоді жив у лісі самотньо і виглядав собі друга. А тепер ви одне одного знайшли. Шануйтеся і допомагайте одне одному в біді,— сказав Гном,— тоді назавжди залишитеся друзями.</w:t>
      </w:r>
    </w:p>
    <w:p>
      <w:r>
        <w:br/>
        <w:t>— Дякую тобі, добрий Гноме,— промовив хлопчик Валь.</w:t>
      </w:r>
    </w:p>
    <w:p>
      <w:r>
        <w:br/>
        <w:t>І собака теж подякував Гномові своєю мовою. А Гном знав і людську мову, і мову рослин та тварин. Він щось сказав собаці мовою тварин, а коли Валь допитливо подивився на нього, Гном пояснив:</w:t>
      </w:r>
    </w:p>
    <w:p>
      <w:r>
        <w:br/>
        <w:t>— Я розповів йому, що ти добрий і чемний хлопчик і що ти давно хотів дружити з розумним собакою. Він же твоїх слів не зрозумів, тільки повірив твоєму голосу...</w:t>
      </w:r>
    </w:p>
    <w:p>
      <w:r>
        <w:br/>
        <w:t>Попрощалися вони з добрим Гномом і пішли додому.</w:t>
      </w:r>
    </w:p>
    <w:p>
      <w:r>
        <w:br/>
        <w:t>Відтоді всі завжди бачать собаку і хлопчика Валя разом. І всі кажуть, що вони стали друзі-нерозлийвода. Вони навіть у футбол грають удвох.</w:t>
      </w:r>
    </w:p>
    <w:p>
      <w:r>
        <w:br/>
        <w:t>Собака став найкращим воротарем у дворі.</w:t>
      </w:r>
    </w:p>
    <w:p>
      <w:r>
        <w:br/>
        <w:t>А недавно до них прилітав з лісу дятел. Він сказав собаці, що на новорічну ялинку до них у гості прийде добрий Гном.</w:t>
      </w:r>
    </w:p>
    <w:p>
      <w:r>
        <w:br/>
        <w:t>Валь ще того не знає, але як же він зрадіє, коли під яскравими вогнями ялинки примоститься Гномів друг — дятел — і весело дивитиметься на них своїми схожими на ліхтарики очима.</w:t>
      </w:r>
    </w:p>
    <w:p>
      <w:r>
        <w:br/>
        <w:t>У сіроокого хлопчика Валя добре серце.</w:t>
      </w:r>
    </w:p>
    <w:p>
      <w:r>
        <w:br/>
        <w:t>А Гном-чарівник завжди приходить тільки до того, у кого добре серце.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