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Хлібороб</w:t>
      </w:r>
    </w:p>
    <w:p>
      <w:r>
        <w:br/>
        <w:t xml:space="preserve"> Я убогий родивсь, і в ті дні,&lt;br /&gt;</w:t>
        <w:br/>
        <w:t>Як вмирать доведеться мені,—&lt;br /&gt;</w:t>
        <w:br/>
        <w:t>Тільки горе, та стомлені руки,&lt;br /&gt;</w:t>
        <w:br/>
        <w:t>Та ще серце, зотлілеє з муки,&lt;br /&gt;</w:t>
        <w:br/>
        <w:t>Я зложу у дубовій труні.</w:t>
      </w:r>
    </w:p>
    <w:p>
      <w:r>
        <w:br/>
        <w:t>Не велике я поле зорав,&lt;br /&gt;</w:t>
        <w:br/>
        <w:t>Та за плугом ніколи не спав.&lt;br /&gt;</w:t>
        <w:br/>
        <w:t>Що робив, те робив я до краю,&lt;br /&gt;</w:t>
        <w:br/>
        <w:t>І всю силу, що мав я і маю,&lt;br /&gt;</w:t>
        <w:br/>
        <w:t>На роботу невпинную клав.</w:t>
      </w:r>
    </w:p>
    <w:p>
      <w:r>
        <w:br/>
        <w:t>На тім полі каміння було,&lt;br /&gt;</w:t>
        <w:br/>
        <w:t>Поле все бур'яном заросло,&lt;br /&gt;</w:t>
        <w:br/>
        <w:t>Зупинявся мій плуг на тім полі,&lt;br /&gt;</w:t>
        <w:br/>
        <w:t>Та не кидав робить я ніколи,&lt;br /&gt;</w:t>
        <w:br/>
        <w:t>А гострив свій леміш, чересло.</w:t>
      </w:r>
    </w:p>
    <w:p>
      <w:r>
        <w:br/>
        <w:t>У годину, в негоду я там:&lt;br /&gt;</w:t>
        <w:br/>
        <w:t>Без роботи погано рукам!&lt;br /&gt;</w:t>
        <w:br/>
        <w:t>Нехай дощ і крізь драну свитину&lt;br /&gt;</w:t>
        <w:br/>
        <w:t>Січе згорблену працею спину,&lt;br /&gt;</w:t>
        <w:br/>
        <w:t>А спочинку собі я не дам!</w:t>
      </w:r>
    </w:p>
    <w:p>
      <w:r>
        <w:br/>
        <w:t>Скільки поту свого я пролив,&lt;br /&gt;</w:t>
        <w:br/>
        <w:t>Скільки сили я там положив!&lt;br /&gt;</w:t>
        <w:br/>
        <w:t>Та дарма! Бо поорана нива&lt;br /&gt;</w:t>
        <w:br/>
        <w:t>Нам давала багатії жнива:&lt;br /&gt;</w:t>
        <w:br/>
        <w:t>Я не дурно невтомно робив.</w:t>
      </w:r>
    </w:p>
    <w:p>
      <w:r>
        <w:br/>
        <w:t>Такі жнива зазнав я не раз,&lt;br /&gt;</w:t>
        <w:br/>
        <w:t>А тепер вже минувся мій час,&lt;br /&gt;</w:t>
        <w:br/>
        <w:t>Я вже чую: останнєє літо&lt;br /&gt;</w:t>
        <w:br/>
        <w:t>Бачу я золоте своє жито,&lt;br /&gt;</w:t>
        <w:br/>
        <w:t>Бачу, ниви широкії, вас.</w:t>
      </w:r>
    </w:p>
    <w:p>
      <w:r>
        <w:br/>
        <w:t>Мої діти зберуть урожай...&lt;br /&gt;</w:t>
        <w:br/>
        <w:t>Усьому наступає свій край,&lt;br /&gt;</w:t>
        <w:br/>
        <w:t>Він прийшов і мені: в домовину&lt;br /&gt;</w:t>
        <w:br/>
        <w:t>Я іду і навіки спочину,—&lt;br /&gt;</w:t>
        <w:br/>
        <w:t>Мої ж діти зберуть урожай.</w:t>
      </w:r>
    </w:p>
    <w:p>
      <w:r>
        <w:br/>
        <w:t>Мої діти — дочки і сини —&lt;br /&gt;</w:t>
        <w:br/>
        <w:t>Усі вкупі зібравшись, вони,&lt;br /&gt;</w:t>
        <w:br/>
        <w:t>Як почнуть до обіду сідати,&lt;br /&gt;</w:t>
        <w:br/>
        <w:t>Будуть хліб, що придбав я, ламати&lt;br /&gt;</w:t>
        <w:br/>
        <w:t>І згадають мене у труні.</w:t>
      </w:r>
    </w:p>
    <w:p>
      <w:r>
        <w:br/>
        <w:t>І за те, що, працюючи, зміг&lt;br /&gt;</w:t>
        <w:br/>
        <w:t>Згодувати і викохать їх,&lt;br /&gt;</w:t>
        <w:br/>
        <w:t>То про мене в їх згадка не згине,&lt;br /&gt;</w:t>
        <w:br/>
        <w:t>Після мене ще довгі години&lt;br /&gt;</w:t>
        <w:br/>
        <w:t>Моє діло не вмре серед їх.</w:t>
      </w:r>
    </w:p>
    <w:p>
      <w:r>
        <w:br/>
        <w:t>Так, я вбогий родивсь, та в ті дні,&lt;br /&gt;</w:t>
        <w:br/>
        <w:t>Як вмирать доведеться мені,&lt;br /&gt;</w:t>
        <w:br/>
        <w:t>То не сором ці стомлені руки&lt;br /&gt;</w:t>
        <w:br/>
        <w:t>І це серце, зотлілеє з муки,&lt;br /&gt;</w:t>
        <w:br/>
        <w:t>Положити в дубовій труні!..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Хлібороб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ru</dc:language>
</cp:coreProperties>
</file>