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Хінг, Тінг, Чхот</w:t>
      </w:r>
    </w:p>
    <w:p>
      <w:r>
        <w:br/>
        <w:t xml:space="preserve"> Раджі Хобyчондро сон дивовижний приснився.&lt;br /&gt;</w:t>
        <w:br/>
        <w:t>Раджа устав і, безмовний, в думки занурився.&lt;br /&gt;</w:t>
        <w:br/>
        <w:t>Снилось йому, що три мавпи були біля нього,&lt;br /&gt;</w:t>
        <w:br/>
        <w:t>Блохи старанно шукали й сварилися строго.&lt;br /&gt;</w:t>
        <w:br/>
        <w:t>Ледве рухнеться, сердито штовхали у боки,&lt;br /&gt;</w:t>
        <w:br/>
        <w:t>Дряпали кігтями ніс йому, вилиці й щоки.&lt;br /&gt;</w:t>
        <w:br/>
        <w:t>Раптом пропали ті мавпи, і циган з'явився.&lt;br /&gt;</w:t>
        <w:br/>
        <w:t>"Пташка летіла",— промовив і слізьми залився.&lt;br /&gt;</w:t>
        <w:br/>
        <w:t>Раджу помітив, швиденько підважив на спину&lt;br /&gt;</w:t>
        <w:br/>
        <w:t>I посадив на високу-високу жердину.&lt;br /&gt;</w:t>
        <w:br/>
        <w:t>Звідкісь ізнизу бабуся старенька у п'яти&lt;br /&gt;</w:t>
        <w:br/>
        <w:t>Стала із сміхом веселим його лоскотати.&lt;br /&gt;</w:t>
        <w:br/>
        <w:t>"Пробі, рятуйте!" — гукав. Не було допомоги.&lt;br /&gt;</w:t>
        <w:br/>
        <w:t>Ноги піднять силкувавсь, та не слухались ноги.&lt;br /&gt;</w:t>
        <w:br/>
        <w:t>Раджа пручався, як птиця... Даремно! I от&lt;br /&gt;</w:t>
        <w:br/>
        <w:t>Циган на вухо йому прошептав: "Хінг, Тінг, Чхот!"&lt;br /&gt;</w:t>
        <w:br/>
        <w:t>Сон — це напій, що у небі готують;&lt;br /&gt;</w:t>
        <w:br/>
        <w:t>Гордість Гаура, поет промовляє, праведні чують*.</w:t>
      </w:r>
    </w:p>
    <w:p>
      <w:r>
        <w:br/>
        <w:t>Ціла держава Хобу стурбувалась. Повсюди&lt;br /&gt;</w:t>
        <w:br/>
        <w:t>Днів уже шість або сім заклопотані люди,&lt;br /&gt;</w:t>
        <w:br/>
        <w:t>Зрікшись їди і пиття, помарнілі, безсонні,&lt;br /&gt;</w:t>
        <w:br/>
        <w:t>Думають, думають, спершись чолом на долоні.&lt;br /&gt;</w:t>
        <w:br/>
        <w:t>Діти принишкли, згорнули книжки мудрагелі,&lt;br /&gt;</w:t>
        <w:br/>
        <w:t>Лихом прибите, замовкло жіноцтво в оселі.&lt;br /&gt;</w:t>
        <w:br/>
        <w:t>Так і сиділи рядочком, сумні, мовчазливі,&lt;br /&gt;</w:t>
        <w:br/>
        <w:t>Голови низько схиливши — чорняві та сиві,&lt;br /&gt;</w:t>
        <w:br/>
        <w:t>Наче вони під землею розгадки шукали,&lt;br /&gt;</w:t>
        <w:br/>
        <w:t>Наче дивились на їжу, якої не мали.&lt;br /&gt;</w:t>
        <w:br/>
        <w:t>Іноді тільки зітханням розширений рот&lt;br /&gt;</w:t>
        <w:br/>
        <w:t>Раптом вигукував дивні слова: "Хінг, Тінг,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Вчені з найдальших країн у Хобу приїжджали,&lt;br /&gt;</w:t>
        <w:br/>
        <w:t>З Айодхи, Канаджі, Канги, Мачадхи, Кошали **;&lt;br /&gt;</w:t>
        <w:br/>
        <w:t>Навіть мудрець із Уджайни — найкраща окраса!&lt;br /&gt;</w:t>
        <w:br/>
        <w:t>Той, кому предком приходиться сам Калідаса.&lt;br /&gt;</w:t>
        <w:br/>
        <w:t>Книги гортали товстезні й кивали при тому,&lt;br /&gt;</w:t>
        <w:br/>
        <w:t>Й наче легкі колоски на лану золотому&lt;br /&gt;</w:t>
        <w:br/>
        <w:t>Під жнив'яним вітерцем, що погулює в полі,&lt;br /&gt;</w:t>
        <w:br/>
        <w:t>Китиці їм на шликах коливались поволі.&lt;br /&gt;</w:t>
        <w:br/>
        <w:t>Цей допевнявся розгадки у Шмріті, а інший у Шруті,&lt;br /&gt;</w:t>
        <w:br/>
        <w:t>Той у словник зазирав, добивався до суті,&lt;br /&gt;</w:t>
        <w:br/>
        <w:t>Але розгадки нема! Не розходиться хмара.</w:t>
      </w:r>
    </w:p>
    <w:p>
      <w:r>
        <w:br/>
        <w:t>То заважала Вісарга, то знов Анусвара ***.&lt;br /&gt;</w:t>
        <w:br/>
        <w:t>Сіли спочити старі, знемогли від турбот.&lt;br /&gt;</w:t>
        <w:br/>
        <w:t>Іноді тільки хто-небудь гукав: "Хінг, Тінг,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В розпачі вигукнув раджа: "Учених добірних&lt;br /&gt;</w:t>
        <w:br/>
        <w:t>Треба мерщій запросити з країни невірних!&lt;br /&gt;</w:t>
        <w:br/>
        <w:t>Гей, розшукайте негайно, нехай приїжджають!&lt;br /&gt;</w:t>
        <w:br/>
        <w:t>Може, невірні мій сон дорогий розгадають!"&lt;br /&gt;</w:t>
        <w:br/>
        <w:t>Перші яванці**** з'явились, біляві на вроду;&lt;br /&gt;</w:t>
        <w:br/>
        <w:t>Гучно музики заграли гостям на догоду.&lt;br /&gt;</w:t>
        <w:br/>
        <w:t>Чорні товсті піджаки облягали їм тіло.&lt;br /&gt;</w:t>
        <w:br/>
        <w:t>В кожного страшно лице від жари потемніло.&lt;br /&gt;</w:t>
        <w:br/>
        <w:t>Кожний, не мовивши й слова, зирнув на годинник:&lt;br /&gt;</w:t>
        <w:br/>
        <w:t>"Можемо вам приділити сімнадцять хвилинок —&lt;br /&gt;</w:t>
        <w:br/>
        <w:t>Тож говоріть якнайшвидше!" I дружно народ,&lt;br /&gt;</w:t>
        <w:br/>
        <w:t>Тісно гостей обступивши, гукнув: "Хінг, Лінг,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Тільки злотистоволосі про сон той почули,&lt;br /&gt;</w:t>
        <w:br/>
        <w:t>Очі в них блиснули, лиця поганські спахнули,&lt;br /&gt;</w:t>
        <w:br/>
        <w:t>Сильно по лівій долоні вони кулаками&lt;br /&gt;</w:t>
        <w:br/>
        <w:t>Вдарили й крикнули: "Що? Смієтеся над нами?"&lt;br /&gt;</w:t>
        <w:br/>
        <w:t>Був серед них і француз. Посміхнувшись приємно,&lt;br /&gt;</w:t>
        <w:br/>
        <w:t>Руки схрестив, уклонився й освідчився чемно:&lt;br /&gt;</w:t>
        <w:br/>
        <w:t>"Сон ваш і справді чудесний. Він тільки ясному&lt;br /&gt;</w:t>
        <w:br/>
        <w:t>Владарю може приснитися, більше нікому.&lt;br /&gt;</w:t>
        <w:br/>
        <w:t>Тільки здається мені (хай король вибачає),&lt;br /&gt;</w:t>
        <w:br/>
        <w:t>Що його сон... нічогісінько не означає.&lt;br /&gt;</w:t>
        <w:br/>
        <w:t>Зміст? Чи не краще його пошукать у скарбниці,&lt;br /&gt;</w:t>
        <w:br/>
        <w:t>Ніж міркувать про видіння пусті, про дурниці?&lt;br /&gt;</w:t>
        <w:br/>
        <w:t>Мушу одверто сказать, що нема насолод&lt;br /&gt;</w:t>
        <w:br/>
        <w:t>Більших для мене, як слухать оте: "Хінг, Тінг,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Ледве скінчив, як усі загукали навколо:&lt;br /&gt;</w:t>
        <w:br/>
        <w:t>"Дурню! Безбожнику! Грішнику! Міднеє чоло!&lt;br /&gt;</w:t>
        <w:br/>
        <w:t>Хто ж то повірить у нас, крім хіба недоумка,&lt;br /&gt;</w:t>
        <w:br/>
        <w:t>Що сновидіння — це тільки прихована думка?&lt;br /&gt;</w:t>
        <w:br/>
        <w:t>Цілому світу відомо, як Бога ми любим!&lt;br /&gt;</w:t>
        <w:br/>
        <w:t>Геть, розбишако! Ми слави своєї не згубим!"&lt;br /&gt;</w:t>
        <w:br/>
        <w:t>Раджа Хобучондро кличе до себе візира:&lt;br /&gt;</w:t>
        <w:br/>
        <w:t>Дай йому чосу, Гобучондро, так, щоб невіра&lt;br /&gt;</w:t>
        <w:br/>
        <w:t>Більше не важивсь ніколи знущатись над нами!&lt;br /&gt;</w:t>
        <w:br/>
        <w:t>У колючки його вкиньте! Нацькуйте хортами!"&lt;br /&gt;</w:t>
        <w:br/>
        <w:t>Диво предивне: й сімнадцять хвилин не минуло,&lt;br /&gt;</w:t>
        <w:br/>
        <w:t>Як тих чужинців невірних мов вихором здуло!&lt;br /&gt;</w:t>
        <w:br/>
        <w:t>Всі аж до сліз пораділи, що згинули вчені.&lt;br /&gt;</w:t>
        <w:br/>
        <w:t>Згода та мир повернулись в оселі священні.&lt;br /&gt;</w:t>
        <w:br/>
        <w:t>Звівши заплакані очі до світлих висот,&lt;br /&gt;</w:t>
        <w:br/>
        <w:t>Знов загули, заревли мудреці: "Хінг, Тінг,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Потім придибав найбільший учений до брами —&lt;br /&gt;</w:t>
        <w:br/>
        <w:t>Той, що своїх вчителів переважив знаннями.&lt;br /&gt;</w:t>
        <w:br/>
        <w:t>Лисий, неначе коліно, і мало не голий:&lt;br /&gt;</w:t>
        <w:br/>
        <w:t>Рам'я спадало з плечей і розходились поли;&lt;br /&gt;</w:t>
        <w:br/>
        <w:t>Наче у мертвого, ребра худі випинались.&lt;br /&gt;</w:t>
        <w:br/>
        <w:t>Тільки з грубезного голосу люди дізнались,&lt;br /&gt;</w:t>
        <w:br/>
        <w:t>Що він живий, а не мертвий. Гучніш од гармати&lt;br /&gt;</w:t>
        <w:br/>
        <w:t>Голос розлігся — і стали усі дивувати.&lt;br /&gt;</w:t>
        <w:br/>
        <w:t>Не привітав він нікого ні кивом, ні словом.&lt;br /&gt;</w:t>
        <w:br/>
        <w:t>На запитання: "Ти хто?" обізвався громовим&lt;br /&gt;</w:t>
        <w:br/>
        <w:t>Вигуком гордим: "А що тут у вас за халепа?&lt;br /&gt;</w:t>
        <w:br/>
        <w:t>Нуте, кажіть! Я подам допомогу, як треба!&lt;br /&gt;</w:t>
        <w:br/>
        <w:t>Все розтлумачу, звільню від усіх недогод!"&lt;br /&gt;</w:t>
        <w:br/>
        <w:t>Всі в один голос гукнули йому: "Хінг, Тінг,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Вислухав повість гаурець, насупивсь — і знову&lt;br /&gt;</w:t>
        <w:br/>
        <w:t>Голосом грубим озвався. Годинну промову&lt;br /&gt;</w:t>
        <w:br/>
        <w:t>Люди прослухали. "Легко цей сон розтлумачить&lt;br /&gt;</w:t>
        <w:br/>
        <w:t>Той, хто старе під новою одежею вбачить.&lt;br /&gt;</w:t>
        <w:br/>
        <w:t>В Шіви — три ока, три віка, три першооснови;&lt;br /&gt;</w:t>
        <w:br/>
        <w:t>Дух — і природа, що духу готує окови;&lt;br /&gt;</w:t>
        <w:br/>
        <w:t>Розбрат і зближення, сила, що різне єднає;&lt;br /&gt;</w:t>
        <w:br/>
        <w:t>Шіви поява, що першооснову ламає;&lt;br /&gt;</w:t>
        <w:br/>
        <w:t>Сили тяжінь і відштовхувань; чинність пракриті*****;</w:t>
      </w:r>
    </w:p>
    <w:p>
      <w:r>
        <w:br/>
        <w:t>З'єднання атомів; розпади їх розмаїті;&lt;br /&gt;</w:t>
        <w:br/>
        <w:t>Душ течія блискавична; ріка нескінченна;&lt;br /&gt;</w:t>
        <w:br/>
        <w:t>Думка, довершеність, їхня поява спасенна;&lt;br /&gt;</w:t>
        <w:br/>
        <w:t>Сила потрійна у розвитку різних істот.&lt;br /&gt;</w:t>
        <w:br/>
        <w:t>Ну, а простіше сказати, так це Хінг, Тінг,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"Слава премудрому!" — вмить залунало зусюди.&lt;br /&gt;</w:t>
        <w:br/>
        <w:t>"Все зрозуміло, все ясно,— промовили люди,-&lt;br /&gt;</w:t>
        <w:br/>
        <w:t>Наче заглянули ми у водичку прозору,&lt;br /&gt;</w:t>
        <w:br/>
        <w:t>Мов подивилися ми в височінь неозору".&lt;br /&gt;</w:t>
        <w:br/>
        <w:t>Раджа зітхнув із полегкістю й звівся із трону.&lt;br /&gt;</w:t>
        <w:br/>
        <w:t>Раджа Хобучондро зняв злотосяйну корону&lt;br /&gt;</w:t>
        <w:br/>
        <w:t>I урочисто надів на бенгальця худого —&lt;br /&gt;</w:t>
        <w:br/>
        <w:t>Людям здалося, що шия надломиться в нього.&lt;br /&gt;</w:t>
        <w:br/>
        <w:t>Всі заспокоїлись, тиша в країну вернулась,&lt;br /&gt;</w:t>
        <w:br/>
        <w:t>Ціла держава від злої недуги прочнулась.&lt;br /&gt;</w:t>
        <w:br/>
        <w:t>Діти до грищ повернулись, старі — до табаки;&lt;br /&gt;</w:t>
        <w:br/>
        <w:t>Знову жінки торохтять і зівають зіваки;&lt;br /&gt;</w:t>
        <w:br/>
        <w:t>I голови собі більше не сушить народ;&lt;br /&gt;</w:t>
        <w:br/>
        <w:t>Всім-бо відкрилося значення слів "Хінг, Тінг, Чхот".&lt;br /&gt;</w:t>
        <w:br/>
        <w:t>Сон — це напій, що у небі готують;&lt;br /&gt;</w:t>
        <w:br/>
        <w:t>Гордість Гаура, поет промовляє, праведні чують.&lt;br /&gt;</w:t>
        <w:br/>
        <w:t>Кожний, кому про цей сон доведеться почути,&lt;br /&gt;</w:t>
        <w:br/>
        <w:t>Правду живу неодмінно зуміє збагнути.&lt;br /&gt;</w:t>
        <w:br/>
        <w:t>Він не повірить у справжність видимого світу,&lt;br /&gt;</w:t>
        <w:br/>
        <w:t>Завжди у правді неправду шукатиме скриту,&lt;br /&gt;</w:t>
        <w:br/>
        <w:t>Буде для нього буття з небуттям нероздільне —&lt;br /&gt;</w:t>
        <w:br/>
        <w:t>Так він дістане для себе знання неомильне.&lt;br /&gt;</w:t>
        <w:br/>
        <w:t>В те, що ясніш од ясного, простіш од простого,&lt;br /&gt;</w:t>
        <w:br/>
        <w:t>Візьме й напустить одразу туману густого.</w:t>
      </w:r>
    </w:p>
    <w:p>
      <w:r>
        <w:br/>
        <w:t>Що ж, позіхнімо, братове, та й ляжемо спати,&lt;br /&gt;</w:t>
        <w:br/>
        <w:t>Бо у непевному світі одне тільки знати&lt;br /&gt;</w:t>
        <w:br/>
        <w:t>Можна напевно: що світ наш обман і бридня;&lt;br /&gt;</w:t>
        <w:br/>
        <w:t>Правда — лише в сновидінні, все інше — брехня.&lt;br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----------------&lt;br /&gt;</w:t>
        <w:br/>
        <w:t>* Іронічно повторюється один із рефренів "Рамаяни";&lt;br /&gt;</w:t>
        <w:br/>
        <w:t>Гаур — старовинна назва Бенгалії.&lt;br /&gt;</w:t>
        <w:br/>
        <w:t>** Назви стародавніх держав на території Індії.&lt;br /&gt;</w:t>
        <w:br/>
        <w:t>*** Знаки бенгальського алфавіту.&lt;br /&gt;</w:t>
        <w:br/>
        <w:t>**** Яванцями в Індії називали західні народи.&lt;br /&gt;</w:t>
        <w:br/>
        <w:t>Тут маються на увазі греки&lt;br /&gt;</w:t>
        <w:br/>
        <w:t>***** Одна з категорій давньоіндійської філософії.</w:t>
      </w:r>
    </w:p>
    <w:p>
      <w:r>
        <w:br/>
        <w:t>Перекладач: Василь Мисик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Хінг, Тінг, Чхот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