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Хата, де жили страхи</w:t>
      </w:r>
    </w:p>
    <w:p>
      <w:r>
        <w:br/>
        <w:t xml:space="preserve"> &lt;p&gt;Вона стояла на самісінькім краю села. Стара-стара, перехняблена, а вікна майже в землю повростали. Люди в ній давно не жили.</w:t>
      </w:r>
    </w:p>
    <w:p>
      <w:r>
        <w:br/>
        <w:t>Під зогнилим тином в усі боки розрослася дереза. А в дворі були лопухові джунглі. Я ще ніколи не бачив таких гігантських лопухів. Верхівками вони здіймалися аж над дерезою, а величезними листками встелили весь двір. Навіть нікуди нозі ступити. Та ми й не ступали туди. Ми обминали страшну хату десятою дорогою. Навіть удень.</w:t>
      </w:r>
    </w:p>
    <w:p>
      <w:r>
        <w:br/>
        <w:t>Ми з Васьком живемо недалеко і не раз чули, як увечері жахливими голосами кричать біля хати коти, як гримить, ніби хтось бігає, на даху іржаве залізо.</w:t>
      </w:r>
    </w:p>
    <w:p>
      <w:r>
        <w:br/>
        <w:t>Інколи ми стояли біля нашого двору й дивилися крізь сутінки на те страхіття. Там серед двору безшелесно ходили примарні тіні, щось посвистувало й гуло на горищі. Нам раптом ставало холодно, ми зіщулювалися й тікали додому.</w:t>
      </w:r>
    </w:p>
    <w:p>
      <w:r>
        <w:br/>
        <w:t>— О, так рано прибігли,— здивовано казав батько.— А чому ж це ви не гуляли?</w:t>
      </w:r>
    </w:p>
    <w:p>
      <w:r>
        <w:br/>
        <w:t>— Та&amp;hellip;— махав я рукою.</w:t>
      </w:r>
    </w:p>
    <w:p>
      <w:r>
        <w:br/>
        <w:t>— Нагулялися,— зніченим голосом вимовляв Васько.</w:t>
      </w:r>
    </w:p>
    <w:p>
      <w:r>
        <w:br/>
        <w:t>— Щось на вас це не схоже,— не переставав дивуватися батько.— То забіжите хтозна-куди, що вас і не догукаєшся, а то наче вас хтось прив'язав до двору.</w:t>
      </w:r>
    </w:p>
    <w:p>
      <w:r>
        <w:br/>
        <w:t>Ми йому нічого не кажемо, хоч батько й допитується:</w:t>
      </w:r>
    </w:p>
    <w:p>
      <w:r>
        <w:br/>
        <w:t>— Може, вас хтось налякав?</w:t>
      </w:r>
    </w:p>
    <w:p>
      <w:r>
        <w:br/>
        <w:t>Соромно зізнатися, що боїмося старої хати. Ще сміятися буде, хоч тут і немає нічого смішного. Бо що за сміх може бути, якщо людина боїться.</w:t>
      </w:r>
    </w:p>
    <w:p>
      <w:r>
        <w:br/>
        <w:t>Якось Васько сказав:</w:t>
      </w:r>
    </w:p>
    <w:p>
      <w:r>
        <w:br/>
        <w:t>— Так хочеться побачити, хто ж там живе...</w:t>
      </w:r>
    </w:p>
    <w:p>
      <w:r>
        <w:br/>
        <w:t>Я згадав подвір'я в лопухах, врослі в землю вікна, згадав котячий вереск по ночах, і аж дрижаки по тілу пішли.</w:t>
      </w:r>
    </w:p>
    <w:p>
      <w:r>
        <w:br/>
        <w:t>— А мені зовсім не хочеться побачити, хто ж там живе! — сказав я навмисне бадьоро.</w:t>
      </w:r>
    </w:p>
    <w:p>
      <w:r>
        <w:br/>
        <w:t>Але Васько мені не повірив:</w:t>
      </w:r>
    </w:p>
    <w:p>
      <w:r>
        <w:br/>
        <w:t>— Тобі теж хочеться, але тебе страх не пускає!</w:t>
      </w:r>
    </w:p>
    <w:p>
      <w:r>
        <w:br/>
        <w:t>— А тебе?</w:t>
      </w:r>
    </w:p>
    <w:p>
      <w:r>
        <w:br/>
        <w:t>— Мене теж... Але людина повинна перемагати свій страх. Давай, і ми переможемо!</w:t>
      </w:r>
    </w:p>
    <w:p>
      <w:r>
        <w:br/>
        <w:t>— Ти старший, ти й перемагай! А я ось підросту, тоді теж перемагати почну,— думав, що викрутився, я.</w:t>
      </w:r>
    </w:p>
    <w:p>
      <w:r>
        <w:br/>
        <w:t>Але Васько став мені докоряти:</w:t>
      </w:r>
    </w:p>
    <w:p>
      <w:r>
        <w:br/>
        <w:t>— Оце так, значить, хай брат іде в біду... Хай там пропадає, а ти сидітимеш удома і нічим не допоможеш?</w:t>
      </w:r>
    </w:p>
    <w:p>
      <w:r>
        <w:br/>
        <w:t>Я страшенно не люблю, коли він отак говорить. Аж сил терпіти в мене немає.</w:t>
      </w:r>
    </w:p>
    <w:p>
      <w:r>
        <w:br/>
        <w:t>— Чого це ти саме там перемагатимеш страх? Давай краще підемо до ставка і стрибнемо з дамби...</w:t>
      </w:r>
    </w:p>
    <w:p>
      <w:r>
        <w:br/>
        <w:t>— Та я ж не боюся з неї стрибати." А ти боїшся?</w:t>
      </w:r>
    </w:p>
    <w:p>
      <w:r>
        <w:br/>
        <w:t>— Ні,— сказав я, бо забув, що боюся.</w:t>
      </w:r>
    </w:p>
    <w:p>
      <w:r>
        <w:br/>
        <w:t>— Отож увечері треба піти до хати й усе розвідать!</w:t>
      </w:r>
    </w:p>
    <w:p>
      <w:r>
        <w:br/>
        <w:t>Увечері піти... Тут удень страшно, а він: увечері! Васько завжди щось як придумає, то хоч стій, хоч падай.</w:t>
      </w:r>
    </w:p>
    <w:p>
      <w:r>
        <w:br/>
        <w:t>Довго ми з ним сперечалися, а потім він і каже:</w:t>
      </w:r>
    </w:p>
    <w:p>
      <w:r>
        <w:br/>
        <w:t>— Піду сам, а якщо повернуся живим, то геть усім розповім, що ти такий страхопуд.</w:t>
      </w:r>
    </w:p>
    <w:p>
      <w:r>
        <w:br/>
        <w:t>Я мало не заплакав од образи. Знаю: він як скаже, так і зробить.</w:t>
      </w:r>
    </w:p>
    <w:p>
      <w:r>
        <w:br/>
        <w:t>Довелося погодитись іти з ним.</w:t>
      </w:r>
    </w:p>
    <w:p>
      <w:r>
        <w:br/>
        <w:t>І вечір того дня так швидко настав, що я й зоглядітись не встиг.</w:t>
      </w:r>
    </w:p>
    <w:p>
      <w:r>
        <w:br/>
        <w:t>Отож коли присмерки впали і серце в мене десь уже впало, Васько й каже:</w:t>
      </w:r>
    </w:p>
    <w:p>
      <w:r>
        <w:br/>
        <w:t>— Ходімо, значить&amp;hellip;</w:t>
      </w:r>
    </w:p>
    <w:p>
      <w:r>
        <w:br/>
        <w:t>А в самого голос дрижить так незвично.</w:t>
      </w:r>
    </w:p>
    <w:p>
      <w:r>
        <w:br/>
        <w:t>— Може, не підемо? — з надією запитую я.</w:t>
      </w:r>
    </w:p>
    <w:p>
      <w:r>
        <w:br/>
        <w:t>— Підемо.</w:t>
      </w:r>
    </w:p>
    <w:p>
      <w:r>
        <w:br/>
        <w:t>І ми пішли.</w:t>
      </w:r>
    </w:p>
    <w:p>
      <w:r>
        <w:br/>
        <w:t>Вийшли з нашого освітленого двору на вулицю і, мов злодії, стали пробиратися в темряві На небі ще й місяць не зійшов і зорі не висіялися. Темно-темнісінько. Вже на дорозі нам лячно стало.</w:t>
      </w:r>
    </w:p>
    <w:p>
      <w:r>
        <w:br/>
        <w:t>— Давай повернемося,— тихенько прошу Васька.</w:t>
      </w:r>
    </w:p>
    <w:p>
      <w:r>
        <w:br/>
        <w:t>— Чого це ми будемо повертатися?! — на всю дорогу гукає він.</w:t>
      </w:r>
    </w:p>
    <w:p>
      <w:r>
        <w:br/>
        <w:t>Я аж присів з несподіванки.</w:t>
      </w:r>
    </w:p>
    <w:p>
      <w:r>
        <w:br/>
        <w:t>— Не галасуй так.</w:t>
      </w:r>
    </w:p>
    <w:p>
      <w:r>
        <w:br/>
        <w:t>— Нічого не бійся,— знову голосно каже він.— Ми ж у своєму селі!.. Кого нам тут боятися?</w:t>
      </w:r>
    </w:p>
    <w:p>
      <w:r>
        <w:br/>
        <w:t>А мені й справді наче не так страшно стало.</w:t>
      </w:r>
    </w:p>
    <w:p>
      <w:r>
        <w:br/>
        <w:t>Отак ми й дійшли до самісінької дерези біля тину.</w:t>
      </w:r>
    </w:p>
    <w:p>
      <w:r>
        <w:br/>
        <w:t>Нерішуче стояли вглибині темного вечора, наче на дні моря. А перед нами, мовби страшна істота, похмуро випливала й здіймалася загадкова хата.</w:t>
      </w:r>
    </w:p>
    <w:p>
      <w:r>
        <w:br/>
        <w:t>Повз нас до неї прошелестів вітер. І в ній на даху щось раптом залопотіло, загриміло, закашляло. Я й незчувся, як упав на землю. А біля мене вже лежав Васько.</w:t>
      </w:r>
    </w:p>
    <w:p>
      <w:r>
        <w:br/>
        <w:t>— Не дихай так голосно,— прошепотів я йому з останніх сил.</w:t>
      </w:r>
    </w:p>
    <w:p>
      <w:r>
        <w:br/>
        <w:t>— Це ти не дихай,— обпік мене гарячим голосом у вухо.</w:t>
      </w:r>
    </w:p>
    <w:p>
      <w:r>
        <w:br/>
        <w:t>Довго ми лежали, бо зовсім сил не було встати.</w:t>
      </w:r>
    </w:p>
    <w:p>
      <w:r>
        <w:br/>
        <w:t>А в дворі поміж лопухів щось чхало, бурмотіло, кашляло, хихикало і бігало.</w:t>
      </w:r>
    </w:p>
    <w:p>
      <w:r>
        <w:br/>
        <w:t>Потім воно запищало — і прямо на нас.</w:t>
      </w:r>
    </w:p>
    <w:p>
      <w:r>
        <w:br/>
        <w:t>Не знаю, як ми на ноги зірвалися й опинилися біля своєї хати.</w:t>
      </w:r>
    </w:p>
    <w:p>
      <w:r>
        <w:br/>
        <w:t>Вскочили прожогом у двері, а батько запитує:</w:t>
      </w:r>
    </w:p>
    <w:p>
      <w:r>
        <w:br/>
        <w:t>— Хто це за вами гнався?</w:t>
      </w:r>
    </w:p>
    <w:p>
      <w:r>
        <w:br/>
        <w:t>— Та&amp;hellip; так,— сказав я.— Ніхто.</w:t>
      </w:r>
    </w:p>
    <w:p>
      <w:r>
        <w:br/>
        <w:t>— Ми просто бігли,— сказав Васько.</w:t>
      </w:r>
    </w:p>
    <w:p>
      <w:r>
        <w:br/>
        <w:t>— Просто так не бігають,— не повірив батько, але не допитувався далі</w:t>
      </w:r>
    </w:p>
    <w:p>
      <w:r>
        <w:br/>
        <w:t>А вранці нам з Васьком стало соромно. Може, там нічого страшного й не було, а ми так наполохалися.</w:t>
      </w:r>
    </w:p>
    <w:p>
      <w:r>
        <w:br/>
        <w:t>І ми пішли до хати.</w:t>
      </w:r>
    </w:p>
    <w:p>
      <w:r>
        <w:br/>
        <w:t>Пробралися через дерезу у двір, стали серед лопухів, як завойовники. Васько свиснув на чотири пальці. З-під ніг у нас ящірка шмигнула, миша пробігла. З вибитого вікна горобці шугонули.</w:t>
      </w:r>
    </w:p>
    <w:p>
      <w:r>
        <w:br/>
        <w:t>Підійшли ми до дверей і натиснули разом.</w:t>
      </w:r>
    </w:p>
    <w:p>
      <w:r>
        <w:br/>
        <w:t>Двері заскрипіли й розчинилися. Все перед нами було обсноване павутинням. Десь біля вікна дзижчали мухи й оси. Посеред кімнати лежала гора брудного лахміття.</w:t>
      </w:r>
    </w:p>
    <w:p>
      <w:r>
        <w:br/>
        <w:t>І — все. І більше — ніде нічого.</w:t>
      </w:r>
    </w:p>
    <w:p>
      <w:r>
        <w:br/>
        <w:t>Ми навіть розчаровано зітхнули.</w:t>
      </w:r>
    </w:p>
    <w:p>
      <w:r>
        <w:br/>
        <w:t>— А що ж ти думав,— сказав Васько.— Тут якісь злодії живуть чи інопланетяни?</w:t>
      </w:r>
    </w:p>
    <w:p>
      <w:r>
        <w:br/>
        <w:t>— Нічого я такого не думав,— одповів я.— Просто вона була дуже загадкова, ця хата...</w:t>
      </w:r>
    </w:p>
    <w:p>
      <w:r>
        <w:br/>
        <w:t>— Справді,— погодився він.— Мені здавалося, що тут якась таємниця прихована.</w:t>
      </w:r>
    </w:p>
    <w:p>
      <w:r>
        <w:br/>
        <w:t>Після того ми часто ходили до старої хати гратися.</w:t>
      </w:r>
    </w:p>
    <w:p>
      <w:r>
        <w:br/>
        <w:t>Ми її вже зовсім не боялися.</w:t>
      </w:r>
    </w:p>
    <w:p>
      <w:r>
        <w:br/>
        <w:t>А цієї весни хати не стало.</w:t>
      </w:r>
    </w:p>
    <w:p>
      <w:r>
        <w:br/>
        <w:t>Приїхав величезний бульдозер, штовхнув її — і вона розсипалася. Нам здалося, що хата від несподіванки аж зітхнула. І скло з вікон розпачливо забряжчало.</w:t>
      </w:r>
    </w:p>
    <w:p>
      <w:r>
        <w:br/>
        <w:t>Мені чомусь стало так сумно, що сльози в очах запекли.</w:t>
      </w:r>
    </w:p>
    <w:p>
      <w:r>
        <w:br/>
        <w:t>Васько теж похнюпив голову і тихо сказав:</w:t>
      </w:r>
    </w:p>
    <w:p>
      <w:r>
        <w:br/>
        <w:t>— Нема вже нашої хати&amp;hellip; Як шкода!</w:t>
      </w:r>
    </w:p>
    <w:p>
      <w:r>
        <w:br/>
        <w:t>Вдома ввечері ми запитали батька:</w:t>
      </w:r>
    </w:p>
    <w:p>
      <w:r>
        <w:br/>
        <w:t>— А навіщо завалили ту хату?</w:t>
      </w:r>
    </w:p>
    <w:p>
      <w:r>
        <w:br/>
        <w:t>— Як навіщо? Та розвалюха стояла в селі, мов більмо на оці! Віджила вона вже своє.</w:t>
      </w:r>
    </w:p>
    <w:p>
      <w:r>
        <w:br/>
        <w:t>— Хай би собі стояла,— сказав Васько.</w:t>
      </w:r>
    </w:p>
    <w:p>
      <w:r>
        <w:br/>
        <w:t>— Ага,— погодився і я.</w:t>
      </w:r>
    </w:p>
    <w:p>
      <w:r>
        <w:br/>
        <w:t>— Ні, на місці будуватимуть нову, цегляну. Таку, як у нас. Добре ж у ній жити?</w:t>
      </w:r>
    </w:p>
    <w:p>
      <w:r>
        <w:br/>
        <w:t>— Добре,— відповіли ми разом.</w:t>
      </w:r>
    </w:p>
    <w:p>
      <w:r>
        <w:br/>
        <w:t>— Бачите, що ніхто в старій не хотів селитися. Всім потрібні хороші хати.</w:t>
      </w:r>
    </w:p>
    <w:p>
      <w:r>
        <w:br/>
        <w:t>Ми згодні, звичайно, що всім потрібні хороші хати. Саме такі, як у нас.</w:t>
      </w:r>
    </w:p>
    <w:p>
      <w:r>
        <w:br/>
        <w:t>І все одно тої, старої, із врослими у землю вікнами, нам дуже-дуже шкода. Шкода, хоч там і жили наші страхи.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Хата, де жили страхи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