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спиниться чудова мить!</w:t>
      </w:r>
    </w:p>
    <w:p>
      <w:r>
        <w:br/>
        <w:t xml:space="preserve"> &lt;p&gt;ХАЙ СПИНИТЬСЯ ЧУДОВА МИТЬ!</w:t>
      </w:r>
    </w:p>
    <w:p>
      <w:r>
        <w:br/>
        <w:t>Замість останнього слова</w:t>
      </w:r>
    </w:p>
    <w:p>
      <w:r>
        <w:br/>
        <w:t>18 травня за старим стилем був день народження моєї матері. Я вистрибом повертався додому, склавши останнього іспита з географії, а це означало, що я перейшов з третього класу Охтирської гімназії в четвертий. Замість подарунка, я ніс матері "п'ятірку", яку не так легко було добути в НикАнора Івановича Клевцова, прозваного в гімназії за довготелесість "Макароном". У Макарона, викладача географії, був свій улюбленний "коник", на якого він раз у раз сідав на іспитах: з ледве помітною в старих вицвілих очах хитрістю Макарон загадував учневі мандрувати з Охтирки в різні країни світу. Ще напередодні я подумки мандрував до Нью-Йорка, Сінгапура й Сіднея, але найбільше наполягав на подорож до Англії. Це тому, що в Лондоні жив знаменитий генерал Баден-Пауль, основоположник бойскаутизму. Про цього генерала я вичитав у єдиному на всю дореволюційну Росію журналі "Ученик", котрий активно пропагував створення в Росії організації бойскаутів під назвою "Юные разведчики". Я зважився написати цьому лондонському генералові листа, і, на мій крайній подив, через місяць одержав од генеральської секретарки відповідь російською мовою з купою бойскаутських книжок та журналів по-англійському.</w:t>
      </w:r>
    </w:p>
    <w:p>
      <w:r>
        <w:br/>
        <w:t>Сьогодні на іспиті мені поталанило витягти квитка "Англія". Тільки-но я почав оповідати про людність, флору й фауну Британського острова, як Макарон спинив мене:</w:t>
      </w:r>
    </w:p>
    <w:p>
      <w:r>
        <w:br/>
        <w:t>— А чи не будете ви ласкаві розповісти нам, як ви поїдете з Охтирки до Лондона?</w:t>
      </w:r>
    </w:p>
    <w:p>
      <w:r>
        <w:br/>
        <w:t>Я одразу ж на словах поїхав залізницею до Одеси, сів на морський пароплав і майнув ним у Чорне море. Проскочивши щасливо через Босфор і Дарданелли та перетнувши Мармурове й Егейське моря, я виплив у Середземне, далі через Гібралтарську протоку опинився в Атлантичному океані й, минаючи береги Іспанії та Франції, дістався до Ла-Маншу, де замислився — чи мені зійти з пароплава в Дуврі й їхати до Лондона залізницею, чи пливти далі до гирла Темзи, щоб там, пересівши на річковий пароплав, прибути до столиці Великобританії.</w:t>
      </w:r>
    </w:p>
    <w:p>
      <w:r>
        <w:br/>
        <w:t>— А ще як можна — з Охтирки до Лондона? — підступно спитав Макарон, та я, не моргнувши оком, затараторив:</w:t>
      </w:r>
    </w:p>
    <w:p>
      <w:r>
        <w:br/>
        <w:t>— Можна через Петербург, Фінську затоку...— і Макарон, не питаючи вже мене ні про флору, ні про фауну, вивів у журналі жирне "5".</w:t>
      </w:r>
    </w:p>
    <w:p>
      <w:r>
        <w:br/>
        <w:t>Ідучи додому, я ще раз подумки повторював свою вдалу подорож із Охтирки через моря й океан, наперед смакуючи пиріжки з м'ясом, які мати так уміло пекла за рецептами "Советы молодым хозяйкам".</w:t>
      </w:r>
    </w:p>
    <w:p>
      <w:r>
        <w:br/>
        <w:t>Але-що це? Коло нашого дому на розі Вище-Котелев-ської вулиці та Зеленого провулка збираються люди, тривожно перешіптуються, а дехто, сміливіший, видряпується на призьбу, щоб зазирнути в крайнє вікно. Гості? Та ні, гості прийдуть увечері привітати матір з днем народження й ніхто з них не дозволить собі так поводитись у гостинному, але строгому щодо пристойності нашому домі...</w:t>
      </w:r>
    </w:p>
    <w:p>
      <w:r>
        <w:br/>
        <w:t>Передчуваючи щось недобре, я прискорив ходу й через одчинені навстіж двері увійшов до покоїв, де теж товклися хтозна-чого чужі засмучені знайомі й незнайомі люди.</w:t>
      </w:r>
    </w:p>
    <w:p>
      <w:r>
        <w:br/>
        <w:t>Назустріч мені кинулась моя заплакана мати й гірко заридала:</w:t>
      </w:r>
    </w:p>
    <w:p>
      <w:r>
        <w:br/>
        <w:t>— Подумай тільки, яке лихо, та ще в мій день: Федінька застрілився! О боже...</w:t>
      </w:r>
    </w:p>
    <w:p>
      <w:r>
        <w:br/>
        <w:t>Я кинувся в кутню кімнату, де з початку навчального року жив у нас на квартирі восьмикласник Федя Горбач.</w:t>
      </w:r>
    </w:p>
    <w:p>
      <w:r>
        <w:br/>
        <w:t>Засунувши під потилицю ліву руку й витягнувши на ліжку довгасті, покладені одна на одну ноги, лежав нерухомо одягнутий у чорну тужурку Федя. Права рука, мабуть після пострілу, впала, випустивши револьвер, і тепер безсило звисала з ліжка. З маленької дірочки на правій скроні тягнулась темно-червона струмина закипілої вже крові, а на підлозі застигла невелика кривава калюжка.</w:t>
      </w:r>
    </w:p>
    <w:p>
      <w:r>
        <w:br/>
        <w:t>За Фединим столиком сидів поліцейський пристав і повільно гортав сторінки підручників та книжок, шукаючи передсмертної записки самогубця. Край столика лежав маленький, блискучий, витертий від крові револьвер системи "Бульдог", з якого Федя порішив себе. Пристав на всякий випадок повиймав із револьвера решту — п'ять набоїв, і вони лежали поряд купкою як речові докази події. Я здаля дивився на них і ніяк не міг збагнути, як могла маленька олив'яна кулька обірвати людське життя, та ще на світанку його.</w:t>
      </w:r>
    </w:p>
    <w:p>
      <w:r>
        <w:br/>
        <w:t>Мати покликала мене їсти, але я ще раз глянув на мертвого Федю, в якого на губах застигла, здалось мені, усмішка, а високе чоло ніби ще думало щось, тільки темна струмина на щоці й червона пляма на підлозі свідчили, що Феді більше нема й ніколи не буде. Ніколи! Яке це страшне слово...</w:t>
      </w:r>
    </w:p>
    <w:p>
      <w:r>
        <w:br/>
        <w:t>Мати завела мене в спальню, де не було сторонніх людей, що без дозволу товклися в наших покоях, і, підсуваючи мені тарілку з теплими ще пиріжками, схвильовано оповідала: — Вийняла пиріжки з печі, глянула на годинника: вже на одинадцяту пішло, а Федінька ще спить. Хотілось почастувати його гаряченькими пиріжками, підійшла до його дверей, постукала тихенько раз — не озивається; постукала вдруге — мовчить. Тихенько прочинила двері, глянула, а там — на підлозі кров і непогашена свічка на стільці біля ліжка догорає... Я стерялась, кинулась у двір і кричу: "Люди добрі, допоможіть! Наш Федя наклав на себе руки..." Збіглись сусіди, хтось кинувся в поліцію, повідомили молодшого Федцного брата, що живе аж на Повстяній, той прибіг, постояв, бідолашний, трохи й помчав на пошту — телеграму батькам... Уявляю, що буде з нещасною Фединою мамою!..</w:t>
      </w:r>
    </w:p>
    <w:p>
      <w:r>
        <w:br/>
        <w:t>Я надкусив теплого пиріжка з м'ясом, але їсти далі не міг. Певно, й мертве Федине тіло — ще тепле,— промайнуло в голові, і мене так занудило, що я потім цілий рік не міг дивитись на пиріжки з м'ясом.</w:t>
      </w:r>
    </w:p>
    <w:p>
      <w:r>
        <w:br/>
        <w:t>Федя був один з перших учнів в останньому восьмому класі Охтирської гімназії. Він видавався не про свої літа старшим і розвиненішим і скидався більше на студента, ніж на гімназиста. Проте не чванився тим, був добрим товаришем, а у вільний час охоче розмовляв і зі мною, жовторотим третьокласником. Якось я похвалився Феді, що в петербурзькому журналі "Ученик" надруковано мого вірша "Цусима", і Федя по-діловому спитав: "А гонорар вони платять?" Уперше почувши це слово, я сприйняв його не як грошову вартість, а від латинського "Ьопог", цебто вияв пошани й зичливості, і впевнено відповів: "Аякже! Ось надіслали авторського примірника й заохочувального листа". Федя посміхнувся й пояснив мені прозаїчне значення цього дивного слова.</w:t>
      </w:r>
    </w:p>
    <w:p>
      <w:r>
        <w:br/>
        <w:t>У третій чверті того року до нашої гімназії прибув замість симпатичної, але хворої на туберкульоз викладачки французької мови Софії Нарцизівни справжній француз, мало не з самого Парижа, месьє Шарль. Високий на зріст, трохи смаглявий, з пишними чорними вусами й такою ж чорною кучмою на голові, він здавався мені схожим на Мопассана, якби можно було вдесятеро збільшити його розум, такт і кмітливість. Хтозна, чи мав він якусь педагогічну освіту, бо в його поводженні й методиці цього не було помітно, а в гімназії пройшла чутка, що він просто колишній лакей з якогось фешенебельного паризького ресторану. Про Росію, з усього видно, в нього було досить тьмяне уявлення як про країну, людність якої визначається фанатичною релігійністю й безмежною глупотою. Це призводило до курйозів, чутка про які миттю облітала всю гімназію й передувала першим педагогічним дебютам в інших класах. Отак, приміром, у четвертому класі лекція французької мови була першою; черговий у класі, як годилося, вийшов до кафедри прочитати молитву перед навчанням і доповісти вчителеві, кого немає в класі та що загадано на сьогодні вивчити. Чергувати в той день випало відомому своїми витівками пустунові, котрий, прочитавши належну молитву, став читати й інші, що пам'ятав із закону божого. Коли його релігійний репертуар вичерпався, він з тим же побожно-серйозним виразом обличчя став декламувати байки Крилова, ревно хрестячись і раз у раз стаючи навколішки* Увесь клас давився від сміху, але, щоб не загнати чергового на слизьке, ледве стримувався й мовчки хрестився. Француз стоячки терпляче ждав кінця безкінечного моління: треба ж бо поважати релігію й звичаї чужої країни! Тим часом одчай-дух, низько вклоняючись до ікони в кутку класу, позирав між навмисно розчепіреними ногами на круглі вікна в дверях позаду, куди інколи заглядав наглядач, а то й сам інспектор гімназії. Це була доречна обережність, бо інспектор таки цікавився, як проходять у класах перші лекції месьє Шарля.</w:t>
      </w:r>
    </w:p>
    <w:p>
      <w:r>
        <w:br/>
        <w:t>Пустун дійшов до байки "Лисиця й виноград" і пополотнів: у кругле вікно, напружено прислухаючись, дивився інспектор, здивований, що так довго затяглася коротка молитва перед навчанням. Він рвучко увійшов у клас, проінструктував ламаною французькою мовою месьє Шарля і вивів з собою зухвалого пустуна.</w:t>
      </w:r>
    </w:p>
    <w:p>
      <w:r>
        <w:br/>
        <w:t>Месьє Шарль, дізнавшись, як його пошили в дурні, розгнівався не тільки на четвертий клас, а й на всю Охтирську гімназію і раз у раз вигукував з французьким прононсом "больван!" — одне з небагатьох слів свого убогого російського лексикону. Особливо він побоювався капосних підступів в останньому, восьмому класі, де сиділи дебелі парубчаки, дехто з темним пушком над верхньою губою й майже всі з хитрувато-скептичними поглядами, з якими вони не крились перед збентеженим месьє Шарлем.</w:t>
      </w:r>
    </w:p>
    <w:p>
      <w:r>
        <w:br/>
        <w:t>У лексиконі месье Шарля бракувало чомусь слова "фамилия" й через те він користувався словом "имя", що теж призводило до непорозумінь. Коли месьє Шарль уперше прийшов у восьмий клас, він, оглядаючи учнів своїми чорними вирлами, звернув увагу на серйозне обличчя Феді Горбача. Мабуть, помисливому французові Федя видався найспокій-нішим для першого знайомства.</w:t>
      </w:r>
    </w:p>
    <w:p>
      <w:r>
        <w:br/>
        <w:t>— Как твое имя? — спитав месьє Шарль, показуючи ручкою з пером на Федю.</w:t>
      </w:r>
    </w:p>
    <w:p>
      <w:r>
        <w:br/>
        <w:t>Федю трохи кинуло в жар від звернення француза до нього на ти, бо всі вчителі звертались до учнів, починаючи з першого класу, на ви, але він стримався й спокійно відповів по-російському:</w:t>
      </w:r>
    </w:p>
    <w:p>
      <w:r>
        <w:br/>
        <w:t>— Федор.</w:t>
      </w:r>
    </w:p>
    <w:p>
      <w:r>
        <w:br/>
        <w:t>Француз кинувся до класного, журналу, де на першому місці стояли прізвища й лиш на другому імена. Він пробіг очима через усі двадцять дев'ять прізвищ, але "Федора" не знайшов. Не інакше як нова каверза, подібна до безкінечного моління в четвертому класі,— подумав месьє Шарль, і роздратоване лице його стало буряково-червоним.</w:t>
      </w:r>
    </w:p>
    <w:p>
      <w:r>
        <w:br/>
        <w:t>— Больван! Как твое имя? — крикнув він гнівно.</w:t>
      </w:r>
    </w:p>
    <w:p>
      <w:r>
        <w:br/>
        <w:t>Для амбітного Феді цього було занадто, і Федю прорвало:</w:t>
      </w:r>
    </w:p>
    <w:p>
      <w:r>
        <w:br/>
        <w:t>— Сам ты болван! — вигукнув він і демонстративно вийшов із класу.</w:t>
      </w:r>
    </w:p>
    <w:p>
      <w:r>
        <w:br/>
        <w:t>Таке нечуване грубіянство не можна було подарувати навіть такому дисциплінованому й старанному учневі, яким усі знали Федю досі. Його виключено з гімназії, однак не з "вовчим білетом" — без права вступати в будь-який навчальний заклад Російської імперії, а допущено складати іспит на атестат зрілості екстерном.</w:t>
      </w:r>
    </w:p>
    <w:p>
      <w:r>
        <w:br/>
        <w:t>Федя скинув із себе осоружну гімназіальну уніформу, перебрався в чорну тужурку й засів за підручники. До нього часто навідувались товариші з класу, бо Федю всі любили, і він успішно приготувався самотужки до суворих весняних іспитів. Навіть на побачення з коханою дівчиною, восьмикласницею Вірою Місан, він рідко тепер ходив, та тут була й інша причина.</w:t>
      </w:r>
    </w:p>
    <w:p>
      <w:r>
        <w:br/>
        <w:t>Хто зна, чи любила Віра Федю так само, як він її, бо приділяла увагу й другому хлопцеві з Фединого класу, котрий захоплювався поезією Бальмонта й Блока і сам пописував вірші. Бідолашний Федя тяжко переживав суперництво і, щоб добитись повноцінності в очах красуні, коли-не-коли відсував набік підручники й брався вивчати твори Бальмонта напам'ять, поволі захоплюючись і сам його поезією.</w:t>
      </w:r>
    </w:p>
    <w:p>
      <w:r>
        <w:br/>
        <w:t>Відлюдкуватий і вразливий, Федя таївся з своїм коханням навіть перед близькими товаришами. Вони лиш здогадувались про це, випадково бачачи Федю на віддаленій вулиці разом із вродливою Місан, що зосереджено слухала тиху Федину мову.</w:t>
      </w:r>
    </w:p>
    <w:p>
      <w:r>
        <w:br/>
        <w:t>Зайшов травень, коли кінчилось загальне навчання й почалась іспитова гарячка. У восьмому класі два перших письмових іспити — "сочинение", цебто твір, та з математики — були вирішальні: хто провалювався на них, того вже не допускали до дальших, усних іспитів; якщо ж кому щастило доскочити на них високих оцінок, той міг не турбуватися за усні іспити, бо далі все підганялось під ранжир перших, найтяжчих.</w:t>
      </w:r>
    </w:p>
    <w:p>
      <w:r>
        <w:br/>
        <w:t>Федя склав обидва іспити на "5".</w:t>
      </w:r>
    </w:p>
    <w:p>
      <w:r>
        <w:br/>
        <w:t>Давалося чотири дні підготуватись до усних іспитів. Другого дня перерви, коли стали відомі перші оцінки, Федя ішов увечері відсвяткувати десь з іншими абітурієнтами свій блискучий стрибок у дальше напівсамостійне життя. Повернувся він дуже пізно, коли я вже спав. Власне, він не прийшов сам, а його, п'яного до нестями, принесли на руках шість товаришів, роздягли й бережцо поклали в ліжко.</w:t>
      </w:r>
    </w:p>
    <w:p>
      <w:r>
        <w:br/>
        <w:t>Прокинувся Федя третьогр дня пізно, мабуть з перепою, сумний і мовчазний. Неохоче поснідав,, певно, соромлячись перед моєю матір'ю за свій учорашній вигляд, бо досі ми ніколи не бачили його п'яним, і мляво подався до своєї кімнати сісти за підручники.</w:t>
      </w:r>
    </w:p>
    <w:p>
      <w:r>
        <w:br/>
        <w:t>Увечері Федя знову кудись пішов і повернувся десь опівночі веселий і радісний. І хто б міг подумати, що цієї ночі Федя застрілиться?..</w:t>
      </w:r>
    </w:p>
    <w:p>
      <w:r>
        <w:br/>
        <w:t>Даремно поліцейський пристав, перегорнувши всі Федині книжки та нишпорячи по кишенях одягу, шукав передсмертного запису: його ніде не було.</w:t>
      </w:r>
    </w:p>
    <w:p>
      <w:r>
        <w:br/>
        <w:t>Ховали Федю через день, коли приїхали вкрай засмучені батьки.</w:t>
      </w:r>
    </w:p>
    <w:p>
      <w:r>
        <w:br/>
        <w:t>Похорон у повітовому місті взагалі був подією, але коли ховають самогубця, що, не знати з якої причини, сам наклав на себе руки,— величезна сенсація. Тичба всякого люду зібралась коло нашого дому в той ясний травневий день, коли все навколо цвіло, буяло життям і ніщо не нагадувало про смерть. Найбільше було гімназистів, бо майже всі учні старших класів прийшли провести Федю в останню путь. Впадало в очі, що не прийшов ніхто з гімназіальних учителів, лиш голова батьківського комітету, відомий у місті ліберал Андрушов, зважив за потрібне взяти участь у похоронній процесії й принести вінок з написом: "Жертві недосконалої педагогічної системи". Не було й духівництва, бо, за релігійними поняттями, самогубство є великий гріх, і самогубців ховають десь поза православним кладовищем, та хтось подбав, щоб у цьому випадку було зроблено виняток, і тому глибока яма чекала на Федину труну на головній алеї соборного кладовища.</w:t>
      </w:r>
    </w:p>
    <w:p>
      <w:r>
        <w:br/>
        <w:t>Смерть уже стерла з Фединого обличчя тінь передсмертної усмішки, і Федя лежав із складеними на грудях восково-жовтими руками, мов передумавши все й нарешті спочивши від іспитових турбот і тяжких особистих переживань.</w:t>
      </w:r>
    </w:p>
    <w:p>
      <w:r>
        <w:br/>
        <w:t>Коли найближчі Федині товариші підняли зі столу труну, голосно скрикнула Федина мати, що досі якось стримувалась, заплакала гірко й моя мати, котра полюбила Федю, як рідного, зволожились очі й у багатьох гімназистів.</w:t>
      </w:r>
    </w:p>
    <w:p>
      <w:r>
        <w:br/>
        <w:t>Без похоронного співу, без жалобної музики Федину труг ну понесли тихо до її вічного пристановища, а за труною, далеко позаду від Фединих батьків, ішла між гімназистами-восьмикласниками й Віра Місан у чорній жалобі. Десь попереду, перед віком, несли між багатьма вінками і її вінок з лаконічним написом: "Феді від Віри".</w:t>
      </w:r>
    </w:p>
    <w:p>
      <w:r>
        <w:br/>
        <w:t>Минуло два тижні.</w:t>
      </w:r>
    </w:p>
    <w:p>
      <w:r>
        <w:br/>
        <w:t>Роз'їхалися з міста абітурієнти, заспокоїлась і моя мати, що тяжко переживала перші дні драму в нашім домі, лиш не могли одійти від глибокого враження я та Віра Місан, котра щодня надвечір звільна проходила повз наш будинок, простуючи з свіжими квітами в руках до Соборного кладовища.</w:t>
      </w:r>
    </w:p>
    <w:p>
      <w:r>
        <w:br/>
        <w:t>У Фединій кімнаті все прибрано й переставлено, щоб ніщо не нагадувало тут те, що скоїлося ще так недавно. Кімната лишалась вільною до початку навчання в середині серпня, коли мати здасть її новим квартирантам, а тим часом, на літо, в ній оселився я.</w:t>
      </w:r>
    </w:p>
    <w:p>
      <w:r>
        <w:br/>
        <w:t>Нерозв'язана загадка — чого Федя покінчив із життям, саме коли воно всміхнулось йому під час іспитів,— не покидала мене, тим більше що перед своєю смертю він був веселий і радісний? Що ж змусило його кінець кінцем замислитись і натиснути гашетку "бульдога"? Що?..</w:t>
      </w:r>
    </w:p>
    <w:p>
      <w:r>
        <w:br/>
        <w:t>Я дивився на порожнє тепер місце, де стояло Федине ліжко, пригадував дивний вираз мертвого обличчя, підходив до крайнього вікна, перед яким стояв раніш столик із Феди-ними книжками й зошитами, дивився крізь вікно на Вище-Котелевську вулицю, намагаючись відтворити в уяві те, що бачив Федя востаннє в житті. Ось ряд електричних ліхтарів, удалині соборна дзвіниця, аптека... А може, Федя підвівся з-за столу й глянув ліворуч — на замулене Зелене озеро під старими вербами, що торкнулося одним боком Вище-Котелевської вулиці? Може...</w:t>
      </w:r>
    </w:p>
    <w:p>
      <w:r>
        <w:br/>
        <w:t>І раптом мої очі спинились на дрібно писаних олівцем літерах у лівому кутку лутки. Я нахилився й прочитав:</w:t>
      </w:r>
    </w:p>
    <w:p>
      <w:r>
        <w:br/>
        <w:t>Пусть завтра будет мрак и холод — Отдам я сердце лучу: Я буду счастлив, я буду молод — Я так хочу!</w:t>
      </w:r>
    </w:p>
    <w:p>
      <w:r>
        <w:br/>
        <w:t>БАЛЬМОНТ</w:t>
      </w:r>
    </w:p>
    <w:p>
      <w:r>
        <w:br/>
        <w:t>І збоку — дата напису: 17.У 1913.</w:t>
      </w:r>
    </w:p>
    <w:p>
      <w:r>
        <w:br/>
        <w:t>17 травня! Переддень Фединої смерті чи останні години того дня...</w:t>
      </w:r>
    </w:p>
    <w:p>
      <w:r>
        <w:br/>
        <w:t>Це писав Федя, напевно, після того, як повернувся від-кілясь радісний і веселий, щоб через короткий час вистріли-</w:t>
      </w:r>
    </w:p>
    <w:p>
      <w:r>
        <w:br/>
        <w:t>ти собі в скроню. Це його передсмертна записка, яку так і не знайшов поліцейський пристав...</w:t>
      </w:r>
    </w:p>
    <w:p>
      <w:r>
        <w:br/>
        <w:t>Але ж кінчають життя самогубством — з розпуки, з од-чаю, з безвиході, невже можна накласти на себе руки з радості?</w:t>
      </w:r>
    </w:p>
    <w:p>
      <w:r>
        <w:br/>
        <w:t>І нараз, мов у непроглядній пітьмі, зблиснуло яскраве світло, в моїй уяві постала розгадка Фединого самогубства.</w:t>
      </w:r>
    </w:p>
    <w:p>
      <w:r>
        <w:br/>
        <w:t>Безперечно, він повернувся тоді з побачення. Що сказала йому кохана дівчина, яку радість, а може, й щастя подарувала вона закоханому в неї до самозабуття Феді,— лишилось таємницею. Віра Місан була теж відлюдкуватою людиною, ні з ким не ділилась ні своєю радістю, ні своїм горем. Вона мовчки переживала страшну втрату й, ходячи щодня на Федину могилу, сама того не розуміючи,— творила з мертвого Феді культ. Лиш пізньої осені, коли перший сніг припорошив Федину могилу, вона виїхала з Охтирки назавжди.</w:t>
      </w:r>
    </w:p>
    <w:p>
      <w:r>
        <w:br/>
        <w:t>Але тоді, в ту фатальну ніч, Федя повернувся від неї щасливий. Ліг на ліжко, ще думаючи про недавню чарівну мить, котра хто зна, чи повториться коли в житті, така досі невідома, первинно прекрасна. І Федю пройняла химерна думка: а чом би й не спинити цю мить навічно?</w:t>
      </w:r>
    </w:p>
    <w:p>
      <w:r>
        <w:br/>
        <w:t>Він не знав, як і я тоді, Олесевого:</w:t>
      </w:r>
    </w:p>
    <w:p>
      <w:r>
        <w:br/>
        <w:t>Ти не дивись, що буде там, Чи забуття, чи зрада,— Весна іде назустріч нам, Весна в сей час вам рада.</w:t>
      </w:r>
    </w:p>
    <w:p>
      <w:r>
        <w:br/>
        <w:t>Феді промовляв лише Бальмонт:</w:t>
      </w:r>
    </w:p>
    <w:p>
      <w:r>
        <w:br/>
        <w:t>...завтра будет мрак и холод...</w:t>
      </w:r>
    </w:p>
    <w:p>
      <w:r>
        <w:br/>
        <w:t>Так чого ж не віддати зараз "сердце лучу"? І короткий спалах пострілу на мить опромінив щасливого Федю.</w:t>
      </w:r>
    </w:p>
    <w:p>
      <w:r>
        <w:br/>
        <w:t>Так воно було чи ні — ніхто не скаже: Федя забрав таємницю своєї смерті в могилу, а Віра Місан вивезла її з Охтирки хтозна-куди.</w:t>
      </w:r>
    </w:p>
    <w:p>
      <w:r>
        <w:br/>
        <w:t>Не раз у житті я згадував Федю і його загадкову смерть, не раз знадна спокуса штовхала мене наслідувати його приклад, але то були хвилини розпачу, тоді як Федя сам спинив своє життя в мить щастя.</w:t>
      </w:r>
    </w:p>
    <w:p>
      <w:r>
        <w:br/>
        <w:t>Отак і дотягнув до похилого віку, коли хоч-не-хоч, а доведеться десь незабаром, поза своєю волею, покидати життя. Те життя, котре, попри всі його злигодні й лиха, все ж лишається прекрасним!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спиниться чудова мить!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