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"Хай про нього не згадають!"</w:t>
      </w:r>
    </w:p>
    <w:p>
      <w:r>
        <w:br/>
        <w:t xml:space="preserve"> "Хай про нього не згадають!"&lt;br /&gt;</w:t>
        <w:br/>
        <w:t>З уст убогої каліки&lt;br /&gt;</w:t>
        <w:br/>
        <w:t>Ці слова почув я вперше&lt;br /&gt;</w:t>
        <w:br/>
        <w:t>І запам'ятав навіки.</w:t>
      </w:r>
    </w:p>
    <w:p>
      <w:r>
        <w:br/>
        <w:t>Вигоріти жаль і пам'ять&lt;br /&gt;</w:t>
        <w:br/>
        <w:t>По людині в світі мають —&lt;br /&gt;</w:t>
        <w:br/>
        <w:t>Ось у чому зміст прокляття:&lt;br /&gt;</w:t>
        <w:br/>
        <w:t>Хай про нього не згадають!</w:t>
      </w:r>
    </w:p>
    <w:p>
      <w:r>
        <w:br/>
        <w:t>Серце, серце, біль і муки&lt;br /&gt;</w:t>
        <w:br/>
        <w:t>Хай з глибин твоїх спливають,&lt;br /&gt;</w:t>
        <w:br/>
        <w:t>Лиш про нього ні півслова —&lt;br /&gt;</w:t>
        <w:br/>
        <w:t>Хай про нього не згадають!</w:t>
      </w:r>
    </w:p>
    <w:p>
      <w:r>
        <w:br/>
        <w:t>Хай про нього не згадають&lt;br /&gt;</w:t>
        <w:br/>
        <w:t>Ні книжки, ні пісня дзвоном —&lt;br /&gt;</w:t>
        <w:br/>
        <w:t>Чорний пес в глухій могилі&lt;br /&gt;</w:t>
        <w:br/>
        <w:t>Хай згниє з моїм прокльоном!</w:t>
      </w:r>
    </w:p>
    <w:p>
      <w:r>
        <w:br/>
        <w:t>Навіть в день страшного суду.&lt;br /&gt;</w:t>
        <w:br/>
        <w:t>Коли грішників розбудить&lt;br /&gt;</w:t>
        <w:br/>
        <w:t>Судний поклик сурм і мертві&lt;br /&gt;</w:t>
        <w:br/>
        <w:t>До судді підходить будуть,</w:t>
      </w:r>
    </w:p>
    <w:p>
      <w:r>
        <w:br/>
        <w:t>Коли ангели господні&lt;br /&gt;</w:t>
        <w:br/>
        <w:t>Грізний вирок прочитають&lt;br /&gt;</w:t>
        <w:br/>
        <w:t>Всім засудженим до пекла,-&lt;br /&gt;</w:t>
        <w:br/>
        <w:t>Хай про нього не згадають!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"Хай про нього не згадають!"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