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буде тьма!</w:t>
      </w:r>
    </w:p>
    <w:p>
      <w:r>
        <w:br/>
        <w:t xml:space="preserve"> &lt;blockquote&gt;У перші роковини&lt;br /&gt;</w:t>
        <w:br/>
        <w:t>смерти М. В. Лисенка&lt;/blockquote&gt;&lt;br /&gt;</w:t>
        <w:br/>
        <w:t>Горять вогні, оселя світлом грає,&lt;br /&gt;</w:t>
        <w:br/>
        <w:t>Народу тиск, скрізь гомін, тихий сміх,&lt;br /&gt;</w:t>
        <w:br/>
        <w:t>Немов пташок веселих легка зграя,&lt;br /&gt;</w:t>
        <w:br/>
        <w:t>Гурти паннів в уборах дорогих.&lt;br /&gt;</w:t>
        <w:br/>
        <w:t>Музика, спів чарують, лащать вухо&lt;br /&gt;</w:t>
        <w:br/>
        <w:t>І оплесків зривають буйний грім...&lt;br /&gt;</w:t>
        <w:br/>
        <w:t>Але душа, душа того не слуха, —&lt;br /&gt;</w:t>
        <w:br/>
        <w:t>Вона уся в пристанищі сумнім.&lt;br /&gt;</w:t>
        <w:br/>
        <w:t>Тихо там... Тісно, мов рідні брати,&lt;br /&gt;</w:t>
        <w:br/>
        <w:t>Лавами скрізь поставали хрести...&lt;br /&gt;</w:t>
        <w:br/>
        <w:t>Наче життя перебути' сни,&lt;br /&gt;</w:t>
        <w:br/>
        <w:t>Стеляться сумно кругом тумани.&lt;br /&gt;</w:t>
        <w:br/>
        <w:t>Сльози важкії жалю та журби&lt;br /&gt;</w:t>
        <w:br/>
        <w:t>Листя останнєє ронять дуби...&lt;br /&gt;</w:t>
        <w:br/>
        <w:t>Туга, і горе, й німа самота&lt;br /&gt;</w:t>
        <w:br/>
        <w:t>Тихо схилилися біля хреста.&lt;br /&gt;</w:t>
        <w:br/>
        <w:t>Чую я стогін в повітрі німім: —&lt;br /&gt;</w:t>
        <w:br/>
        <w:t>Звуки голосять, ридають над ним.&lt;br /&gt;</w:t>
        <w:br/>
        <w:t>"Ранком і смерком самотним гуртом&lt;br /&gt;</w:t>
        <w:br/>
        <w:t>Сумно в'ємося ми тут над хрестом.&lt;br /&gt;</w:t>
        <w:br/>
        <w:t>Грудьми б'ємося над ним, та дарма!&lt;br /&gt;</w:t>
        <w:br/>
        <w:t>В серце холоднее вступу нема.&lt;br /&gt;</w:t>
        <w:br/>
        <w:t>Сльози, і тугу, і ревні жалі&lt;br /&gt;</w:t>
        <w:br/>
        <w:t>З рідної ми позбирали землі,&lt;br /&gt;</w:t>
        <w:br/>
        <w:t>Ми принесли їх до батька свого...&lt;br /&gt;</w:t>
        <w:br/>
        <w:t>Ох! Не знайшли, не знайшли ми його!&lt;br /&gt;</w:t>
        <w:br/>
        <w:t>Леле, ой леле! І слово, і спів,&lt;br /&gt;</w:t>
        <w:br/>
        <w:t>Все поринуло в безодню віків.&lt;br /&gt;</w:t>
        <w:br/>
        <w:t>Думку, і мрію, й святе почуття —&lt;br /&gt;</w:t>
        <w:br/>
        <w:t>Все поглинуло страшне небуття...&lt;br /&gt;</w:t>
        <w:br/>
        <w:t>Вітер голосить і плаче туман...&lt;br /&gt;</w:t>
        <w:br/>
        <w:t>Ні, вже не встане наш віщий Боян!"&lt;br /&gt;</w:t>
        <w:br/>
        <w:t>Хай плаче дощ, хай вітер стогне, виє,&lt;br /&gt;</w:t>
        <w:br/>
        <w:t>Хай листя рве з оголених гілок,&lt;br /&gt;</w:t>
        <w:br/>
        <w:t>Нехай туман жалобою все криє,&lt;br /&gt;</w:t>
        <w:br/>
        <w:t>Хай не лиша ні згадок, ні думок!&lt;br /&gt;</w:t>
        <w:br/>
        <w:t>Благословен, благословен без ліку&lt;br /&gt;</w:t>
        <w:br/>
        <w:t>Той добрий Бог, що дав нам небуття,&lt;br /&gt;</w:t>
        <w:br/>
        <w:t>Що заковав від вмерлого довіку&lt;br /&gt;</w:t>
        <w:br/>
        <w:t>Братів його холодне забуття.&lt;br /&gt;</w:t>
        <w:br/>
        <w:t>Коли життя і жертвенне, й страденне,&lt;br /&gt;</w:t>
        <w:br/>
        <w:t>Що без жалю братам він віддавав&lt;br /&gt;</w:t>
        <w:br/>
        <w:t>На боротьбу, на торжище щоденне,&lt;br /&gt;</w:t>
        <w:br/>
        <w:t>Що для нього і творчість забував,&lt;br /&gt;</w:t>
        <w:br/>
        <w:t>Коли й воно не заробило шани,&lt;br /&gt;</w:t>
        <w:br/>
        <w:t>Коли й за нього вдячности нема, —&lt;br /&gt;</w:t>
        <w:br/>
        <w:t>Хай небуття життя загоїть рани, —&lt;br /&gt;</w:t>
        <w:br/>
        <w:t>Хай буде тьма! Хай буде вічна тьма!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буде тьма!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