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Kennst du das Land?</w:t>
      </w:r>
    </w:p>
    <w:p>
      <w:r>
        <w:br/>
        <w:t xml:space="preserve"> KENNST DU DAS LAND*?</w:t>
      </w:r>
    </w:p>
    <w:p>
      <w:r>
        <w:br/>
        <w:t>Чи знаєте ви край, де вічна тьма неволі&lt;br /&gt;</w:t>
        <w:br/>
        <w:t>Вергла на скорбний люд полуду сліпоти?&lt;br /&gt;</w:t>
        <w:br/>
        <w:t>Де. з міліонів хат глядить опир недолі&lt;br /&gt;</w:t>
        <w:br/>
        <w:t>І б'є тривожний зойк: куди і як іти?&lt;br /&gt;</w:t>
        <w:br/>
        <w:t>Чи знаєте ви сей, забутий світом край?&lt;br /&gt;</w:t>
        <w:br/>
        <w:t>Чи знаєте ви край, де сміх ураз з журбою&lt;br /&gt;</w:t>
        <w:br/>
        <w:t>Виводять на гробах одчаяний танець?&lt;br /&gt;</w:t>
        <w:br/>
        <w:t>Де світло є гріхом, невіжа чеснотою,&lt;br /&gt;</w:t>
        <w:br/>
        <w:t>Й ніхто не зна, хто він і хто його отець?&lt;br /&gt;</w:t>
        <w:br/>
        <w:t>Чи знаєте ви сей, забутий богом край?&lt;br /&gt;</w:t>
        <w:br/>
        <w:t>Чи знаєте ви край, де сонечко з промінням&lt;br /&gt;</w:t>
        <w:br/>
        <w:t>Крадеться лиш хильцем, немовби зі страхом?&lt;br /&gt;</w:t>
        <w:br/>
        <w:t>Де зависна товпа пророків б'є камінням&lt;br /&gt;</w:t>
        <w:br/>
        <w:t>І гидить всіх богів диявольським сміхом?&lt;br /&gt;</w:t>
        <w:br/>
        <w:t>Чи знаєте ви сей, окутий тьмою край?&lt;br /&gt;</w:t>
        <w:br/>
        <w:t>Чи знаєте ви край, де все каляють брудом&lt;br /&gt;</w:t>
        <w:br/>
        <w:t>Ненависті, вражди і насмішливих слів?&lt;br /&gt;</w:t>
        <w:br/>
        <w:t>Де всякий блиск краси придержують під спудом,&lt;br /&gt;</w:t>
        <w:br/>
        <w:t>Де всякий вищий клич стрічає встеклий гнів?&lt;br /&gt;</w:t>
        <w:br/>
        <w:t>Чи знаєте ви сей, пропащий бідний край?&lt;br /&gt;</w:t>
        <w:br/>
        <w:t>Чи знаєте ви край, де, мов страшна лавина,&lt;br /&gt;</w:t>
        <w:br/>
        <w:t>Товче в народну грудь несказаний одчай?&lt;br /&gt;</w:t>
        <w:br/>
        <w:t>Де всякий смілий взрив се тільки морська піна?&lt;br /&gt;</w:t>
        <w:br/>
        <w:t>Чи знаєте ви сей, проклятий богом край?&lt;br /&gt;</w:t>
        <w:br/>
        <w:t>Ох, се моя, моя спотворена країна!</w:t>
      </w:r>
    </w:p>
    <w:p>
      <w:r>
        <w:br/>
        <w:t>***</w:t>
      </w:r>
    </w:p>
    <w:p>
      <w:r>
        <w:br/>
        <w:t>______________________&lt;br /&gt;</w:t>
        <w:br/>
        <w:t>* Чи знаєш ти країну… (Нім.)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Kennst du das Land?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