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золоту рибку</w:t>
      </w:r>
    </w:p>
    <w:p>
      <w:r>
        <w:br/>
        <w:t xml:space="preserve"> &lt;p&gt;У зграйці маленьких рибок вона була найвеселішою і най-моторнішою.</w:t>
      </w:r>
    </w:p>
    <w:p>
      <w:r>
        <w:br/>
        <w:t>— Не запливай далеко,— казала мама,— там часто гуляє стара зубаста щука, вона з’їсть тебе!</w:t>
      </w:r>
    </w:p>
    <w:p>
      <w:r>
        <w:br/>
        <w:t>Рибка мотала хвостиком і відповідала:</w:t>
      </w:r>
    </w:p>
    <w:p>
      <w:r>
        <w:br/>
        <w:t>-— А я від зубастої щуки втечу!</w:t>
      </w:r>
    </w:p>
    <w:p>
      <w:r>
        <w:br/>
        <w:t>— Не підпливай до того берега,— знову попереджала мама, — там рибалки ставлять свої ятері. Потрапиш у них — і кінець!</w:t>
      </w:r>
    </w:p>
    <w:p>
      <w:r>
        <w:br/>
        <w:t>— Не потраплю! — заперечувала рибка і пливла аж до того берега.</w:t>
      </w:r>
    </w:p>
    <w:p>
      <w:r>
        <w:br/>
        <w:t>— Не визирай з води! — хвилювалася мама,— тебе схопить качка і з’їсть!</w:t>
      </w:r>
    </w:p>
    <w:p>
      <w:r>
        <w:br/>
        <w:t>— А мені цікаво на все поглянути! — сміялася рибка.</w:t>
      </w:r>
    </w:p>
    <w:p>
      <w:r>
        <w:br/>
        <w:t>— Ох, яка ти в мене неслухняна! — зітхала мама.</w:t>
      </w:r>
    </w:p>
    <w:p>
      <w:r>
        <w:br/>
        <w:t>А рибка насправді не була неслухняною — вона просто була цікавою до всього і зовсім не боязкою. Ні щуки не боялась, ні качок, ні чайок, що літали над водою, ні ятерів, що розставляли рибалки. Вона любила підпливати до верби на тому березі. У верби було гнучке тонке гілля з довгими вузькими листочками. Вона схиляла гілля аж до самісінької води, і коли вода була спокійна — верба вся відбивалася в ній, гнучка і красива. Там ще ріс очерет, на ньому часто сідали маленькі пташки очеретянки. Пташки були дуже балакучі, усе б щебетали-співали. Там, на березі, гуляли інколи великі птахи — журавлі і чаплі. Чаплі могли теж схопити рибку, як і чайки, але рибка все ж таки любила підпливати до берега і слухати, про що розповідають пташки. О! Їм було про що розповісти. У них були крила, і вони скрізь літали. Багато пташок відлітало на зиму далеко-далеко в теплі краї. От було чого послухати!</w:t>
      </w:r>
    </w:p>
    <w:p>
      <w:r>
        <w:br/>
        <w:t>— А я буду завжди плавати в цій річці! — думала рибка.</w:t>
      </w:r>
    </w:p>
    <w:p>
      <w:r>
        <w:br/>
        <w:t>Маленька очеретянка, як навмисно, сказала вербі:</w:t>
      </w:r>
    </w:p>
    <w:p>
      <w:r>
        <w:br/>
        <w:t>— Яка гарна маленька рибка плаває! Зовсім золота! От тільки шкода, що вона не співає і не літає — як ми!</w:t>
      </w:r>
    </w:p>
    <w:p>
      <w:r>
        <w:br/>
        <w:t>— Звичайно, шкода! — рибка роззявляла весь час свій ротик, але співати, як пташка, ніяк не могла. Це вона тільки дихала водою, як ми повітрям.</w:t>
      </w:r>
    </w:p>
    <w:p>
      <w:r>
        <w:br/>
        <w:t>Їй теж ця пташка подобалася. Вона завжди так весело співала і теж літала по всіх усюдах, хоч і була маленька. Вона розповідала про степи, де не було зовсім річок, про море, де так багато води, що берегів не видно, про ліси, які і взимку стоять зеленими.</w:t>
      </w:r>
    </w:p>
    <w:p>
      <w:r>
        <w:br/>
        <w:t>— Мамо, —— скаржилася рибка матері,— ми завжди тут і житимемо, в цій річці? Ти б послухала тільки, де не побували пташки.</w:t>
      </w:r>
    </w:p>
    <w:p>
      <w:r>
        <w:br/>
        <w:t>Та мама образилася на це зауваження. Вона, правда, не літала і не співала, як пташка, але хіба не вона з своїми подругами жила у великому морі і плавала там, де хотіла? Щороку, незважаючи ні на що, проти хвиль, проти течії піднімалася вгору по річці, щоб тут, десь у затінку між камінням, покласти ікру, з якої викльовувалися потім маленькі рибенята, з якої виклюнулась і ця неслухняна, непосидюча дочка — золота рибка. Та нічого, мине час, вона підросте і з усією молоддю і з старшими рибами спуститься знову в устя річки, там набереться сил і попливе з усіма в море, а навесні знову повернеться сюди. Так було вже багато років, так повторювалося все життя. І передавався від батьків до дітей шлях з моря і до моря. Адже й пташки літають своїми певними, відомими їм шляхами там, під хмарами, і повертаються знову в знайомі місця.</w:t>
      </w:r>
    </w:p>
    <w:p>
      <w:r>
        <w:br/>
        <w:t>Справді, минули жаркі літні дні, і багато пташок збиралося відлітати у вирій.</w:t>
      </w:r>
    </w:p>
    <w:p>
      <w:r>
        <w:br/>
        <w:t>Пташки прощалися з річкою, з лісом. І навіть маленька очеретянка, яка все літо весело цвірінчала, зараз сумно казала вербі:</w:t>
      </w:r>
    </w:p>
    <w:p>
      <w:r>
        <w:br/>
        <w:t>— Мені шкода кидати тут золоту рибку. Я звикла співати і дивитися, як вона грається у воді. Добре, коли вона засне на всю зиму, як жаби. Повесні ми тоді знову побачимося.</w:t>
      </w:r>
    </w:p>
    <w:p>
      <w:r>
        <w:br/>
        <w:t>Але верба хитала гіллям, шелестіла листям — вона знала, що ці рибки уже попливли. Тільки куди? Вони ніколи про це не розповідали.</w:t>
      </w:r>
    </w:p>
    <w:p>
      <w:r>
        <w:br/>
        <w:t>А вони рушили далеко-далеко і пливли глибоко у річці, так що маленька золота рибка, яка вже. не здавалася такою золотою, бо сонячний промінь не золотив її, тільки чула шум пароплавів та стрекотання моторок.</w:t>
      </w:r>
    </w:p>
    <w:p>
      <w:r>
        <w:br/>
        <w:t>А маленька очеретянка з своєю зграєю теж пролетіла дуже високо, і їй, звичайно, не видно було риб, що пливли у річці, бо й сама широка річка з їхнього надхмарного шляху здавалася вузенькою синьою стрічкою.</w:t>
      </w:r>
    </w:p>
    <w:p>
      <w:r>
        <w:br/>
        <w:t>Риби спочили в усті ріки, підросли, підгодувалися і випливли у море. От де були хвилі! От де гуляли вітри!</w:t>
      </w:r>
    </w:p>
    <w:p>
      <w:r>
        <w:br/>
        <w:t>Здається, з усього світу прилітали вони сюди, і теплі, і холодні, і сердиті, і лагідні. Багато їх було, різних, і у кожного свій норов, але найлютіший, казали, був вітер-суховій. Він бешкетував і влітку, і взимку на степах, а на море не хотів літати.</w:t>
      </w:r>
    </w:p>
    <w:p>
      <w:r>
        <w:br/>
        <w:t>Ще до моря стікалось багато річок — і хвильки в усіх річках були веселі, привітні, все гомоніли і навперебій хотіли розповісти, де вони плавали, що вони бачили.</w:t>
      </w:r>
    </w:p>
    <w:p>
      <w:r>
        <w:br/>
        <w:t>— Чи ви чули новини? Чи ви чули новини? — дзюрчали хвильки. — Ми з нових річок, ми перші пропливли степами, і суховій нас боїться.</w:t>
      </w:r>
    </w:p>
    <w:p>
      <w:r>
        <w:br/>
        <w:t>— З яких це таких нових річок? — дивувалися риби. — Споконвіку одні і ті ж річки течуть по землі.</w:t>
      </w:r>
    </w:p>
    <w:p>
      <w:r>
        <w:br/>
        <w:t>— Так, мабуть, то несправжні річки, — додавали інші.</w:t>
      </w:r>
    </w:p>
    <w:p>
      <w:r>
        <w:br/>
        <w:t>— Справжні, справжні, — загомоніли ображені хвильки,— ми течемо, і пароплави по цих річках пливуть і човни, і на берегах уже ліси ростуть.</w:t>
      </w:r>
    </w:p>
    <w:p>
      <w:r>
        <w:br/>
        <w:t>— А риби? — спитали риби. — А риби у тих річках є?</w:t>
      </w:r>
    </w:p>
    <w:p>
      <w:r>
        <w:br/>
        <w:t>І хвильки тоді загомоніли тихіше:</w:t>
      </w:r>
    </w:p>
    <w:p>
      <w:r>
        <w:br/>
        <w:t>-— Ми пливли першими і риб ще не бачили.</w:t>
      </w:r>
    </w:p>
    <w:p>
      <w:r>
        <w:br/>
        <w:t>— Що ж то за річки? — презирливо мовили риби.</w:t>
      </w:r>
    </w:p>
    <w:p>
      <w:r>
        <w:br/>
        <w:t>А вітри, родичі суховію, зраділи і зашуміли.</w:t>
      </w:r>
    </w:p>
    <w:p>
      <w:r>
        <w:br/>
        <w:t>— Не будуть річки без риби! Що це за річки! Їм буде нудно. Вони посохнуть від нудьги.</w:t>
      </w:r>
    </w:p>
    <w:p>
      <w:r>
        <w:br/>
        <w:t>І маленькій золотій рибці стало шкода річок, про які так весело розповідали хвильки. Адже ще й очеретянки казали про якісь сухі безводні степи, а тепер, коли там попливли річки і все ожило, невже через них ріки посохнуть?</w:t>
      </w:r>
    </w:p>
    <w:p>
      <w:r>
        <w:br/>
        <w:t>— Не може того бути! Не може того бути! — вже зовсім тихенько шепотіли хвильки. — Суховій не вірив, що й річки викопають, а прийшли люди, і машинами вирили землю, і випустили нас з великих рік, з підземних глибин, з глибоких джерел, і нам тепер весело на волі, і ми дощами, снігами знову повернемося в наші молоді річки, а за нами течуть інші, і нема нам ні кінця ні краю.</w:t>
      </w:r>
    </w:p>
    <w:p>
      <w:r>
        <w:br/>
        <w:t>— А риби? — спитала золота рибка.</w:t>
      </w:r>
    </w:p>
    <w:p>
      <w:r>
        <w:br/>
        <w:t>— Будуть і риби,— дзюрчали впевнено хвилі,— коли зробили річки, то й це зроблять.</w:t>
      </w:r>
    </w:p>
    <w:p>
      <w:r>
        <w:br/>
        <w:t>— Я попливу в нову річку,— вирішила про себе золота рибка. — Хай мама не хоче і сестри не хочуть і пливуть назад, а я попливу туди. Звичайно, шкода, що я не зустріну милої очеретянки і вона вже не розкаже, що вона бачила цього року. Але хвильки так розповідають, що просто шкода річки. А по-друге, цікаво побувати першій у новій річці!</w:t>
      </w:r>
    </w:p>
    <w:p>
      <w:r>
        <w:br/>
        <w:t>Батьки і слухати не хотіли про якісь там нові річки — тільки-но настала весна, як вони великою зграєю полинули знайомою дорогою. А смілива і цікава до всього маленька рибка попливла невідомим шляхом. Правда, їй ніде не стрічалася ні зубаста щука, ні розбишаки-окуні. Не бачила вона і рибалок на березі — що 6 вони тут робили? їй не стрічалася ні маленька черва, якою риби годувалися, ні рачки, — нічого, що вона звикла їсти, і взагалі, самій було дуже сумно. Та рибку побачив сонячний промінь і, мабуть, щоб розвеселити, пригрів її, і вона знову здавалася золотою, і хвильки, які текли назустріч, бо вона пливла проти течії, — усі ласкаво гомоніли.</w:t>
      </w:r>
    </w:p>
    <w:p>
      <w:r>
        <w:br/>
        <w:t>— Рибка! Дивіться! Перша рибка пливе назустріч нам у річці! Здрастуй! Привіт тобі! Привіт! Яка гарненька! Яка золота!</w:t>
      </w:r>
    </w:p>
    <w:p>
      <w:r>
        <w:br/>
        <w:t>І передавали одна одній:</w:t>
      </w:r>
    </w:p>
    <w:p>
      <w:r>
        <w:br/>
        <w:t>— А в нашій річці з’явилася золота рибка!</w:t>
      </w:r>
    </w:p>
    <w:p>
      <w:r>
        <w:br/>
        <w:t>Вона підпливла до поверхні і побачила: на березі зеленіють молоді ліси, і тоненькі деревця простягають вгору гілки, вкриті бруньками, і кличуть пташок, що повертаються з теплих країв.</w:t>
      </w:r>
    </w:p>
    <w:p>
      <w:r>
        <w:br/>
        <w:t>— Я зупинюся тут перепочину! Який гарний молодий лісок! — І маленька очеретянка спустилася на кущик коло річки, почистила дзьобик, весело заспівала, оглянулась навколо і раптом побачила у воді золоту рибку.</w:t>
      </w:r>
    </w:p>
    <w:p>
      <w:r>
        <w:br/>
        <w:t>— Золота рибка! Здрастуй! Ти тут! Ну, так і я лишуся вити тут гніздечко. Бачиш, скільки кущів і дерев насадили, щоб я тут жила і співала!</w:t>
      </w:r>
    </w:p>
    <w:p>
      <w:r>
        <w:br/>
        <w:t>— А я припливла сюди, щоб річка не занудьгувала і не висохла від нудьги, — хотіла сказати золота рибка, та в цей час щось загуркотіло, зашуміло вгорі — пташка сховалася у кущі, а рибка глибше пірнула у воду і навіть заплющила очі — хоча нічого страшного для них не було. То знизився літак. З літака вийшли люди, винесли великі баки і перевернули їх в річку. Подумайте, в тих баках були живі, дрібні рачки, черва. Хто ж це розповів людям, що золота рибка зголодніла?</w:t>
      </w:r>
    </w:p>
    <w:p>
      <w:r>
        <w:br/>
        <w:t>А коли рибка відкрила очі, вона побачила: її батьки і інші риби пливли до неї.</w:t>
      </w:r>
    </w:p>
    <w:p>
      <w:r>
        <w:br/>
        <w:t>— Нічого не розумію, нічого не розумію, — казала схвильована мама,— нас піймали, кудись кинули, а тепер знову у воду. Що ж, доведеться жити тут! Вода як вода — звичайнісінька річка! Ох! І ти, моя неслухняна дочко, тут! Так це, мабуть, для нас зробили нові річки, щоб нас щуки не хапали!</w:t>
      </w:r>
    </w:p>
    <w:p>
      <w:r>
        <w:br/>
        <w:t>А золота рибка раділа і була дуже горда, що вона перша припливла в нову річку.</w:t>
      </w:r>
    </w:p>
    <w:p>
      <w:r>
        <w:br/>
        <w:t>А на березі стояли люди — ті, які привезли сюди рибу, щоб водилася вона і в нових річках, і в нових каналах. Вони, звичайно, нічого не знали про золоту рибку і про її пригоду.</w:t>
      </w:r>
    </w:p>
    <w:p>
      <w:r>
        <w:br/>
        <w:t>Але вони добре знали, для кого ці нові річки задзюрчали і молоді ліси зашуміли.</w:t>
      </w:r>
    </w:p>
    <w:p>
      <w:r>
        <w:br/>
        <w:t>І ви знаєте, правда?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золоту рибку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