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викрадену зозулю</w:t>
      </w:r>
    </w:p>
    <w:p>
      <w:r>
        <w:br/>
        <w:t xml:space="preserve"> &lt;p&gt;1. Тільки одне "ку…"</w:t>
      </w:r>
    </w:p>
    <w:p>
      <w:r>
        <w:br/>
        <w:t>До великих подій зоставалося кілька хвилин. Цього ще ніхто не знав. Хлопчик Петрик, якого усі жартома звали Ходючок, сидів удома сам і розбирав новий набір "Автоконструктора". Тато й мама були у далекому відрядженні, дід Андрій пішов до гастроному, а бабуся Марія — на базар. У двері подзвонила дівчинка з сусідньої квартири — Ганнуся — і запитала:</w:t>
      </w:r>
    </w:p>
    <w:p>
      <w:r>
        <w:br/>
        <w:t>— А котра година на вашому старовинному?</w:t>
      </w:r>
    </w:p>
    <w:p>
      <w:r>
        <w:br/>
        <w:t>— Зайди подивись, — сказав Петрик і пропустив Ганнусю до квартири.</w:t>
      </w:r>
    </w:p>
    <w:p>
      <w:r>
        <w:br/>
        <w:t>Вони зайшли до кімнати і стали дивитися на годинник. Отак стояли собі мовчки і дивилися, бо ще нікому не вдавалося відразу одірвати від нього погляд.</w:t>
      </w:r>
    </w:p>
    <w:p>
      <w:r>
        <w:br/>
        <w:t>То був дуже гарний і зовсім незвичайний годинник. Він був як невелика шафа з темного дерева, вкритого гарними візерунками. На білому циферблаті — дванадцять тьмяних золотих цифр і дві золоті стрілки. Велика стрілка закінчувалася кружечком, на якому було викарбуване усміхнене сонце із хвилястим і густим волоссям-промінням, а на кінці малої був маленький жовтий місяць із гострими ріжками. Якщо дивитися на циферблат дуже пильно, можна помітити, як рухається велика стрілка — сонце.</w:t>
      </w:r>
    </w:p>
    <w:p>
      <w:r>
        <w:br/>
        <w:t>За вузькими скляними дверима поважно гойдався великий маятник. Він зображував Землю. По екватору вправний майстер викарбував різних звірів і птахів: тут були і ведмідь, і слон, і жираф, і пінгвін, і крук, був навіть пацюк із зубатою пащекою. А посеред Землі стояли хлопчик і дівчинка, тримаючись за руки.</w:t>
      </w:r>
    </w:p>
    <w:p>
      <w:r>
        <w:br/>
        <w:t>І це ще не все.</w:t>
      </w:r>
    </w:p>
    <w:p>
      <w:r>
        <w:br/>
        <w:t>Над циферблатом була влаштована гостроверха дерев’яна хатка. Щопівгодини дверцята хатки розчинялися, і звідти вигулькувала різьблена дерев’яна Зозуля. І дзвінко кувала: "ку-ку! ку-ку!"</w:t>
      </w:r>
    </w:p>
    <w:p>
      <w:r>
        <w:br/>
        <w:t>Петрик пам’ятав цей годинник стільки, скільки й себе самого — усе життя. Коли він був маленький, то все питав мами й тата:</w:t>
      </w:r>
    </w:p>
    <w:p>
      <w:r>
        <w:br/>
        <w:t>— А що Зозулька каже?</w:t>
      </w:r>
    </w:p>
    <w:p>
      <w:r>
        <w:br/>
        <w:t>— Вона сповіщає, котра година, — терпляче пояснювала мама.</w:t>
      </w:r>
    </w:p>
    <w:p>
      <w:r>
        <w:br/>
        <w:t>Або ж стежив за поважним неквапливим маятником ("Тік. Так. Тік. Так. Ні — отак, а не так!") і запитував:</w:t>
      </w:r>
    </w:p>
    <w:p>
      <w:r>
        <w:br/>
        <w:t>— А хто його хитає?</w:t>
      </w:r>
    </w:p>
    <w:p>
      <w:r>
        <w:br/>
        <w:t>— Час, — коротко відказував тато.</w:t>
      </w:r>
    </w:p>
    <w:p>
      <w:r>
        <w:br/>
        <w:t>— А де він — Час? — допитувався хлопчик.</w:t>
      </w:r>
    </w:p>
    <w:p>
      <w:r>
        <w:br/>
        <w:t>— Там, усередині.</w:t>
      </w:r>
    </w:p>
    <w:p>
      <w:r>
        <w:br/>
        <w:t>Коли ж Ходючок підріс, йому розповіли, що це дуже старовинний годинник. Раніше він належав дідусеві, а ще раніше — татові дідусевої мами, а ще раніше — вже забуто кому. Зате всі знали, що годинник цей у дуже давні часи зробили найкращі майстри і що він надзвичайно точний. Мама, тато і дідусь із бабусею перевіряли за ним свої наручні годинники. А якщо їхні сусіди не дочують, бува, сигналів точного часу по радіо, то дзвонять у двері і ввічливо питають:</w:t>
      </w:r>
    </w:p>
    <w:p>
      <w:r>
        <w:br/>
        <w:t>— Скажіть, будь ласка, котра година на вашому старовинному?</w:t>
      </w:r>
    </w:p>
    <w:p>
      <w:r>
        <w:br/>
        <w:t>Оце ж і Ганнуся, яку друзі звали Сміхошею, прийшла спитати, котра година, і вони з Ходючком, як заворожені, дивилися на невтомний маятник і слухали: "Тік. Так. Ні, не так, а отак". Годинник вабив їх, наче старовинна чарівна казка.</w:t>
      </w:r>
    </w:p>
    <w:p>
      <w:r>
        <w:br/>
        <w:t>А до великих подій зоставалося лише кілька хвилин. Хлопчик і дівчинка цього не знали, і тому Сміхоша запитала:</w:t>
      </w:r>
    </w:p>
    <w:p>
      <w:r>
        <w:br/>
        <w:t>— Твій дідусь не передумав? У зоопарк завтра ідемо?</w:t>
      </w:r>
    </w:p>
    <w:p>
      <w:r>
        <w:br/>
        <w:t>— Ми з дідом Андрієм серйозні люди. Чого б це ми передумали?</w:t>
      </w:r>
    </w:p>
    <w:p>
      <w:r>
        <w:br/>
        <w:t>— А я ще знадвору побачила, що у вас на балконі розквітли кручені паничі. Можна понюхати?</w:t>
      </w:r>
    </w:p>
    <w:p>
      <w:r>
        <w:br/>
        <w:t>— Кручені паничі не пахнуть, — відказав Ходючок. — Понюхай он краще кактус.</w:t>
      </w:r>
    </w:p>
    <w:p>
      <w:r>
        <w:br/>
        <w:t>— Еге ж, хитренький! Він колеться!</w:t>
      </w:r>
    </w:p>
    <w:p>
      <w:r>
        <w:br/>
        <w:t>— Тоді понюхай нашу кицьку Прісю, вона м’якенька.</w:t>
      </w:r>
    </w:p>
    <w:p>
      <w:r>
        <w:br/>
        <w:t>Сміхоша зайшлася тим самим сміхом, через який здобула своє прізвисько. У неї, як завжди, кругленько відкрився ротик, зблиснули білі зубки, і голосок задзвенів, ніби срібні дзвоники. Оченята ж запроменилися такою щирою втіхою, що Ходючок не міг стриматися і теж заусміхався. Коли сміялася Сміхоша, всі поруч теж сміялися.</w:t>
      </w:r>
    </w:p>
    <w:p>
      <w:r>
        <w:br/>
        <w:t>Діти вийшли на балкон. Сміхоша зиркнула на квіти і вигукнула:</w:t>
      </w:r>
    </w:p>
    <w:p>
      <w:r>
        <w:br/>
        <w:t>— Яка квітка! Такої квітки я ще не бачила! Ходючок, поглянь, який Феофеофанчик!</w:t>
      </w:r>
    </w:p>
    <w:p>
      <w:r>
        <w:br/>
        <w:t>— Хто-хто? — перепитав хлопчик. — Де?</w:t>
      </w:r>
    </w:p>
    <w:p>
      <w:r>
        <w:br/>
        <w:t>— Осьо! — Сміхоша показала пальцем на густо-синю і водночас дивно яскраву квітку крученого панича. — Як він ловко поп’явся по стіні!</w:t>
      </w:r>
    </w:p>
    <w:p>
      <w:r>
        <w:br/>
        <w:t>Ходючок пробурмотів сердито хрипким голосом:</w:t>
      </w:r>
    </w:p>
    <w:p>
      <w:r>
        <w:br/>
        <w:t>— Звичайна квітка. Од твого вереску у людей можуть зуби заболіти. І потім: що за ім’я? Язик треба вузлом зав’язати!</w:t>
      </w:r>
    </w:p>
    <w:p>
      <w:r>
        <w:br/>
        <w:t>— Ні-ні! — сказала Сміхоша. — Вузлом не треба. Просто цього крученого панича справді так звати — Феофеофанчик.</w:t>
      </w:r>
    </w:p>
    <w:p>
      <w:r>
        <w:br/>
        <w:t>— Стоп, усе, — сказав суворо Ходючок і повернувся до свого набору. Він добре знав, що Ганнуся-Сміхоша над усе любить рослини і тварин і дуже охоча про них поговорити. Він же хотів неодмінно зібрати маленький червоний автомобільчик — копію їхнього великого, що стояв у дворі на стоянці.</w:t>
      </w:r>
    </w:p>
    <w:p>
      <w:r>
        <w:br/>
        <w:t>— Хлоп’яче діло — залізо. Оце справжня річ. А не стебельця-пелюстки. Я вже навіть навчився заводити великого Умпарару. Тільки вставиш ключик, повернеш, а ногою — на газ…</w:t>
      </w:r>
    </w:p>
    <w:p>
      <w:r>
        <w:br/>
        <w:t>— Кого-кого-кого?! — закричала Сміхоша. — Кого ти навчився?!..</w:t>
      </w:r>
    </w:p>
    <w:p>
      <w:r>
        <w:br/>
        <w:t>— Того-того! — гримнув Ходючок. — Умпарара Чамчамчам — так звати наш автомобіль. Я його вже вмію заводити.</w:t>
      </w:r>
    </w:p>
    <w:p>
      <w:r>
        <w:br/>
        <w:t>— Ніколи не чула, щоб у автомобіля було ім’я, як у живого!</w:t>
      </w:r>
    </w:p>
    <w:p>
      <w:r>
        <w:br/>
        <w:t>— А у квітки?</w:t>
      </w:r>
    </w:p>
    <w:p>
      <w:r>
        <w:br/>
        <w:t>— Але ж кручений панич — він живий, хоч і не бігає, як твоя Пріся або мій Джульбарс!.. Ой! Який жах! Я зовсім забула про Джульку, а він надворі.</w:t>
      </w:r>
    </w:p>
    <w:p>
      <w:r>
        <w:br/>
        <w:t>Діти глянули крізь розчинені балконні двері. Сміхошин руденький песик-такса Джулька гуляв у дворі. Він був приземкуватий, і волохаті його вуха звішувалися майже до землі. Хвостик мав гостренький і довгенький.</w:t>
      </w:r>
    </w:p>
    <w:p>
      <w:r>
        <w:br/>
        <w:t>Джулька бігав рівною швидкою риссю, бігав по прямій, потім колами, потім вісімками і знову по прямій — бігав так зосереджено, ніби виконував якусь важливу роботу.</w:t>
      </w:r>
    </w:p>
    <w:p>
      <w:r>
        <w:br/>
        <w:t>У цей час у небі почувся мелодійний гул реактивних турбін, Петрик ухопив Ганнусю за руку і загукав:</w:t>
      </w:r>
    </w:p>
    <w:p>
      <w:r>
        <w:br/>
        <w:t>— Летять, Ганнусько, летять! Тато й мама летять! Зараз підуть на посадку!</w:t>
      </w:r>
    </w:p>
    <w:p>
      <w:r>
        <w:br/>
        <w:t>Гарний сріблястий лайнер "Ту" летів над містом. Розкраявши крилом одну хмаринку, другу, він швидко линув у бік аеропорту, і Петрик радісно сміявся. Він розповів дівчинці:</w:t>
      </w:r>
    </w:p>
    <w:p>
      <w:r>
        <w:br/>
        <w:t>— Слухай, мій тато в Африці будує величезну електростанцію, а мама у тамтешній лікарні лікує маленьких чорненьких діточок, о!.. Вони додому аж на два місяці, а тоді знову — туди, в Африку. Вони бачили справжніх жирафів і левів — на волі, в савані!</w:t>
      </w:r>
    </w:p>
    <w:p>
      <w:r>
        <w:br/>
        <w:t>Сміхоша озирнулася на Ходючка, і в цю саму мить…</w:t>
      </w:r>
    </w:p>
    <w:p>
      <w:r>
        <w:br/>
        <w:t>Отут воно й сталося. У старовинному годиннику зашелестіло, розчинилися дверцята дерев’яної хатки, і з неї вискочила Зозуля. Вона, як завжди, роззявила свого дерев’яного дзьобика і гукнула: "ку!..".</w:t>
      </w:r>
    </w:p>
    <w:p>
      <w:r>
        <w:br/>
        <w:t>І все. Замість того, щоб проспівати "ку-ку!", вона вигукнула тільки одне "ку!..", а більше не встигла. Бо з дверцят годинника визирнула страхітлива звіряча морда: сіра, з вузькою довгою пащею, з гострючими зубами і двома кущами сірих вусів. Як тільки Зозуля вигукнула своє "ку!.." — страхіття ухопило її зубами і затягло назад у хатинку.</w:t>
      </w:r>
    </w:p>
    <w:p>
      <w:r>
        <w:br/>
        <w:t>А наступної миті з-за хатинки вистрибнув величезний сірий пацюк. Сильний, мов сталева пружина, він одним стрибком перелетів із годинника на підвіконня, з підвіконня на балкон… Зозулю ж тримав у зубах.</w:t>
      </w:r>
    </w:p>
    <w:p>
      <w:r>
        <w:br/>
        <w:t>Сміхоша і Ходючок завмерли від несподіванки і жаху. Потім Сміхоша затремтіла. Ходючок кинувся на балкон, а Сміхоша зойкнула: "Ні-ні, не ходи!.. Воно вкусить!.."</w:t>
      </w:r>
    </w:p>
    <w:p>
      <w:r>
        <w:br/>
        <w:t>Знизу, з двору, почувся дзвінкий гавкіт Джульки, і Ходючок вибіг на балкон, а Сміхоша — за ним. Джулька мчав через двір, захлинаючись сердитим гавкотом, а потім спинився і, дивлячись у підвальне віконечко, тихо загарчав. Біля себе діти почули "шши!..".</w:t>
      </w:r>
    </w:p>
    <w:p>
      <w:r>
        <w:br/>
        <w:t>Ходючкова киця Пріся, яка досі спала собі десь у куточку, тепер стояла на самому краєчку балкона і, вищиривши зуби, дивилася униз. Вуха її були прищулені до гарної круглої голови, пухнастий хвіст, як віяло, ходив з боку в бік, що аж дітям по ногах гуляв вітер, а очі, здоровенні і круглі, сяяли, мов два повних місяці — горіли мисливським завзяттям. Довжелезне пухнасте Прісине хутро жовто-біло-шоколадного кольору потріскувало грізно, бо в ньому була електрика.</w:t>
      </w:r>
    </w:p>
    <w:p>
      <w:r>
        <w:br/>
        <w:t>Щось сталося. Це відчули всі. Якби у дітей спитали: "То що ж сталося?" — вони б відповіли, що здоровенний пацюк викрав із стінного годинника Зозулю в ту саму мить, коли вона хотіла оповістити пів на десяту ранку. Так воно й було. Але насправді сталося щось значніше. Щось страшніше. Настала велика моторошна тиша.</w:t>
      </w:r>
    </w:p>
    <w:p>
      <w:r>
        <w:br/>
        <w:t>— Де ж він подівся, той пацючище? — пробурмотів Ходючок. — Знати б, куди він утік?</w:t>
      </w:r>
    </w:p>
    <w:p>
      <w:r>
        <w:br/>
        <w:t>Поруч із ним почувся шепіт:</w:t>
      </w:r>
    </w:p>
    <w:p>
      <w:r>
        <w:br/>
        <w:t>— Пацюк Бруднерський втік у підвал…</w:t>
      </w:r>
    </w:p>
    <w:p>
      <w:r>
        <w:br/>
        <w:t>Ходючок і Сміхоша поглянули, хто шепоче. То був кручений панич Феофеофанчик. Діти були настільки приголомшені, що навіть не здивувалися, коли квітка заговорила. Кицька Пріся враз заспокоїлася і співуче мовила:</w:t>
      </w:r>
    </w:p>
    <w:p>
      <w:r>
        <w:br/>
        <w:t>— Ну-у-у?.. То ви йдете униз? Врешті, я згодна піти з вами, щоб вам не було так стра-ашно…</w:t>
      </w:r>
    </w:p>
    <w:p>
      <w:r>
        <w:br/>
        <w:t>Ходючок мовчки підхопив Прісю на руки. Проходячи через кімнату, він ковзнув поглядом по старовинному годиннику. У грудях йому похололо: маятник не рухався. Придивився пильніше: виявилося, що стрілки також спинилися. Діти вийшли з квартири. Кілька разів натиснули на кнопку ліфта, але кнопка не засвічувалася, і ліфт не приходив.</w:t>
      </w:r>
    </w:p>
    <w:p>
      <w:r>
        <w:br/>
        <w:t>— Мабуть, немає електрики, — тихо сказала Сміхоша. Вони збігли східцями і вийшли у двір.</w:t>
      </w:r>
    </w:p>
    <w:p>
      <w:r>
        <w:br/>
        <w:t>Переступивши поріг, діти відразу розійшлися врізнобіч. Бо в їхньому дворі жив відомий на весь район бридкий хуліган Степанко-Маєш. Зробивши якусь капость, він завжди кричав: "Ага, маєш!" Або, побачивши Ходючка й Сміхошу разом, верещав дурним голосом: "Молодий молоду посадив на льоду!"</w:t>
      </w:r>
    </w:p>
    <w:p>
      <w:r>
        <w:br/>
        <w:t>Зараз Маєша не було видно.</w:t>
      </w:r>
    </w:p>
    <w:p>
      <w:r>
        <w:br/>
        <w:t>З під’їзду вибігла старенька Неоніла Семенівна. Вона була чимось стривожена. Стала, як укопана, і роззиралася на всі боки пильно і підозріло, бо завжди чекала від дітей лише капості. Вона дивилася і при цьому то надівала, то скидала свої окуляри у металевій оправі.</w:t>
      </w:r>
    </w:p>
    <w:p>
      <w:r>
        <w:br/>
        <w:t>"Примхлива бабуся Дерібо", — не знати чому, подумав про неї Ходючок і навіть не здивувався цьому новому незвичайному імені.</w:t>
      </w:r>
    </w:p>
    <w:p>
      <w:r>
        <w:br/>
        <w:t>У світі все було не так.</w:t>
      </w:r>
    </w:p>
    <w:p>
      <w:r>
        <w:br/>
        <w:t>Першою це помітила Сміхоша: "Поглянь! Поглянь, Ходючку, на птахів!" Він глянув угору. Просто у повітрі над деревом завмерла зграйка горобців. Вони були ніби й у польоті — і разом з тим зовсім нерухомі. А трохи далі, біля самої землі, виставивши ноги, щоб сідати, і широко розкинувши крила, так само нерухомо висів у повітрі грак.</w:t>
      </w:r>
    </w:p>
    <w:p>
      <w:r>
        <w:br/>
        <w:t>А віддалік на проспекті завмерли тролейбуси і автобуси, завмерли легкові й вантажні автомобілі, а в кутку їхнього двору розташувався самоскид із піднятим кузовом, і струмінь піску, що сипався із кузова на землю, спинився і ніби скам’янів, а біля нього зігнувся завмерлий шофер.</w:t>
      </w:r>
    </w:p>
    <w:p>
      <w:r>
        <w:br/>
        <w:t>І всі люди на вулиці й у дворі завмерли — вони були живі й неживі водночас, бо не ворушилися — не ворушилися навіть складки їхнього одягу. У кого був рот розкритий у посмішці, а в кого — у розмові, хто здійняв руку в жесті, а хто підняв ногу в ході — і так воно все й лишилося.</w:t>
      </w:r>
    </w:p>
    <w:p>
      <w:r>
        <w:br/>
        <w:t>Високо у небі, біля хмари, стояв реактивний лайнер ТУ-134. Він не рухався й не падав, і не було чути грому його турбін.</w:t>
      </w:r>
    </w:p>
    <w:p>
      <w:r>
        <w:br/>
        <w:t>І тиша була дивовижна…</w:t>
      </w:r>
    </w:p>
    <w:p>
      <w:r>
        <w:br/>
        <w:t>Увесь світ скидався на велику нерухому стереоскопічну картину.</w:t>
      </w:r>
    </w:p>
    <w:p>
      <w:r>
        <w:br/>
        <w:t>2. Примхлива бабуся Дерібо і ще дехто</w:t>
      </w:r>
    </w:p>
    <w:p>
      <w:r>
        <w:br/>
        <w:t>Ходючок дивився на літак і розумів, що у ньому заклякли мама, й тато, і всі пасажири.</w:t>
      </w:r>
    </w:p>
    <w:p>
      <w:r>
        <w:br/>
        <w:t>— Вони не впадуть… — прошепотів хлопчик. — Ні-ні! Як же вони впадуть, коли ніщо не ворушиться!</w:t>
      </w:r>
    </w:p>
    <w:p>
      <w:r>
        <w:br/>
        <w:t>— Та-та-та-так… — Сміхоша від страху цокотіла зубами. — Пр… пр… авда!</w:t>
      </w:r>
    </w:p>
    <w:p>
      <w:r>
        <w:br/>
        <w:t>— Всі завмерли, а ми… — бурмотів хлопчик. — Чому це ми і наші тварини не завмерли?..</w:t>
      </w:r>
    </w:p>
    <w:p>
      <w:r>
        <w:br/>
        <w:t>— Не з-знай-ю-у-у!.. Хто був у тебе, той і… не з-за… з-за… з-за…</w:t>
      </w:r>
    </w:p>
    <w:p>
      <w:r>
        <w:br/>
        <w:t>— Джулька. Примхлива бабуся Дерібо. Вони не були в мене. О! Маєш!.. Поглянь, він теж ворушиться.</w:t>
      </w:r>
    </w:p>
    <w:p>
      <w:r>
        <w:br/>
        <w:t>— Пр… пр… — сказала Сміхоша. — Пр-равд-да…</w:t>
      </w:r>
    </w:p>
    <w:p>
      <w:r>
        <w:br/>
        <w:t>З під’їзду вискочив з мішком у руках бридкий хуліган Маєш. Він був засмаглий, вертлявий, завжди невмиваний, із білими бровами і облупленим носом. Маєш заклав два пальці в рот і пронизливо свиснув. Киця Пріся щільніше притислася до ніг Ходючка і удала з себе собаку — стиха загарчала. А песик Джулька, навпаки, дружньо дзявкнув і побіг просто до Маєша, і хвостик його, як завжди, привітно гойдався з боку в бік. Маленький такса любив усіх людей без винятку — просто за те, що вони люди.</w:t>
      </w:r>
    </w:p>
    <w:p>
      <w:r>
        <w:br/>
        <w:t>— Ох, який він у мене безпринципний! — зітхнула Сміхоша. — Джулько, назад!</w:t>
      </w:r>
    </w:p>
    <w:p>
      <w:r>
        <w:br/>
        <w:t>А сама тихо пішла слідом за собачкою. Сміхоша навіть собі не признавалася, що їй здавна кортіло підійти близько до бридкого хулігана Маєша, зазирнути в його сині очі і заговорити миролюбно. Це бажання стало ще сильнішим в оці-от хвилини, коли весь світ зробився як неживий.</w:t>
      </w:r>
    </w:p>
    <w:p>
      <w:r>
        <w:br/>
        <w:t>Але Джулька зненацька заскавулів і кинувся назад до Сміхоші. Бридкий хуліган зловтішно реготався і показував свою рогатку. То він поцілив камінцем у доброго собачку і боляче забив йому носа. А потім ускочив у старий маленький автомобільчик на ім’я Фрусь, що стояв на стоянці навпроти під’їзду.</w:t>
      </w:r>
    </w:p>
    <w:p>
      <w:r>
        <w:br/>
        <w:t>Сміхоша підхопила бідного Джульку на руки і почала його пестити, але він раптом рвонувся щосили, і Пріся в ту саму мить підняла хвіст трубою, вигнула спину крутим пухнастим горбом і сказала: "шши!!!" Із прочинених дверей під’їзду вискочив величезний сірий пацюк і миттю, як сіра блискавка, майнув до автомобільчика; Маєш впустив його всередину…</w:t>
      </w:r>
    </w:p>
    <w:p>
      <w:r>
        <w:br/>
        <w:t>— Бруднерський!!! — закричали діти.</w:t>
      </w:r>
    </w:p>
    <w:p>
      <w:r>
        <w:br/>
        <w:t>Тоді Маєш, сміючись і кривлячись, підняв угору велику пташину клітку і у віконце показав її всім. Примхлива бабуся Дерібо залементувала:</w:t>
      </w:r>
    </w:p>
    <w:p>
      <w:r>
        <w:br/>
        <w:t>— Це клітка мого Аристарха! Бешкетнику, куди ти подів мого Аристарха?!</w:t>
      </w:r>
    </w:p>
    <w:p>
      <w:r>
        <w:br/>
        <w:t>Ходючок і Сміхоша остовпіли. У клітці сиділа їхня дерев’яна Зозуля! Автомобільчик Фрусь захурчав і мовив голосом старого автомобільного сигналу:</w:t>
      </w:r>
    </w:p>
    <w:p>
      <w:r>
        <w:br/>
        <w:t>— Прощавайте, не сумуйте, а ми подалися! І раптом озвався Умпарара Чамчамчам — червоний автомобіль. Скосивши фари, він простежив за Фрусем і сказав дзвінким голосом:</w:t>
      </w:r>
    </w:p>
    <w:p>
      <w:r>
        <w:br/>
        <w:t>— Щось мені все це не до вподоби. Ходючок закричав:</w:t>
      </w:r>
    </w:p>
    <w:p>
      <w:r>
        <w:br/>
        <w:t>— Умпараро, не пускай їх!</w:t>
      </w:r>
    </w:p>
    <w:p>
      <w:r>
        <w:br/>
        <w:t>— Боюся, що запізно… — зітхнув Умпарара. Фрусь випустив хмарину сизого диму і помчав геть із двору.</w:t>
      </w:r>
    </w:p>
    <w:p>
      <w:r>
        <w:br/>
        <w:t>— От так-так, — тільки й спромігся Ходючок.</w:t>
      </w:r>
    </w:p>
    <w:p>
      <w:r>
        <w:br/>
        <w:t>Тієї ж миті над їхніми головами голосом Ходючка прозвучало: "От так-так". На гілці старого клена сидів шпак. Зловивши на собі цікаві погляди, він захурчав, як автомобіль, і різким голосом Фруся гукнув: "Прощавайте, не сумуйте, а ми подалися!" — і відразу ж відказав приємним голосом Умпарари: "Щось мені все це не до вподоби".</w:t>
      </w:r>
    </w:p>
    <w:p>
      <w:r>
        <w:br/>
        <w:t>— Ти диви! — здивувалася Сміхоша. — Ця пташка передражнює усіх, мов папуга!</w:t>
      </w:r>
    </w:p>
    <w:p>
      <w:r>
        <w:br/>
        <w:t>— Я не папуга, а шпак Фока Сильвестрів.</w:t>
      </w:r>
    </w:p>
    <w:p>
      <w:r>
        <w:br/>
        <w:t>— А чому ж ти усіх передражнюєш?</w:t>
      </w:r>
    </w:p>
    <w:p>
      <w:r>
        <w:br/>
        <w:t>— Ми, шпаки, дуже полюбляємо наслідувати птахів, тварин і навіть людей.</w:t>
      </w:r>
    </w:p>
    <w:p>
      <w:r>
        <w:br/>
        <w:t>Шпак був чорненький, по плечах і шиї в нього були розсипані гарні сиві цяточки, а все пір’я відсвічувало металевим полиском і мокро блищало — наче шпачка щойно скупали в олії.</w:t>
      </w:r>
    </w:p>
    <w:p>
      <w:r>
        <w:br/>
        <w:t>У цю мить із підвального віконечка, безладно щебечучи, випурхнув і знявся в повітря яскраво-жовтий із зеленим хвостом папуга. Бабуся Дерібо зраділо загукала: "Аристарх! Аристарх!.. Прилинь до мене, моя пташино!.." І папуга Аристарх, почувши голос старенької, сів їй на плече. Вона обережно взяла його в руки і, щось примовляючи й вигукуючи, понесла додому.</w:t>
      </w:r>
    </w:p>
    <w:p>
      <w:r>
        <w:br/>
        <w:t>— І він теж не завмер! Чому? — спитала Сміхоша.</w:t>
      </w:r>
    </w:p>
    <w:p>
      <w:r>
        <w:br/>
        <w:t>— Треба й справді добре подумати, — сказав Ходючок. — Отже, так, — він почав загинати пальці. — Ми з тобою не завмерли — раз і два. Пріся і Джулька — це три й чотири. Далі: Маєш — це п’ять. — Тут Ходючок узявся за пальці другої руки: — Пацюк Бруднерський — шість, бабуся Дерібо — сім, папуга Аристарх — вісім…</w:t>
      </w:r>
    </w:p>
    <w:p>
      <w:r>
        <w:br/>
        <w:t>— Фрусь, — підказала Сміхоша. — Дев’ять…</w:t>
      </w:r>
    </w:p>
    <w:p>
      <w:r>
        <w:br/>
        <w:t>— І Умпарара! Він теж подавав голос! Десять!</w:t>
      </w:r>
    </w:p>
    <w:p>
      <w:r>
        <w:br/>
        <w:t>— Так, — погодилася Сміхоша. — І ось цей шпачок Фока.</w:t>
      </w:r>
    </w:p>
    <w:p>
      <w:r>
        <w:br/>
        <w:t>— Фока Сильвестрів, — поправив шпак.</w:t>
      </w:r>
    </w:p>
    <w:p>
      <w:r>
        <w:br/>
        <w:t>— І Феофеофанчик! — закричала Сміхоша. — Не забувай про Феофеофанчика!</w:t>
      </w:r>
    </w:p>
    <w:p>
      <w:r>
        <w:br/>
        <w:t>— Усе?</w:t>
      </w:r>
    </w:p>
    <w:p>
      <w:r>
        <w:br/>
        <w:t>— Здається, все.</w:t>
      </w:r>
    </w:p>
    <w:p>
      <w:r>
        <w:br/>
        <w:t>— Але що ж робити? — Ходючку з думки не йшов затихлий годинник.</w:t>
      </w:r>
    </w:p>
    <w:p>
      <w:r>
        <w:br/>
        <w:t>Фока Сильвестрів просвистів:</w:t>
      </w:r>
    </w:p>
    <w:p>
      <w:r>
        <w:br/>
        <w:t>— А ви підіть до папуги Аристарха! Він був у підвалі з Бруднерським, тож побалакайте з ним!</w:t>
      </w:r>
    </w:p>
    <w:p>
      <w:r>
        <w:br/>
        <w:t>Побалакайте, хоч він і дурний, як стара грамофонна платівка.</w:t>
      </w:r>
    </w:p>
    <w:p>
      <w:r>
        <w:br/>
        <w:t>Діти кілька разів грюкнули у двері бабусі Дерібо, за якими чулося збуджене щебетання папуги. Нарешті загримів ланцюжок, двері прочинилися, і з-за щілини зблиснули світлі очі примхливої Дерібо. Вона побачила дітей і сказала:</w:t>
      </w:r>
    </w:p>
    <w:p>
      <w:r>
        <w:br/>
        <w:t>— Ні-ні-ні! Ідіть геть, розбишаки й хулігани! — Однак дверей не зачинила і продовжувала визирати.</w:t>
      </w:r>
    </w:p>
    <w:p>
      <w:r>
        <w:br/>
        <w:t>Ходючок сказав:</w:t>
      </w:r>
    </w:p>
    <w:p>
      <w:r>
        <w:br/>
        <w:t>— Вислухайте нас, будь ласка! Схоже на те, ніби на цілому світі не зосталося нікого, хто б міг ворушитися, крім нас із вами! Тож нам дуже треба побалакати з вашим чудовим папугою Аристархом.</w:t>
      </w:r>
    </w:p>
    <w:p>
      <w:r>
        <w:br/>
        <w:t>Бабуся Дерібо зауважила:</w:t>
      </w:r>
    </w:p>
    <w:p>
      <w:r>
        <w:br/>
        <w:t>— Усі годинники стоять. Всі-всі-всі! А в телику спинилася картинка.</w:t>
      </w:r>
    </w:p>
    <w:p>
      <w:r>
        <w:br/>
        <w:t>— Що-що? — здивувався Ходючок.</w:t>
      </w:r>
    </w:p>
    <w:p>
      <w:r>
        <w:br/>
        <w:t>— Значить, у телевізорі… — шепнула йому Сміхота, — у телевізорі завмерло зображення.</w:t>
      </w:r>
    </w:p>
    <w:p>
      <w:r>
        <w:br/>
        <w:t>— А все через те, що якийсь хуліган-розбишака украв Час, — суворо прорекла бабуся Дерібо.</w:t>
      </w:r>
    </w:p>
    <w:p>
      <w:r>
        <w:br/>
        <w:t>— А чому ж тоді не спинилися ми?! Й ви?!</w:t>
      </w:r>
    </w:p>
    <w:p>
      <w:r>
        <w:br/>
        <w:t>Бабуся розчинила двері, але дітей до квартири не покликала. Натомість сказала зневажливо:</w:t>
      </w:r>
    </w:p>
    <w:p>
      <w:r>
        <w:br/>
        <w:t>— Як же це ми могли спинитися, якщо ми все бачили!</w:t>
      </w:r>
    </w:p>
    <w:p>
      <w:r>
        <w:br/>
        <w:t>— Що бачили?</w:t>
      </w:r>
    </w:p>
    <w:p>
      <w:r>
        <w:br/>
        <w:t>— Те, як украли Час. Щоб це побачити, потрібен Час, бо без Часу нічого не буває і нічого не може бути. Ні-чо-го! Хто усе бачив і чув, той не завмер, бо Час лишився з ним, а хто не бачив, для того все спинилося. Вам цього не зрозуміти, бо ви погано вчитесь і весь час бешкетуєте. Я вам завжди казала: сидіть у дворі і гарно себе поводьте.</w:t>
      </w:r>
    </w:p>
    <w:p>
      <w:r>
        <w:br/>
        <w:t>— А як же… Час?! — запитав Ходючок.</w:t>
      </w:r>
    </w:p>
    <w:p>
      <w:r>
        <w:br/>
        <w:t>— Ніяк. От прийдуть дорослі…</w:t>
      </w:r>
    </w:p>
    <w:p>
      <w:r>
        <w:br/>
        <w:t>— Як же вони прийдуть? — тоненько зойкнула Сміхоша. — Як же вони прийдуть, наші дорослі, якщо вони теж десь завмерли! Вони ж не бачили!!</w:t>
      </w:r>
    </w:p>
    <w:p>
      <w:r>
        <w:br/>
        <w:t>Примхлива бабуся Дерібо від Сміхошиного вереску колупнула собі пальцем у вусі.</w:t>
      </w:r>
    </w:p>
    <w:p>
      <w:r>
        <w:br/>
        <w:t>— Дозвольте нам, будь ласка, — попросив Ходючок, — поговорити з Аристархом!</w:t>
      </w:r>
    </w:p>
    <w:p>
      <w:r>
        <w:br/>
        <w:t>— Ач які! — сказала бабуся. — Спочатку принесіть мені мінералки, а Аристашику — морошки. Тоді впущу. Може.</w:t>
      </w:r>
    </w:p>
    <w:p>
      <w:r>
        <w:br/>
        <w:t>Похнюплені діти вийшли на подвір’я. Ходючок запитав:</w:t>
      </w:r>
    </w:p>
    <w:p>
      <w:r>
        <w:br/>
        <w:t>— Чого вона хотіла? Якої ще морошки?</w:t>
      </w:r>
    </w:p>
    <w:p>
      <w:r>
        <w:br/>
        <w:t>— Це вона просила морозива. Примхливі бабусі завжди називають мінеральну воду "мінералка", а морозиво — "морошка".</w:t>
      </w:r>
    </w:p>
    <w:p>
      <w:r>
        <w:br/>
        <w:t>— Що ж. Ходімо, в мене є тридцять копійок. А в тебе скільки?..</w:t>
      </w:r>
    </w:p>
    <w:p>
      <w:r>
        <w:br/>
        <w:t>Сміхоша не відповіла. Бо щось ніжне й прохолодне торкнулося її плеча і щоки, і в очі їй зазирнула яскрава квітка крученого панича.</w:t>
      </w:r>
    </w:p>
    <w:p>
      <w:r>
        <w:br/>
        <w:t>— І я з вами, — прошепотів Феофеофанчик. — Я оце спустився із балкона по стіні і ось… Якщо тільки ви не проти!</w:t>
      </w:r>
    </w:p>
    <w:p>
      <w:r>
        <w:br/>
        <w:t>Ходючок мовив:</w:t>
      </w:r>
    </w:p>
    <w:p>
      <w:r>
        <w:br/>
        <w:t>— Мені здається, що це почалася якась дивна казка. Усі, хто був при тому, як украли Час, і хто бачив крадіїв, опинилися у казці. А решта… — він пошукав очима у небі нерухомий "Ту", — а решта… Поза Часом!..</w:t>
      </w:r>
    </w:p>
    <w:p>
      <w:r>
        <w:br/>
        <w:t>Діти замислено побрели до магазину, біля якого зазвичай стояв лоток із морозивом, і товста весела продавщиця вигукувала: "Підходь, кому жарко і кому холодно, всім догоджу!.." Вони йшли, і на плечі у Ходючка сиділа Пріся, навкруг шиї Сміхоті намистом обвивався кручений панич, а Джулька бадьоро біг попереду.</w:t>
      </w:r>
    </w:p>
    <w:p>
      <w:r>
        <w:br/>
        <w:t>3. У події втручається Умпарара Чамчамчам</w:t>
      </w:r>
    </w:p>
    <w:p>
      <w:r>
        <w:br/>
        <w:t>Усі продавщиці в магазині скидалися на нерухомих ляльок, гарно вбраних і майстерно розмальованих. Ходючок поклав на прилавок свої копійки і взяв пляшку мінеральної води. Про всяк випадок, додав:</w:t>
      </w:r>
    </w:p>
    <w:p>
      <w:r>
        <w:br/>
        <w:t>— Тьотю! Я воду взяв, а гроші осьде!</w:t>
      </w:r>
    </w:p>
    <w:p>
      <w:r>
        <w:br/>
        <w:t>Ніякої відповіді.</w:t>
      </w:r>
    </w:p>
    <w:p>
      <w:r>
        <w:br/>
        <w:t>Товста і весела лотошниця біля магазину завмерла, простягаючи порцію морозива двом дівчаткам, і дівчатка теж завмерли, а біля їхніх ніг завмер красивий пес колі.</w:t>
      </w:r>
    </w:p>
    <w:p>
      <w:r>
        <w:br/>
        <w:t>Джулька обнюхав пса і втратив до нього інтерес, Пріся байдуже пройшла мимо.</w:t>
      </w:r>
    </w:p>
    <w:p>
      <w:r>
        <w:br/>
        <w:t>Діти взяли одну порцію морозива, і Сміхоша поклала на краєчок лотка всі свої заощадження.</w:t>
      </w:r>
    </w:p>
    <w:p>
      <w:r>
        <w:br/>
        <w:t>Примхлива бабуся Дерібо відчинила двері відразу ж — вона, мабуть, чекала гостинця. Взяла мінеральну воду, струснула пляшку і подивилася її на світло. Потім простягла руку до морозива.</w:t>
      </w:r>
    </w:p>
    <w:p>
      <w:r>
        <w:br/>
        <w:t>— Це папузі Аристархові, — твердо сказав Ходючок.</w:t>
      </w:r>
    </w:p>
    <w:p>
      <w:r>
        <w:br/>
        <w:t>Бабуся Дерібо раптом уздріла Джульку, ляснула в долоні й закричала:</w:t>
      </w:r>
    </w:p>
    <w:p>
      <w:r>
        <w:br/>
        <w:t>— Як! Ви хочете, щоб я вас впустила разом із цим хижим звіром!</w:t>
      </w:r>
    </w:p>
    <w:p>
      <w:r>
        <w:br/>
        <w:t>Ходючок сказав:</w:t>
      </w:r>
    </w:p>
    <w:p>
      <w:r>
        <w:br/>
        <w:t>— Не буде Аристарха — не буде морозива. Віддавайте мінералку!</w:t>
      </w:r>
    </w:p>
    <w:p>
      <w:r>
        <w:br/>
        <w:t>— Ще ця кицька… — пробурчала стара і сховала пляшку за спину. — Аристаша не любить кицьок. Заходьте.</w:t>
      </w:r>
    </w:p>
    <w:p>
      <w:r>
        <w:br/>
        <w:t>Всі зайшли до квартири. Бабуся подалася на кухню пити мінеральну воду, а діти — до кімнати. Папуга Аристарх сидів над вікном на довгому карнизі, що на нього вішають гардини. Побачивши гостей, він щебетнув щось нерозбірливе і враз закляк. Бо уздрів Прісю! Довелося спровадити кицьку в коридор. Вона облизнулася, позіхнула і згорнулася клубочком, ніби в цьому домі більше її взагалі ніщо не цікавило.</w:t>
      </w:r>
    </w:p>
    <w:p>
      <w:r>
        <w:br/>
        <w:t>Сміхоша піднесла Аристархові морозиво у вафельному стаканчику. Він стрепенувся і сказав:</w:t>
      </w:r>
    </w:p>
    <w:p>
      <w:r>
        <w:br/>
        <w:t>— Аристаша хороший, Аристаша хороший! Здрастуйте вам!</w:t>
      </w:r>
    </w:p>
    <w:p>
      <w:r>
        <w:br/>
        <w:t>Сміхоша почекала, поки він дзьобнув морозива, і сказала:</w:t>
      </w:r>
    </w:p>
    <w:p>
      <w:r>
        <w:br/>
        <w:t>— Аристашо, розкажи нам, що було в підвалі?</w:t>
      </w:r>
    </w:p>
    <w:p>
      <w:r>
        <w:br/>
        <w:t>Розкажи про пацюка Бруднерського і бридкого хулігана Маєша.</w:t>
      </w:r>
    </w:p>
    <w:p>
      <w:r>
        <w:br/>
        <w:t>Папуга збуджено і швидко-швидко заговорив. І діти дізналися, що Маєш заліз на низький балкон бабусі, украв звідти клітку з Аристархом і відніс її в підвал до Бруднерського, а тоді вони обоє вигнали з клітки папугу і посадовили туди дерев’яну Зозулю. І вже після того у підвалі відбулася така розмова:</w:t>
      </w:r>
    </w:p>
    <w:p>
      <w:r>
        <w:br/>
        <w:t>Бруднерський. Ви, преславний хулігане Маєшу, допоможете нам сховати Час у нашій схованці!</w:t>
      </w:r>
    </w:p>
    <w:p>
      <w:r>
        <w:br/>
        <w:t>Маєш. А що я з того матиму?! З вами, пацюками, тільки зв’яжися!..</w:t>
      </w:r>
    </w:p>
    <w:p>
      <w:r>
        <w:br/>
        <w:t>Бруднерський. Це буде величезне хуліганство, і ви, славний хулігане Маєшу, станете найславетнішим хуліганом.</w:t>
      </w:r>
    </w:p>
    <w:p>
      <w:r>
        <w:br/>
        <w:t>Маєш (радісно сміючись). Це можна! А що треба робити?</w:t>
      </w:r>
    </w:p>
    <w:p>
      <w:r>
        <w:br/>
        <w:t>Бруднерський. Беріть клітку з Зозулею, сідайте у Фруся — і гайда до схованки.</w:t>
      </w:r>
    </w:p>
    <w:p>
      <w:r>
        <w:br/>
        <w:t>Маєш: Як це — у Фруся?! А що скажуть?..</w:t>
      </w:r>
    </w:p>
    <w:p>
      <w:r>
        <w:br/>
        <w:t>Бруднерський (регочучи негарним пацючим сміхом). Хто скаже? Якщо ми сховаємо Час — ніхто вже нічого не скаже, бо ні в кого й рот не розтулиться! І Фрусь — ваш!</w:t>
      </w:r>
    </w:p>
    <w:p>
      <w:r>
        <w:br/>
        <w:t>Маєш (задоволено). Мій?! Назавжди?!</w:t>
      </w:r>
    </w:p>
    <w:p>
      <w:r>
        <w:br/>
        <w:t>Бруднерський: Скільки Час буде наш — стільки й Фрусь буде ваш! Про мене, так хай назавжди.</w:t>
      </w:r>
    </w:p>
    <w:p>
      <w:r>
        <w:br/>
        <w:t>Маєш (непевно). Але ж я не вмію водити машину…</w:t>
      </w:r>
    </w:p>
    <w:p>
      <w:r>
        <w:br/>
        <w:t>Бруднерський, А це й не потрібно, бо Фрусь сам вас повезе, куди ви йому накажете.</w:t>
      </w:r>
    </w:p>
    <w:p>
      <w:r>
        <w:br/>
        <w:t>У цьому місці Аристарх зробив паузу і прокричав:</w:t>
      </w:r>
    </w:p>
    <w:p>
      <w:r>
        <w:br/>
        <w:t>— Морозиваморозиваморозива!</w:t>
      </w:r>
    </w:p>
    <w:p>
      <w:r>
        <w:br/>
        <w:t>Сміхоша віддала йому увесь стаканчик, але більше нічого путнього від Аристарха вони не почули. Той тільки галасував, що він хороший, і без упину здоровкався. На тому й пішли.</w:t>
      </w:r>
    </w:p>
    <w:p>
      <w:r>
        <w:br/>
        <w:t>Аж тепер діти почали як слід розуміти, що то значить: украдено Час. Поки Зозулю не буде знайдено і повернуто на своє місце у старовинний годинник, мама й тато не приїдуть додому, не ростимуть дерева і трава, не потечуть річки й не полетять птахи, і вони, діти, теж ніколи не виростуть.</w:t>
      </w:r>
    </w:p>
    <w:p>
      <w:r>
        <w:br/>
        <w:t>Вони вийшли у двір, підійшли до Умпарари. На гілці, якраз над автомобілем, сидів шпачок і щось собі наспівував.</w:t>
      </w:r>
    </w:p>
    <w:p>
      <w:r>
        <w:br/>
        <w:t>— Агов, Фоко! — сумно гукнув до нього Ходючок.</w:t>
      </w:r>
    </w:p>
    <w:p>
      <w:r>
        <w:br/>
        <w:t>Шпак замовк, зиркнув униз і чітко відказав:</w:t>
      </w:r>
    </w:p>
    <w:p>
      <w:r>
        <w:br/>
        <w:t>— Я не Фока Сильвестрів.</w:t>
      </w:r>
    </w:p>
    <w:p>
      <w:r>
        <w:br/>
        <w:t>— А хто ж ти такий?</w:t>
      </w:r>
    </w:p>
    <w:p>
      <w:r>
        <w:br/>
        <w:t>— Я Сильвестрів Родивон.</w:t>
      </w:r>
    </w:p>
    <w:p>
      <w:r>
        <w:br/>
        <w:t>Шпачок із натхненням закувікав поросятком.</w:t>
      </w:r>
    </w:p>
    <w:p>
      <w:r>
        <w:br/>
        <w:t>— Ти щось плутаєш! — сказав Ходючок.</w:t>
      </w:r>
    </w:p>
    <w:p>
      <w:r>
        <w:br/>
        <w:t>— Авжеж! — додала Сміхоша. — Он навіть сива пір’їнка у хвості, й шийка, і очі, і дзьобик — усе точнісінько, як було у Фоки!</w:t>
      </w:r>
    </w:p>
    <w:p>
      <w:r>
        <w:br/>
        <w:t>— Так-так. Це тому, що ми з Фокою Сильвестровим вилупилися з одного яйця; якщо це називається брати, то ми з Фокою Сильвестровим брати. Гей, заберіть цю жахливу тварину! Вона на мене дивиться.</w:t>
      </w:r>
    </w:p>
    <w:p>
      <w:r>
        <w:br/>
        <w:t>Ходючок заспокійливо погладив Прісину спинку, і кицька протяжливо й нетерпляче занявчала.</w:t>
      </w:r>
    </w:p>
    <w:p>
      <w:r>
        <w:br/>
        <w:t>Ходючок пояснив їй, що Родивон Сильвестрів є така сама недоторканна особа, як його брат-близнюк Фока Сильвестрів та папуга Аристарх. Пріся вислухала все це із невдоволеною міною.</w:t>
      </w:r>
    </w:p>
    <w:p>
      <w:r>
        <w:br/>
        <w:t>Шпак сказав:</w:t>
      </w:r>
    </w:p>
    <w:p>
      <w:r>
        <w:br/>
        <w:t>— Фока Сильвестрів доручив мені розважити вас розумною розмовою, поки він злітає і подивиться, куди оте все повтікало.</w:t>
      </w:r>
    </w:p>
    <w:p>
      <w:r>
        <w:br/>
        <w:t>Сміхоша перезирнулася з Ходючком, і хлопчик запитав:</w:t>
      </w:r>
    </w:p>
    <w:p>
      <w:r>
        <w:br/>
        <w:t>— Кого ж ви називаєте "оте все"?</w:t>
      </w:r>
    </w:p>
    <w:p>
      <w:r>
        <w:br/>
        <w:t>— Пацюка Бруднерського, бридкого хулігана Маєша і їхнього автомобіля Фруся.</w:t>
      </w:r>
    </w:p>
    <w:p>
      <w:r>
        <w:br/>
        <w:t>У цю мить з’явився Фока. Наче просто впав із неба, розкошлачений, збуджений і щасливий.</w:t>
      </w:r>
    </w:p>
    <w:p>
      <w:r>
        <w:br/>
        <w:t>— Знаю! — закричав він. — Я за ними прослідкував до самого роздоріжжя!</w:t>
      </w:r>
    </w:p>
    <w:p>
      <w:r>
        <w:br/>
        <w:t>Ходючок поглянув на старого друга Умпарару, і йому здалося, що автомобіль підморгнув підфарником. Ходючок зітхнув і сказав:</w:t>
      </w:r>
    </w:p>
    <w:p>
      <w:r>
        <w:br/>
        <w:t>— Фоко і Родивоне Сильвестрови! Чи не погодитеся ви показати нам дорогу, якою злодії повезли вкрадений Час? Ми їх наздоженемо і відберемо Зозулю. Нас повезе Умпарара Чамчамчам.</w:t>
      </w:r>
    </w:p>
    <w:p>
      <w:r>
        <w:br/>
        <w:t>Родивон Сильвестрів вигукнув:</w:t>
      </w:r>
    </w:p>
    <w:p>
      <w:r>
        <w:br/>
        <w:t>— Ми згодні! — і хвалькувато озирнувся навкруги.</w:t>
      </w:r>
    </w:p>
    <w:p>
      <w:r>
        <w:br/>
        <w:t>Умпарара стурбовано прохурчав:</w:t>
      </w:r>
    </w:p>
    <w:p>
      <w:r>
        <w:br/>
        <w:t>— Друзі! Нам пора! Я вже розім’яв свої амортизатори і продув карбюратор. — І він розчинив усі четверо дверцят.</w:t>
      </w:r>
    </w:p>
    <w:p>
      <w:r>
        <w:br/>
        <w:t>Ходючок сів за кермо. Сміхоша вмостилася поруч із Ходючком, а Джулька — в неї на колінах. Киця Пріся сказала: "Шши!" — і теж ускочила до автомобіля. Феофеофанчик звісив за вікно голівку на тонесенькому стебельці, і вони поїхали…</w:t>
      </w:r>
    </w:p>
    <w:p>
      <w:r>
        <w:br/>
        <w:t>4. Як корисно думати</w:t>
      </w:r>
    </w:p>
    <w:p>
      <w:r>
        <w:br/>
        <w:t>Шпаки летіли попереду. Умпарара муркотів мотором, Феофеофанчик маяв за вікном, а під колесами шкварчав асфальт. Час від часу Умпарара подавав голос:</w:t>
      </w:r>
    </w:p>
    <w:p>
      <w:r>
        <w:br/>
        <w:t>— Ви тільки погляньте, що накоїли! Кум тролейбус стоїть, як приліплений, а свояка самоскида перехнябило на один бік, як кульгаву качку, діла-діла!.. Ви тільки подивіться, скільки заціпеніло трамваїв — стоять собі, мов сараї, ізв’язані вервечками по двоє, а там ось — погляньте — поснули дядьки автобуси і братики легкові, і ні цоб тобі, ні цабе…</w:t>
      </w:r>
    </w:p>
    <w:p>
      <w:r>
        <w:br/>
        <w:t>Ходючок і Сміхоша були приголомшені цим видовищем. Ходючок сказав:</w:t>
      </w:r>
    </w:p>
    <w:p>
      <w:r>
        <w:br/>
        <w:t>— Не розумію. Навіщо вони вкрали Час?</w:t>
      </w:r>
    </w:p>
    <w:p>
      <w:r>
        <w:br/>
        <w:t>— Хтозна… — жалібно зітхнула Сміхоша. Вона торкнулася Ходючкової руки: — А ми їх подужаємо?</w:t>
      </w:r>
    </w:p>
    <w:p>
      <w:r>
        <w:br/>
        <w:t>Ходючок замислено поглянув на дівчинку і кивнув.</w:t>
      </w:r>
    </w:p>
    <w:p>
      <w:r>
        <w:br/>
        <w:t>— От дивись, які в кого сили? У них — Фрусь, у нас — Умпарара. Так? Сміхоша підхопила:</w:t>
      </w:r>
    </w:p>
    <w:p>
      <w:r>
        <w:br/>
        <w:t>— У них — Маєш, а в нас… А в нас Петрик-Ходючок! — І раптом тихенько і насмішливо запитала: — А ти подужаєш Маєша? Мені здається, що він сильний…</w:t>
      </w:r>
    </w:p>
    <w:p>
      <w:r>
        <w:br/>
        <w:t>Ходючок ураз насупився. Дівчинка почервоніла і вигукнула:</w:t>
      </w:r>
    </w:p>
    <w:p>
      <w:r>
        <w:br/>
        <w:t>— Ну от, уже й образився! Я кажу, що в них Бруднерський, а в нас Джулька й Пріся! А ще ми маємо… Феофеофанчика… Але це так, для краси. І шпачки — вони теж просто так, щоб було веселіше.</w:t>
      </w:r>
    </w:p>
    <w:p>
      <w:r>
        <w:br/>
        <w:t>— Еге ж, повеселишся! Мабуть, буде бійка. — Ходючок закінчив задумливо і серйозно: — Ми повинні перемогти, у нас немає іншого виходу.</w:t>
      </w:r>
    </w:p>
    <w:p>
      <w:r>
        <w:br/>
        <w:t>Умпарара вже наближався до околиці міста — обабіч проспекту потяглися будівельні майданчики й молоді деревця край шляху. Та ось він зупинився і сповістив:</w:t>
      </w:r>
    </w:p>
    <w:p>
      <w:r>
        <w:br/>
        <w:t>— Це все. Тут роздоріжжя. Далі я дороги не знаю.</w:t>
      </w:r>
    </w:p>
    <w:p>
      <w:r>
        <w:br/>
        <w:t>На край розчиненого вікна сіли шпаки і повідомили:</w:t>
      </w:r>
    </w:p>
    <w:p>
      <w:r>
        <w:br/>
        <w:t>— Далі дороги не знаємо й ми.</w:t>
      </w:r>
    </w:p>
    <w:p>
      <w:r>
        <w:br/>
        <w:t>— Чому? — спитала Сміхоша.</w:t>
      </w:r>
    </w:p>
    <w:p>
      <w:r>
        <w:br/>
        <w:t>— Бо Фока Сильвестрів далі не подивився, — сказав Родивон.</w:t>
      </w:r>
    </w:p>
    <w:p>
      <w:r>
        <w:br/>
        <w:t>Ходючок на те розчаровано мугикнув, а Пріся презирливо примружилася.</w:t>
      </w:r>
    </w:p>
    <w:p>
      <w:r>
        <w:br/>
        <w:t>— Джулько, слід! — раптом закричала Сміхота. — Швиденько з машини — і бери слід Бруднерського й Маєша.</w:t>
      </w:r>
    </w:p>
    <w:p>
      <w:r>
        <w:br/>
        <w:t>Такса вилетіла з машини, мов артилерійський снаряд. Сміхоша заляскала в долоні:</w:t>
      </w:r>
    </w:p>
    <w:p>
      <w:r>
        <w:br/>
        <w:t>— Як же я не подумала відразу! Він же у нас такий вправний щуролов!</w:t>
      </w:r>
    </w:p>
    <w:p>
      <w:r>
        <w:br/>
        <w:t>— Думати завжди дуже корисно, — мовив Ходючок.</w:t>
      </w:r>
    </w:p>
    <w:p>
      <w:r>
        <w:br/>
        <w:t>Джулька старанно нюшив землю, робив петлі, зигзаги і вісімки і за кілька хвилин обстежив геть усе перехрестя. Після того підбіг до Умпарари і знічено проказав:</w:t>
      </w:r>
    </w:p>
    <w:p>
      <w:r>
        <w:br/>
        <w:t>— Тут немає слідів пацюка і хлопчика. Це шосе. Тут тільки сліди гумових коліс. Ще зовсім не давно, о пів на десяту ранку, тут котилося безліч коліс!</w:t>
      </w:r>
    </w:p>
    <w:p>
      <w:r>
        <w:br/>
        <w:t>— А зараз котра? — запитала Сміхоша.</w:t>
      </w:r>
    </w:p>
    <w:p>
      <w:r>
        <w:br/>
        <w:t>Ходючок похмуро відказав:</w:t>
      </w:r>
    </w:p>
    <w:p>
      <w:r>
        <w:br/>
        <w:t>— Зараз теж пів на десяту. Тепер завжди буде пів на десяту. Прісько! Вертайся назад!</w:t>
      </w:r>
    </w:p>
    <w:p>
      <w:r>
        <w:br/>
        <w:t>Пріся, яка вийшла з машини разом із Джулькою, в їхній бік навіть не глянула. Вона, підкрадаючись, наближалася до довгої білої труби, що лежала на насипу край дороги.</w:t>
      </w:r>
    </w:p>
    <w:p>
      <w:r>
        <w:br/>
        <w:t>А на віконці знову з’явилися шпаки. Вони сказали в один голос:</w:t>
      </w:r>
    </w:p>
    <w:p>
      <w:r>
        <w:br/>
        <w:t>— Ми дивилися і нікого не побачили: ні тобі Бруднерського, ні тобі Фруся чи там ще кого. Все завмерло — і край!</w:t>
      </w:r>
    </w:p>
    <w:p>
      <w:r>
        <w:br/>
        <w:t>Фока Сильвестрів повідомив:</w:t>
      </w:r>
    </w:p>
    <w:p>
      <w:r>
        <w:br/>
        <w:t>— Тільки одна ластівка не завмерла — літає собі й літає, мов навіжена.</w:t>
      </w:r>
    </w:p>
    <w:p>
      <w:r>
        <w:br/>
        <w:t>Родивон Сильвестрів додав:</w:t>
      </w:r>
    </w:p>
    <w:p>
      <w:r>
        <w:br/>
        <w:t>— І ще дуже високо ми роздивилися крука Кирила. Він теж летів собі кудись та й летів.</w:t>
      </w:r>
    </w:p>
    <w:p>
      <w:r>
        <w:br/>
        <w:t>Раптом Джулька здивовано сказав:</w:t>
      </w:r>
    </w:p>
    <w:p>
      <w:r>
        <w:br/>
        <w:t>— Гляньте на Пріську! Що це з нею?</w:t>
      </w:r>
    </w:p>
    <w:p>
      <w:r>
        <w:br/>
        <w:t>Пріся вже пролізла крізь трубу на насипу і тепер весь час кивала круглою своєю голівкою: вгору — вниз, вгору — вниз… Ходючок обережно підкрався до Прісі і присів поруч із нею. Підійшли діти, і кицька промимрила:</w:t>
      </w:r>
    </w:p>
    <w:p>
      <w:r>
        <w:br/>
        <w:t>— Там вода…</w:t>
      </w:r>
    </w:p>
    <w:p>
      <w:r>
        <w:br/>
        <w:t>Ходючок аж скрикнув від радості:</w:t>
      </w:r>
    </w:p>
    <w:p>
      <w:r>
        <w:br/>
        <w:t>— Вода! Із труби весь час капотить вода!</w:t>
      </w:r>
    </w:p>
    <w:p>
      <w:r>
        <w:br/>
        <w:t>— То й що? Чому Пріся кивала?</w:t>
      </w:r>
    </w:p>
    <w:p>
      <w:r>
        <w:br/>
        <w:t>— Вона не кивала! Вона дивилася, як із труби весь час капають краплинки води: кап-кап, кив-кив!</w:t>
      </w:r>
    </w:p>
    <w:p>
      <w:r>
        <w:br/>
        <w:t>— Ну? — прошепотіла Сміхоша.</w:t>
      </w:r>
    </w:p>
    <w:p>
      <w:r>
        <w:br/>
        <w:t>— А те, що й вода не завмерла! Виходить, що вони тут проїхали, і вода увібрала в себе дещицю Часу, тому й капає!</w:t>
      </w:r>
    </w:p>
    <w:p>
      <w:r>
        <w:br/>
        <w:t>Сміхоша сказала:</w:t>
      </w:r>
    </w:p>
    <w:p>
      <w:r>
        <w:br/>
        <w:t>— Але ж тоді й оці мухи…</w:t>
      </w:r>
    </w:p>
    <w:p>
      <w:r>
        <w:br/>
        <w:t>— І ота ластівка… — додав Фока. — І крук!</w:t>
      </w:r>
    </w:p>
    <w:p>
      <w:r>
        <w:br/>
        <w:t>— Фоко і Родивоне! Негайно спитайте у ластівки, куди поїхав Фрусь!</w:t>
      </w:r>
    </w:p>
    <w:p>
      <w:r>
        <w:br/>
        <w:t>— Я з нею балакав, — відповів Фока Сильвестрів. — Дохле діло.</w:t>
      </w:r>
    </w:p>
    <w:p>
      <w:r>
        <w:br/>
        <w:t>— Це ж чому?</w:t>
      </w:r>
    </w:p>
    <w:p>
      <w:r>
        <w:br/>
        <w:t>— Вона зовсім очманіла від голоду і нічого не тямить, їй якраз о пів на десяту треба було снідати, а чим? Я їй кажу: "Та ось же вони, комахи, висять у повітрі, їх і ловити не треба, їж собі од пуза!.." А ластівка каже: "Ми так не можемо. Ми ловимо тільки тих, що літають!" Он яке діло!</w:t>
      </w:r>
    </w:p>
    <w:p>
      <w:r>
        <w:br/>
        <w:t>— А крук?</w:t>
      </w:r>
    </w:p>
    <w:p>
      <w:r>
        <w:br/>
        <w:t>Шпаки сказали:</w:t>
      </w:r>
    </w:p>
    <w:p>
      <w:r>
        <w:br/>
        <w:t>— Крук — дуже серйозний чоловік. До крука страшно.</w:t>
      </w:r>
    </w:p>
    <w:p>
      <w:r>
        <w:br/>
        <w:t>— Але треба, — сказав Ходючок. — Ви вже якось постарайтеся.</w:t>
      </w:r>
    </w:p>
    <w:p>
      <w:r>
        <w:br/>
        <w:t>Шпаки пересвиснулися між собою і відповіли:</w:t>
      </w:r>
    </w:p>
    <w:p>
      <w:r>
        <w:br/>
        <w:t>— Зачекайте нас тут. Ми швиденько! — і подалися.</w:t>
      </w:r>
    </w:p>
    <w:p>
      <w:r>
        <w:br/>
        <w:t>Умпарара заглушив мотор. Стало тихо.</w:t>
      </w:r>
    </w:p>
    <w:p>
      <w:r>
        <w:br/>
        <w:t>5. Поради старого крука Кирила</w:t>
      </w:r>
    </w:p>
    <w:p>
      <w:r>
        <w:br/>
        <w:t>Старий крук Кирило жив у дуплі старезного дуба, що на самій верхівці Козачої гори.</w:t>
      </w:r>
    </w:p>
    <w:p>
      <w:r>
        <w:br/>
        <w:t>Зранку крук вполював собі ховрашка і політав трохи, щоб розім’яти крила, подивитися світу й показати себе.</w:t>
      </w:r>
    </w:p>
    <w:p>
      <w:r>
        <w:br/>
        <w:t>По тому Кирило повернувся до свого дуба, всівся на товстезній гілляці і вдоволено заплющив очі.</w:t>
      </w:r>
    </w:p>
    <w:p>
      <w:r>
        <w:br/>
        <w:t>День був погідний і теплий, сонце сходило завзято і швидко, а це начебто чомусь спинилося… Сьогодні він літав над містом і примітив сіренький горбатий автомобільчик: той викотився з міста і застрибав по купинах у лузі, затим помчав уздовж річки; крукові Кирилові здалося навіть, що з віконця тієї машини визирав здоровенний пацюк, і крукові ще тоді подумалося, що нині у полях стало мало мишей…</w:t>
      </w:r>
    </w:p>
    <w:p>
      <w:r>
        <w:br/>
        <w:t>Крук Кирило куняв, сукав собі кволеньку думку, що раніше ніби й літо було тепліше, а зима суворіша, і кров у жилах текла хутчіше, а очі бачили зіркіше.</w:t>
      </w:r>
    </w:p>
    <w:p>
      <w:r>
        <w:br/>
        <w:t>— Здрастуйте! — раптом почув він над головою, але вирішив, що це уві сні, і навіть не розплющив очей.</w:t>
      </w:r>
    </w:p>
    <w:p>
      <w:r>
        <w:br/>
        <w:t>— Здрастуйте, дядьку Кириле! — почулося з Він глянув. На гілці сидів шпак. Крук Кирило дивився на шпака і мовчав. Фока Сильвестрів — то був він — теж мовчав, бо від страху забув, навіщо сюди з’явився.</w:t>
      </w:r>
    </w:p>
    <w:p>
      <w:r>
        <w:br/>
        <w:t>Крук був старий, величезний, такий чорний, що аж синій, і пір’я його часом спалахувало, наче райдуга. Він мав могутній чорний дзьоб і високі чорні ноги з міцними кігтями. Все це приголомшувало шпака.</w:t>
      </w:r>
    </w:p>
    <w:p>
      <w:r>
        <w:br/>
        <w:t>— Наше вам шануваннячко, круку Кириле! — почулося з-за спини.</w:t>
      </w:r>
    </w:p>
    <w:p>
      <w:r>
        <w:br/>
        <w:t>Крук повернувся усім тулубом і побачив, що ззаду сидів той самий шпак.</w:t>
      </w:r>
    </w:p>
    <w:p>
      <w:r>
        <w:br/>
        <w:t>— Скільки світу, стільки й дива, — сказав крук.</w:t>
      </w:r>
    </w:p>
    <w:p>
      <w:r>
        <w:br/>
        <w:t>— Ого, ви так багато бачили у світі, що мудрішого за вас немає! — сказав Фока Сильвестрів з-за його спини, і крук повернувся до нього.</w:t>
      </w:r>
    </w:p>
    <w:p>
      <w:r>
        <w:br/>
        <w:t>— Мені сто вісімдесят п’ять років, чотири місяці, один півмісяць і три доби.</w:t>
      </w:r>
    </w:p>
    <w:p>
      <w:r>
        <w:br/>
        <w:t>Він сподівався, що шпак, почувши це, зомліє від поштивості й подиву, але з-за спини почулося:</w:t>
      </w:r>
    </w:p>
    <w:p>
      <w:r>
        <w:br/>
        <w:t>— А скільки годин?</w:t>
      </w:r>
    </w:p>
    <w:p>
      <w:r>
        <w:br/>
        <w:t>Крук заплющив очі й довго думав. Потім сказав:</w:t>
      </w:r>
    </w:p>
    <w:p>
      <w:r>
        <w:br/>
        <w:t>— Метушливий лічить години, бо він не живе, а смикається. Мудрий же знає вік і рік, потім місяць і півмісяця, а ще — добу. Бо мудрий не смикається, а живе.</w:t>
      </w:r>
    </w:p>
    <w:p>
      <w:r>
        <w:br/>
        <w:t>— Як мудро! — сказало з-за хвоста, і крук Кирило повернувся туди. Там сидів той самий шпак.</w:t>
      </w:r>
    </w:p>
    <w:p>
      <w:r>
        <w:br/>
        <w:t>Старий Кирило покривив душею: правду сказати, він просто не знав, що таке година. Але йому хотілося вразити своєю величчю цього метушливого шпачка, який примудряється бути водночас і перед його очима, і за його хвостом.</w:t>
      </w:r>
    </w:p>
    <w:p>
      <w:r>
        <w:br/>
        <w:t>Шпак сказав:</w:t>
      </w:r>
    </w:p>
    <w:p>
      <w:r>
        <w:br/>
        <w:t>— Це мовлено тим більш мудро, що тепер уже немає чого лічити. Ні годин, ні діб, ні років.</w:t>
      </w:r>
    </w:p>
    <w:p>
      <w:r>
        <w:br/>
        <w:t>— Справа в тому, що украли Час, — почулося з-за хвоста.</w:t>
      </w:r>
    </w:p>
    <w:p>
      <w:r>
        <w:br/>
        <w:t>Крук Кирило, щоб більше не крутитися туди-сюди, вирішив продовжувати розмову із заплющеними очима.</w:t>
      </w:r>
    </w:p>
    <w:p>
      <w:r>
        <w:br/>
        <w:t>— Мені сто вісімдесят п’ять років, чотири повних місяці, один півмісяць і три доби. Коли помер мій батько, йому було двісті тридцять років, але ні мій батько, ні я ніколи не чули, щоб можна було вкрасти Час.</w:t>
      </w:r>
    </w:p>
    <w:p>
      <w:r>
        <w:br/>
        <w:t>Тоді шпаки злагоджено, в один голос, розповіли Кирилу все, що сталося сьогодні о пів на десяту. Затим спитали:</w:t>
      </w:r>
    </w:p>
    <w:p>
      <w:r>
        <w:br/>
        <w:t>— Згадайте, будь ласка, чи ви не звернули уваги, куди поїхала маленька сіренька машина, в якій сиділи пацюк і бридкий хуліган?</w:t>
      </w:r>
    </w:p>
    <w:p>
      <w:r>
        <w:br/>
        <w:t>Крук помовчав для годиться і відказав:</w:t>
      </w:r>
    </w:p>
    <w:p>
      <w:r>
        <w:br/>
        <w:t>— Не звернув.</w:t>
      </w:r>
    </w:p>
    <w:p>
      <w:r>
        <w:br/>
        <w:t>— Вибачайте, коли ласка! Але цього ніяк не може бути. Якби не звернули, ви б уже не ворушилися, бо ваш Час спинився б.</w:t>
      </w:r>
    </w:p>
    <w:p>
      <w:r>
        <w:br/>
        <w:t>Крук знову заплющив очі. Нарешті він прорік:</w:t>
      </w:r>
    </w:p>
    <w:p>
      <w:r>
        <w:br/>
        <w:t>— Ниточка доведе до клубочка.</w:t>
      </w:r>
    </w:p>
    <w:p>
      <w:r>
        <w:br/>
        <w:t>— Яка глибока думка! — сказали шпаки.</w:t>
      </w:r>
    </w:p>
    <w:p>
      <w:r>
        <w:br/>
        <w:t>— Шукай вітру в полі! — додав крук.</w:t>
      </w:r>
    </w:p>
    <w:p>
      <w:r>
        <w:br/>
        <w:t>— І все?</w:t>
      </w:r>
    </w:p>
    <w:p>
      <w:r>
        <w:br/>
        <w:t>— Коли хтось тікає понад річкою і ховається в лузі, то хтось інший може і знайти.</w:t>
      </w:r>
    </w:p>
    <w:p>
      <w:r>
        <w:br/>
        <w:t>— Як мудро!</w:t>
      </w:r>
    </w:p>
    <w:p>
      <w:r>
        <w:br/>
        <w:t>Побачивши, що Фока Сильвестрів спурхнув з його гілки, крук гукнув:</w:t>
      </w:r>
    </w:p>
    <w:p>
      <w:r>
        <w:br/>
        <w:t>— А зажди-но, малий!</w:t>
      </w:r>
    </w:p>
    <w:p>
      <w:r>
        <w:br/>
        <w:t>Той повернувся, і крук сором’язливо поспитав:</w:t>
      </w:r>
    </w:p>
    <w:p>
      <w:r>
        <w:br/>
        <w:t>— Ти такий метушливий і, напевне, знаєш, що таке година. Скажи-но й мені.</w:t>
      </w:r>
    </w:p>
    <w:p>
      <w:r>
        <w:br/>
        <w:t>— Година — це таке… — почав невпевнено Фока Сильвестрів. — Це таке, що йде й минає одне за одним…</w:t>
      </w:r>
    </w:p>
    <w:p>
      <w:r>
        <w:br/>
        <w:t>— Еге, йде й минає, — додав Родивон. І раптом вигукнув: — Бо все залежить від батька сонця!</w:t>
      </w:r>
    </w:p>
    <w:p>
      <w:r>
        <w:br/>
        <w:t>Фока Сильвестрів дійшов того ж самого висновку:</w:t>
      </w:r>
    </w:p>
    <w:p>
      <w:r>
        <w:br/>
        <w:t>— Так-так, від батька сонця залежить це!</w:t>
      </w:r>
    </w:p>
    <w:p>
      <w:r>
        <w:br/>
        <w:t>— Ану, повтори іще раз, — попрохав Кирило.</w:t>
      </w:r>
    </w:p>
    <w:p>
      <w:r>
        <w:br/>
        <w:t>— Сонця від це батька залежить. Кирило подумав трохи, потім попрохав:</w:t>
      </w:r>
    </w:p>
    <w:p>
      <w:r>
        <w:br/>
        <w:t>— Ану, це саме ще один раз. Шпаки сказали:</w:t>
      </w:r>
    </w:p>
    <w:p>
      <w:r>
        <w:br/>
        <w:t>— Від залежить батька це сонця! Крук сердито вимовив:</w:t>
      </w:r>
    </w:p>
    <w:p>
      <w:r>
        <w:br/>
        <w:t>— Забирайся геть до вражого болота! Шпаки свиснули:</w:t>
      </w:r>
    </w:p>
    <w:p>
      <w:r>
        <w:br/>
        <w:t>— Що? Що?</w:t>
      </w:r>
    </w:p>
    <w:p>
      <w:r>
        <w:br/>
        <w:t>— Геть болота забирайся вражого до! Шпачки двома чорними грудочками пурхнули вниз до ріки. І Родивон сказав братові:</w:t>
      </w:r>
    </w:p>
    <w:p>
      <w:r>
        <w:br/>
        <w:t>— А що, як ми запросимо з собою оту голодну ластівку?</w:t>
      </w:r>
    </w:p>
    <w:p>
      <w:r>
        <w:br/>
        <w:t>І Фока схвально закричав:</w:t>
      </w:r>
    </w:p>
    <w:p>
      <w:r>
        <w:br/>
        <w:t>— Правда! І нехай їсть усіх наших мух! Бо ми з тобою не голодні. Ми наїлися якраз о пів на десяту. В автомобілі ж чомусь повно мух…</w:t>
      </w:r>
    </w:p>
    <w:p>
      <w:r>
        <w:br/>
        <w:t>6. Вийшла пісенька така</w:t>
      </w:r>
    </w:p>
    <w:p>
      <w:r>
        <w:br/>
        <w:t>Весь гурт рятівників Часу сидів під вербою; Умпарара, щоб не перестоятися, раз по раз поскрипував своїми амортизаторами. Та ось над ними защебетали-зацвірінькали шпаки.</w:t>
      </w:r>
    </w:p>
    <w:p>
      <w:r>
        <w:br/>
        <w:t>Фока Сильвестрів сповістив:</w:t>
      </w:r>
    </w:p>
    <w:p>
      <w:r>
        <w:br/>
        <w:t>— Ми щойно розмовляли з круком Кирилом. Він Дуже мудрий. — Причепуривши братові хвостика, Додав: — Крук сказав, що ниточка доведе до клубочка.</w:t>
      </w:r>
    </w:p>
    <w:p>
      <w:r>
        <w:br/>
        <w:t>Родивон Сильвестрів повідомив:</w:t>
      </w:r>
    </w:p>
    <w:p>
      <w:r>
        <w:br/>
        <w:t>— Крук сказав: шукай вітру в полі!</w:t>
      </w:r>
    </w:p>
    <w:p>
      <w:r>
        <w:br/>
        <w:t>Тоді Фока старанно вищебетав:</w:t>
      </w:r>
    </w:p>
    <w:p>
      <w:r>
        <w:br/>
        <w:t>— Крук каже: якщо хтось тікає понад річкою і ховається у лузі, то хтось його знайде!</w:t>
      </w:r>
    </w:p>
    <w:p>
      <w:r>
        <w:br/>
        <w:t>Родивон Сильвестрів цвірінькнув:</w:t>
      </w:r>
    </w:p>
    <w:p>
      <w:r>
        <w:br/>
        <w:t>— А як ні — то ні.</w:t>
      </w:r>
    </w:p>
    <w:p>
      <w:r>
        <w:br/>
        <w:t>І в один голос обидва брати-шпаки сказали:</w:t>
      </w:r>
    </w:p>
    <w:p>
      <w:r>
        <w:br/>
        <w:t>— Метушливий метушиться, а розумний думає.</w:t>
      </w:r>
    </w:p>
    <w:p>
      <w:r>
        <w:br/>
        <w:t>І тут усі замислилися. Однак шпаки думати не вміли зовсім, а Пріся з Джулькою мислили по-своєму, по-котячому й собачому, і толку з їхнього думання було малувато. Сміхоша мовила:</w:t>
      </w:r>
    </w:p>
    <w:p>
      <w:r>
        <w:br/>
        <w:t>— Може, треба пустити клубочок?.. А тоді… бігти за ниточкою?..</w:t>
      </w:r>
    </w:p>
    <w:p>
      <w:r>
        <w:br/>
        <w:t>— Ти й досі казочки читаєш?</w:t>
      </w:r>
    </w:p>
    <w:p>
      <w:r>
        <w:br/>
        <w:t>— Читаю. А що?</w:t>
      </w:r>
    </w:p>
    <w:p>
      <w:r>
        <w:br/>
        <w:t>— Воно й видно. "Шукай вітру в полі" — значить нема, нема!</w:t>
      </w:r>
    </w:p>
    <w:p>
      <w:r>
        <w:br/>
        <w:t>— Але ж іще сказано, що хтось тікає понад річкою і ховається в лузі! Це тобі що, не порада?</w:t>
      </w:r>
    </w:p>
    <w:p>
      <w:r>
        <w:br/>
        <w:t>— Розумний думає, — поважно сказав Ходючок.</w:t>
      </w:r>
    </w:p>
    <w:p>
      <w:r>
        <w:br/>
        <w:t>І знову всі замовкли.</w:t>
      </w:r>
    </w:p>
    <w:p>
      <w:r>
        <w:br/>
        <w:t>І хтозна, скільки б вони мовчали, думаючи про своє трудне завдання, якби не бездумні шпачки. Бо Фока і Родивон Сильвестрови раптом зірвалися зі своєї гілки і з неймовірною швидкістю злетіли вгору. Та як злетіли! Ніби хтось дуже сильний і дуже вправний, як у казці, пожбурив високо-високо в небо два камінчики. Від подиву Пріся аж підстрибнула і довгенько дивилася услід пташкам, Джулька дзвінко загавкав, а Ходючок і Сміхоша перезирнулися і звелися на ноги.</w:t>
      </w:r>
    </w:p>
    <w:p>
      <w:r>
        <w:br/>
        <w:t>За кілька хвилин шпачки повернулися на ту саму гілку.</w:t>
      </w:r>
    </w:p>
    <w:p>
      <w:r>
        <w:br/>
        <w:t>— Ну? — суворо запитав Ходючок.</w:t>
      </w:r>
    </w:p>
    <w:p>
      <w:r>
        <w:br/>
        <w:t>— Вітер! — сказав Фока Сильвестрів. — На нас подув такий вітер!.. Правда, Родивоне?</w:t>
      </w:r>
    </w:p>
    <w:p>
      <w:r>
        <w:br/>
        <w:t>— Авжеж! — цвірінькнув той. — Який шпак, ну скажіть мені, люди, такі розумні, ну який шпак утримається, щоб не кинутися проти вітру, розпроставши крильця, щоб його вітер підкинув аж у самісіньке небо?!</w:t>
      </w:r>
    </w:p>
    <w:p>
      <w:r>
        <w:br/>
        <w:t>Ходючок ляснув себе долонею по лобі й гукнув:</w:t>
      </w:r>
    </w:p>
    <w:p>
      <w:r>
        <w:br/>
        <w:t>— Ах, я ж старий осел!</w:t>
      </w:r>
    </w:p>
    <w:p>
      <w:r>
        <w:br/>
        <w:t>— Мені здається, що ви значно перебільшуєте, — сказав Фока.</w:t>
      </w:r>
    </w:p>
    <w:p>
      <w:r>
        <w:br/>
        <w:t>— Мені здається, що старі осли виглядають не так, — додав Родивон.</w:t>
      </w:r>
    </w:p>
    <w:p>
      <w:r>
        <w:br/>
        <w:t>Ходючок закричав:</w:t>
      </w:r>
    </w:p>
    <w:p>
      <w:r>
        <w:br/>
        <w:t>— А я вас питаю, звідкіль узявся вітер, якщо немає Часу?! Він узявся звідтіля!</w:t>
      </w:r>
    </w:p>
    <w:p>
      <w:r>
        <w:br/>
        <w:t>Сміхоша вражено прошепотіла:</w:t>
      </w:r>
    </w:p>
    <w:p>
      <w:r>
        <w:br/>
        <w:t>— Ось що значить: "Шукай вітру в полі". Ой… — Вона схопила Ходючка за рукав його курточки. — То нам треба їхати проти цього вітру, от що!</w:t>
      </w:r>
    </w:p>
    <w:p>
      <w:r>
        <w:br/>
        <w:t>Ходючок сказав:</w:t>
      </w:r>
    </w:p>
    <w:p>
      <w:r>
        <w:br/>
        <w:t>— Фоко і Родивоне Сильвестрови, підійміться, будь ласка, ще раз угору і летіть проти вітру. Та слідкуйте за нами — ми рушаємо дорогою.</w:t>
      </w:r>
    </w:p>
    <w:p>
      <w:r>
        <w:br/>
        <w:t>Шпаки радісно злетіли, як підкинуті камінці, лиш почулося захоплене: "Ми падаємо в небо!"</w:t>
      </w:r>
    </w:p>
    <w:p>
      <w:r>
        <w:br/>
        <w:t>На дверцята машини сіла ластівка і делікатно цвінькнула:</w:t>
      </w:r>
    </w:p>
    <w:p>
      <w:r>
        <w:br/>
        <w:t>— Пробачте! Мене запросили шпаки. Можна, я пообідаю мухами?</w:t>
      </w:r>
    </w:p>
    <w:p>
      <w:r>
        <w:br/>
        <w:t>Уся зграя мух із бридким дзижчанням вилетіла з машини, і ластівка стрілою ковзнула слідом за ними. Умпарара гукнув їй услід:</w:t>
      </w:r>
    </w:p>
    <w:p>
      <w:r>
        <w:br/>
        <w:t>— Смачного вам, сусідонько!</w:t>
      </w:r>
    </w:p>
    <w:p>
      <w:r>
        <w:br/>
        <w:t>Усі швиденько залізли у машину, і Умпарара, збиваючи легку куряву, побіг дорогою. Він сказав:</w:t>
      </w:r>
    </w:p>
    <w:p>
      <w:r>
        <w:br/>
        <w:t>— Я пам’ятаю цю дорогу, вона веде до річки.</w:t>
      </w:r>
    </w:p>
    <w:p>
      <w:r>
        <w:br/>
        <w:t>— Чудово! — закричав Ходючок. — Ви розумієте тепер пораду крука? "Якщо хтось тікає понад річкою…"</w:t>
      </w:r>
    </w:p>
    <w:p>
      <w:r>
        <w:br/>
        <w:t>— "… і ховається у лузі…" — додала Сміхоша.</w:t>
      </w:r>
    </w:p>
    <w:p>
      <w:r>
        <w:br/>
        <w:t>Умпарара так завзято крутив колесами, що всі поробилися веселі й натхненні і все більше сповнювалися вірою, що їм таки пощастить наздогнати злодіїв. Сміхоша, щоб усіх підбадьорити, заспівала:</w:t>
      </w:r>
    </w:p>
    <w:p>
      <w:r>
        <w:br/>
        <w:t>Вкрали Час бридкі примари</w:t>
      </w:r>
    </w:p>
    <w:p>
      <w:r>
        <w:br/>
        <w:t>Й завезли не знать куди.</w:t>
      </w:r>
    </w:p>
    <w:p>
      <w:r>
        <w:br/>
        <w:t>А Ходючок підхопив:</w:t>
      </w:r>
    </w:p>
    <w:p>
      <w:r>
        <w:br/>
        <w:t>Але ж є в нас Умпарара,</w:t>
      </w:r>
    </w:p>
    <w:p>
      <w:r>
        <w:br/>
        <w:t>Ми їх наздоженем!..</w:t>
      </w:r>
    </w:p>
    <w:p>
      <w:r>
        <w:br/>
        <w:t>Сміхоша сказала, що це невлад, вони трохи посперечалися, а вже за кілька хвилин весь екіпаж весело і дзвінко виспівував:</w:t>
      </w:r>
    </w:p>
    <w:p>
      <w:r>
        <w:br/>
        <w:t>Вкрали Час бридкі примари</w:t>
      </w:r>
    </w:p>
    <w:p>
      <w:r>
        <w:br/>
        <w:t>И завезли не знать куди.</w:t>
      </w:r>
    </w:p>
    <w:p>
      <w:r>
        <w:br/>
        <w:t>Тож прудкіше, Умпараро,</w:t>
      </w:r>
    </w:p>
    <w:p>
      <w:r>
        <w:br/>
        <w:t>Нас до цілі приведи!</w:t>
      </w:r>
    </w:p>
    <w:p>
      <w:r>
        <w:br/>
        <w:t>— Стоп, — гукнув Ходючок, і Умпарара слухняно спинився. Ходючок продовжив: — Слухай мою команду: всім сидіти на місцях! Чекати шпаків!</w:t>
      </w:r>
    </w:p>
    <w:p>
      <w:r>
        <w:br/>
        <w:t>— Чому? — здивувалася дівчинка.</w:t>
      </w:r>
    </w:p>
    <w:p>
      <w:r>
        <w:br/>
        <w:t>— Роздивитись треба… Дві дороги попереду. Якою їхати?</w:t>
      </w:r>
    </w:p>
    <w:p>
      <w:r>
        <w:br/>
        <w:t>Раптом Умпарара Чамчамчам голосно зойкнув. Джулька загарчав і приготувався вистрибнути з машини. Пріся вигнула спину дугою і вищирила зуби.</w:t>
      </w:r>
    </w:p>
    <w:p>
      <w:r>
        <w:br/>
        <w:t>— Відчиняй… — просичала вона Ходючкові.</w:t>
      </w:r>
    </w:p>
    <w:p>
      <w:r>
        <w:br/>
        <w:t>— Я сказав: усім сидіти на місцях! — твердо повторив Ходючок.</w:t>
      </w:r>
    </w:p>
    <w:p>
      <w:r>
        <w:br/>
        <w:t>Він захопився своєю роллю командира, і йому все кортіло наказувати, щоб усі слухалися.</w:t>
      </w:r>
    </w:p>
    <w:p>
      <w:r>
        <w:br/>
        <w:t>— І-і-і-і! — заверещала Сміхоша. — Па-цю-ки!</w:t>
      </w:r>
    </w:p>
    <w:p>
      <w:r>
        <w:br/>
        <w:t>Пацюки-щури!!</w:t>
      </w:r>
    </w:p>
    <w:p>
      <w:r>
        <w:br/>
        <w:t>Умпарара Чамчамчам і собі закричав:</w:t>
      </w:r>
    </w:p>
    <w:p>
      <w:r>
        <w:br/>
        <w:t>— Ту-туу… Ту-тууу!.. Вони гризуть мені колеса!</w:t>
      </w:r>
    </w:p>
    <w:p>
      <w:r>
        <w:br/>
        <w:t>Ходючок уже й сам бачив, що навкруг автомобіля у траві вистрибують чорно-сірі пацюки. Джулька прогавкотів:</w:t>
      </w:r>
    </w:p>
    <w:p>
      <w:r>
        <w:br/>
        <w:t>— Випустіть мене! Я ж такса-щуролов, давити пацюків — це моя робота!</w:t>
      </w:r>
    </w:p>
    <w:p>
      <w:r>
        <w:br/>
        <w:t>Сміхоша сердито зиркнула на хлопчика і сама розчинила двері автомобіля. Джулька і Пріся миттю з нього вистрибнули.</w:t>
      </w:r>
    </w:p>
    <w:p>
      <w:r>
        <w:br/>
        <w:t>— їм мало не буде!</w:t>
      </w:r>
    </w:p>
    <w:p>
      <w:r>
        <w:br/>
        <w:t>Ой, що зчинилося! За якусь мить пацюки кинулися врозтіч, гнані таксою-щуроловом і розлютованою кицькою. Раптом почулося лунке шипіння, і Умпарара згорьовано вигукнув:</w:t>
      </w:r>
    </w:p>
    <w:p>
      <w:r>
        <w:br/>
        <w:t>— Всссе!.. Прокусили!..</w:t>
      </w:r>
    </w:p>
    <w:p>
      <w:r>
        <w:br/>
        <w:t>Ліве заднє колесо було прокушене, і бідний Умпарара незграбно припав на пошкоджену ногу.</w:t>
      </w:r>
    </w:p>
    <w:p>
      <w:r>
        <w:br/>
        <w:t>— Це Бруднерський! — сказав Ходючок. — Це він наслав на нас пацюків, щоб ми не доїхали.</w:t>
      </w:r>
    </w:p>
    <w:p>
      <w:r>
        <w:br/>
        <w:t>Кручений панич Феофеофанчик звісився мало не до землі і сумно дивився на заподіяну Умпарарі шкоду.</w:t>
      </w:r>
    </w:p>
    <w:p>
      <w:r>
        <w:br/>
        <w:t>— Друзі, допоможіть мені, — сказав автомобіль, — бо в такому стані я їхати не можу.</w:t>
      </w:r>
    </w:p>
    <w:p>
      <w:r>
        <w:br/>
        <w:t>— Що ж ми сидимо! — Сміхоша ляснула в долоні.</w:t>
      </w:r>
    </w:p>
    <w:p>
      <w:r>
        <w:br/>
        <w:t>Ходючок, відвернувшись до лісу і сховавши очі, мовив:</w:t>
      </w:r>
    </w:p>
    <w:p>
      <w:r>
        <w:br/>
        <w:t>— Командуй, Умпараро. Ми готові.</w:t>
      </w:r>
    </w:p>
    <w:p>
      <w:r>
        <w:br/>
        <w:t>Чамчамчам терпляче пояснював:</w:t>
      </w:r>
    </w:p>
    <w:p>
      <w:r>
        <w:br/>
        <w:t>— Діточки, візьміть у багажнику домкрат…</w:t>
      </w:r>
    </w:p>
    <w:p>
      <w:r>
        <w:br/>
        <w:t>Петрику, будь ласка, зніми з колеса ковпак. От! Тепер тобі треба буде підважити мене на домкраті</w:t>
      </w:r>
    </w:p>
    <w:p>
      <w:r>
        <w:br/>
        <w:t>і відкрутити оті п’ять гайок. Не поспішайте, дітки, це нелегка робота!.. Ганнусю, любенька, склади гайки у ковпак, щоб вони не погубилися, а тепер допоможи Петрикові зняти колесо… Не кваптеся, дітки! Я чув, що колеса важкі, хоча й ніколи цього не відчував, бо ж не я їх ношу, а вони мене. Невже зняли?! Перед тим, як ставити запасне колесо, вам треба відпочити…</w:t>
      </w:r>
    </w:p>
    <w:p>
      <w:r>
        <w:br/>
        <w:t>— Ніколи! — бадьоро гукнув Ходючок і, поляскавши долонею по капоту автомобіля, сказав по-чоловічому просто і грубувато:</w:t>
      </w:r>
    </w:p>
    <w:p>
      <w:r>
        <w:br/>
        <w:t>— Нічого, стара добра залізяко, все буде гаразд!</w:t>
      </w:r>
    </w:p>
    <w:p>
      <w:r>
        <w:br/>
        <w:t>І на вербі над ними хтось негайно повторив Ходючковим голосом:</w:t>
      </w:r>
    </w:p>
    <w:p>
      <w:r>
        <w:br/>
        <w:t>— Нічого, стара добра залізяко!..</w:t>
      </w:r>
    </w:p>
    <w:p>
      <w:r>
        <w:br/>
        <w:t>То, звичайно, були їхні друзі-шпаки. Вони злетіли з верби униз і всілися на дашку автомобіля.</w:t>
      </w:r>
    </w:p>
    <w:p>
      <w:r>
        <w:br/>
        <w:t>Фока сказав:</w:t>
      </w:r>
    </w:p>
    <w:p>
      <w:r>
        <w:br/>
        <w:t>— Ми не знайшли ніяких слідів.</w:t>
      </w:r>
    </w:p>
    <w:p>
      <w:r>
        <w:br/>
        <w:t>— Бо вітер стих, — додав Родивон, — ось у чім біда.</w:t>
      </w:r>
    </w:p>
    <w:p>
      <w:r>
        <w:br/>
        <w:t>Почувся гавкіт Джульки — він одбіг трохи і сповістив:</w:t>
      </w:r>
    </w:p>
    <w:p>
      <w:r>
        <w:br/>
        <w:t>— Треба їхати сюдою, ця дорога пахтить їхнім Фрусем! За мною! Я бігтиму по дорозі!!</w:t>
      </w:r>
    </w:p>
    <w:p>
      <w:r>
        <w:br/>
        <w:t>Пріся скочила на капот Умпарари, потягнулася, вигнувши спинку, і сказала:</w:t>
      </w:r>
    </w:p>
    <w:p>
      <w:r>
        <w:br/>
        <w:t>— Ах, ну навіщо нюхати цю безконечну нудну дорогу! Я і звідси чую, що вона тхне пацюком, хуліганом, кліткою папуги Аристарха… І ще — фрррр!.. — старим іржавим автомобілем!</w:t>
      </w:r>
    </w:p>
    <w:p>
      <w:r>
        <w:br/>
        <w:t>За мить Умпарара взяв з місця добрячим автомобільним чвалом. І знову весь екіпаж заспівав пісеньку:</w:t>
      </w:r>
    </w:p>
    <w:p>
      <w:r>
        <w:br/>
        <w:t>Як літак іде крізь хмари,</w:t>
      </w:r>
    </w:p>
    <w:p>
      <w:r>
        <w:br/>
        <w:t>Через кригу — криголам,</w:t>
      </w:r>
    </w:p>
    <w:p>
      <w:r>
        <w:br/>
        <w:t>Мчить нас лісом Умпарара,</w:t>
      </w:r>
    </w:p>
    <w:p>
      <w:r>
        <w:br/>
        <w:t>Умпарара Чамчамчам!</w:t>
      </w:r>
    </w:p>
    <w:p>
      <w:r>
        <w:br/>
        <w:t>7. Бруднерський щирить зуби</w:t>
      </w:r>
    </w:p>
    <w:p>
      <w:r>
        <w:br/>
        <w:t>Автомобіль Фрусь стояв у тіні під кривобоким в’язом і дрімав. У ньому сидів хуліган Маєш. Він виставив лікті у відчинене віконце, а на руки поклав свою кудлату голову. Його волохаті білі брови стрибали від сміху, однак він намагався стримуватися, бо не знав, чи не буде з того сміху якогось лиха.</w:t>
      </w:r>
    </w:p>
    <w:p>
      <w:r>
        <w:br/>
        <w:t>Розсмішив його пацюк Бруднерський.</w:t>
      </w:r>
    </w:p>
    <w:p>
      <w:r>
        <w:br/>
        <w:t>Над усе Бруднерський любив проголошувати промови. Ось і тепер він стояв на пеньку, наїжачивши гострі вуса, настовбурчивши довгого хвоста, і проголошував промову:</w:t>
      </w:r>
    </w:p>
    <w:p>
      <w:r>
        <w:br/>
        <w:t>— Сталося! Відтепер увесь Час — наш! їхнього Часу тепер немає і вже ніколи не буде.</w:t>
      </w:r>
    </w:p>
    <w:p>
      <w:r>
        <w:br/>
        <w:t>Бруднерський розмахував передніми лапами, молотив ними в повітрі і навіть робив "руки в боки", він задирав голову, щосили надимав кругле сіре черевце, щоб здаватися поважнішим. У такі хвилини хуліган Маєш відсахувався від вікна і мерщій ховав голову, щоб ніхто не бачив, як його корчить сміхом.</w:t>
      </w:r>
    </w:p>
    <w:p>
      <w:r>
        <w:br/>
        <w:t>Маєш не мав звички думати, розбирати події І вчинки, давати їм оцінку; він був сильний і непосидючий хлопчик, однак погано вихований і дуже хотів над усіма верховодити. А що ніхто не визнавав його верховодства, то він сердився і робив хуліганські вчинки. Він любив: битися, дражнити, бити шибки у вікнах, мучити тварин, витоптувати квітники, рвати книжки, ламати іграшки; він любив також лаятися, ображати дорослих і дітей, особливо маленьких, зривати уроки в школі, псувати дітям одяг за допомогою кулькової ручки або чорнила, верещати дурним голосом; пересолювати суп своїй бідній бабусі і сипати їй у чай перець, малювати дурниці на шпалерах І писати погані слова на стінах у під’їзді, псувати ліфт. Не можна перелічити всі ті погані справи, які любив робити і постійно робив хуліган Маєш.</w:t>
      </w:r>
    </w:p>
    <w:p>
      <w:r>
        <w:br/>
        <w:t>При цьому зауваження дорослих він в одне вухо впускав, а з другого випускав; коли ж йому давали хороші поради, він їх не впускав навіть і в одне вухо — просто собі не слухав; якщо він попадався на гарячому і його карали за хуліганство, він все одно не задумувався над своєю поведінкою, а замість того вигадував, як усім помститися.</w:t>
      </w:r>
    </w:p>
    <w:p>
      <w:r>
        <w:br/>
        <w:t>Оце й тепер він сидів і тішився, що він, Маєш, запанібрата з пацюками, він допоміг викрасти Зозулю; мріяв, як буде мучити кицьку Прісю і поб’є палицею таксу Джульку, як оддубасить задаваку Ходючка і змусить дівчинку Сміхоту плакати від образи і сміятися від захоплення його, Маєша, хуліганськими подвигами.</w:t>
      </w:r>
    </w:p>
    <w:p>
      <w:r>
        <w:br/>
        <w:t>А найбільше тішило Маєша, що в нього тепер був власний автомобіль Фрусь, Він не знав жодного хлопчика, який би мав свій автомобіль.</w:t>
      </w:r>
    </w:p>
    <w:p>
      <w:r>
        <w:br/>
        <w:t>Але ось він розібрав кілька слів Бруднерського — прислухався. Той завивав:</w:t>
      </w:r>
    </w:p>
    <w:p>
      <w:r>
        <w:br/>
        <w:t>— … І відтепер геть усі будинки заселяться радісними пацюками й мишами, і ми, пацюковичі, вірні друзі усього живого, житимемо по всіх квартирах і в підвалах, а також на горищі, а миші — під усіма підлогами і на всіх балконах, а ховрахи — по всіх полях, а в річках і болотах житимуть самі тільки радісні п’явки і більше нічого: ні тобі рибки, ні тобі жабки.</w:t>
      </w:r>
    </w:p>
    <w:p>
      <w:r>
        <w:br/>
        <w:t>Потім Бруднерський перевів дух і сказав:</w:t>
      </w:r>
    </w:p>
    <w:p>
      <w:r>
        <w:br/>
        <w:t>— Але ж це не все! Во славу його незрівнянної нечисті на лани заклопотано і радісно вийдуть будяки й пирії, і сімейство мухи Жужулі розростеться у цілу хмару, і колорадські жуки на чолі з вірними друзями усього зеленого Шмяком, Чвирком і Креком завзято і з великим апетитом поїдатимуть листя, і ще…</w:t>
      </w:r>
    </w:p>
    <w:p>
      <w:r>
        <w:br/>
        <w:t>І тут у повітрі проскрипіло:</w:t>
      </w:r>
    </w:p>
    <w:p>
      <w:r>
        <w:br/>
        <w:t>— Не забувайте моїх Іржиків!..</w:t>
      </w:r>
    </w:p>
    <w:p>
      <w:r>
        <w:br/>
        <w:t>— Хто це сказав?! — сердито спитав Бруднерський.</w:t>
      </w:r>
    </w:p>
    <w:p>
      <w:r>
        <w:br/>
        <w:t>— Я, пані Зак-Лепська, — скрипнуло у відповідь.</w:t>
      </w:r>
    </w:p>
    <w:p>
      <w:r>
        <w:br/>
        <w:t>— Де ви?! — розсердився пацюк.</w:t>
      </w:r>
    </w:p>
    <w:p>
      <w:r>
        <w:br/>
        <w:t>— Як-то — де?! Я там, де й належить бути працьовитій і шляхетній іржі, тобто на крилі автомобіля!</w:t>
      </w:r>
    </w:p>
    <w:p>
      <w:r>
        <w:br/>
        <w:t>Це останнє слово було вимовлене особливо вишукано: "ау-теме-биль-ля!"</w:t>
      </w:r>
    </w:p>
    <w:p>
      <w:r>
        <w:br/>
        <w:t>Усі подивилися на Фруся і враз побачили: на його правому крилі розповзлася здоровенна пляма іржі — вона вже проїла те крило наскрізь, і воно набуло ясно-рудого кольору; щупальця від цієї плями простяглися по капоту і вже вп’ялися у друге крило.</w:t>
      </w:r>
    </w:p>
    <w:p>
      <w:r>
        <w:br/>
        <w:t>— На Фрусеві я ще зможу пастися кілька місяців.</w:t>
      </w:r>
    </w:p>
    <w:p>
      <w:r>
        <w:br/>
        <w:t>— А тоді? — запитало якесь цікаве пацюча. — Покинете цього… Фруську?</w:t>
      </w:r>
    </w:p>
    <w:p>
      <w:r>
        <w:br/>
        <w:t>— Гм, ням-ням-ням, — відповіла Зак-Лепська, — тоді покину, я покину те, що зостанеться від бідного ау-теме-биль-ля!</w:t>
      </w:r>
    </w:p>
    <w:p>
      <w:r>
        <w:br/>
        <w:t>— А самі ж куди? — не вгавало пацюча.</w:t>
      </w:r>
    </w:p>
    <w:p>
      <w:r>
        <w:br/>
        <w:t>— Ого! У світі стільки смачного, гнучкого, пружного, солодкого заліза, що його мені й моїм Іржикам — їсти не переїсти.</w:t>
      </w:r>
    </w:p>
    <w:p>
      <w:r>
        <w:br/>
        <w:t>— Тож приймімо до нашого благородного товариства вірного друга пані Зак-Лепську! — зголосився пацюк.</w:t>
      </w:r>
    </w:p>
    <w:p>
      <w:r>
        <w:br/>
        <w:t>Інші пацюки схвально загули, тільки Фрусь злякано скрипнув своїм іржавим тілом.</w:t>
      </w:r>
    </w:p>
    <w:p>
      <w:r>
        <w:br/>
        <w:t>Маєш аж рота роззявив: що не кажіть, а тут пахтіло грандіозним хуліганством!</w:t>
      </w:r>
    </w:p>
    <w:p>
      <w:r>
        <w:br/>
        <w:t>Тим часом Бруднерський вів своєї:</w:t>
      </w:r>
    </w:p>
    <w:p>
      <w:r>
        <w:br/>
        <w:t>— А щоб світ зробився такий чарівний і принад ний, як я оце сказав, нам треба заховати Зозулю!</w:t>
      </w:r>
    </w:p>
    <w:p>
      <w:r>
        <w:br/>
        <w:t>І ми її заховаємо глибоко під землею. В славній оселі його незрівнянної нечисті Страхолюда Неможливого!</w:t>
      </w:r>
    </w:p>
    <w:p>
      <w:r>
        <w:br/>
        <w:t>Усі замовкли, охоплені трепетним жахом. Бруднерський витримав багатозначну паузу і запитав:</w:t>
      </w:r>
    </w:p>
    <w:p>
      <w:r>
        <w:br/>
        <w:t>— Але де зараз наші вороги разом із своєю де ренчливою таратайкою Умпарарою?</w:t>
      </w:r>
    </w:p>
    <w:p>
      <w:r>
        <w:br/>
        <w:t>І тут же Бруднерському у вуха задзижчали зелена муха Жужуля та її сірі родички Жюжя і Жьожя.</w:t>
      </w:r>
    </w:p>
    <w:p>
      <w:r>
        <w:br/>
        <w:t>Ніхто, крім Бруднерського, їх не чув, — але всі бачили, як головний пацюк наливається люттю, як стає дибки і ходить туди-сюди його шерсть на загривку. Як ворушаться його гострі довгі вуса і бігають лихі очі, як зловісно вищирюються жовті зуби. Нарешті він вимовив:</w:t>
      </w:r>
    </w:p>
    <w:p>
      <w:r>
        <w:br/>
        <w:t>— Ви гарні розвідники. Ви справжні друзі усього живого.</w:t>
      </w:r>
    </w:p>
    <w:p>
      <w:r>
        <w:br/>
        <w:t>Жужуля і її родички щасливо загули, і раптом згори почулося:</w:t>
      </w:r>
    </w:p>
    <w:p>
      <w:r>
        <w:br/>
        <w:t>— Де розвідники? Де? Хто вони?!</w:t>
      </w:r>
    </w:p>
    <w:p>
      <w:r>
        <w:br/>
        <w:t>Наші шпаки добре заховалися у верхніх гілках осокора й уважно стежили за всім, що відбувалося на березі болота. Знизу їх ніхто не бачив. Мухи з переляку поховалися хто куди — під листочки, під стебельця і навіть під самого Бруднерського. А над болотом розлігся сигнал Умпарари і дзвінкий сміх Сміхоші, всі перелякано заніміли. Мухи загули:</w:t>
      </w:r>
    </w:p>
    <w:p>
      <w:r>
        <w:br/>
        <w:t>— Близько! Вони вже близько! Вони нас знайшли! Тікаймо!</w:t>
      </w:r>
    </w:p>
    <w:p>
      <w:r>
        <w:br/>
        <w:t>— Слухайте всі! — крикнув Бруднерський. — Слухай і ти, автомобілю Фрусю, і ви, хулігане Мавшу. Перш за все нам треба затримати Умпарару Чамчамчам і всіх, хто у ньому сидить, щоб вони Не їхали, не бігли і не йшли! Нам треба вищирити геть усі зуби і вишкірити геть усі пазурі, ікла, жала і пащеки проти підступних ворогів! І нехай тим часом його навдивовижу незрівнянна і чарівна нечисть, наш улюблений Страхолюд повністю Неможливий заховає Зозулю у далекі підземні тайники, де її вже не знайде ніхто!</w:t>
      </w:r>
    </w:p>
    <w:p>
      <w:r>
        <w:br/>
        <w:t>— Треба у них викрасти Сміхошу, — мовив хуліган, — Нехай вона буде наша полонянка. Ми її посадимо у Фруся й повеземо за болото в далекий ліс. А Ходючок із своїм Умпарарою кинуться слідом, щоб її врятувати, а ви тим часом однесете Зозулю до Страхолюда і сховаєте. О!</w:t>
      </w:r>
    </w:p>
    <w:p>
      <w:r>
        <w:br/>
        <w:t>Це був такий сміливий і несподіваний план, що Бруднерський аж закляк від розумового напруження. Маєш додав:</w:t>
      </w:r>
    </w:p>
    <w:p>
      <w:r>
        <w:br/>
        <w:t>— А я від них відіб’юся. Ха! І не таких били!</w:t>
      </w:r>
    </w:p>
    <w:p>
      <w:r>
        <w:br/>
        <w:t>Бруднерський повільно огледівся і закричав несамовито:</w:t>
      </w:r>
    </w:p>
    <w:p>
      <w:r>
        <w:br/>
        <w:t>— Як! Ви ще досі не поїхали?! Але ж я ви-ма-гаю, щоб дівчисько негайно було ось тут. О! Ми її завеземо світ за очі, а ті нехай ганяються. Давай сюди Зозулю!</w:t>
      </w:r>
    </w:p>
    <w:p>
      <w:r>
        <w:br/>
        <w:t>Маєш виставив з машини клітку з пташкою, Фрусь хрипко скрикнув і зрушив з місця. Хуліган негарно усміхався, бо він давно мріяв зробити Сміхоші яку-небудь капость.</w:t>
      </w:r>
    </w:p>
    <w:p>
      <w:r>
        <w:br/>
        <w:t>8. Ходить гарбуз по городу</w:t>
      </w:r>
    </w:p>
    <w:p>
      <w:r>
        <w:br/>
        <w:t>Ходить гарбуз по городу, питається свого роду:</w:t>
      </w:r>
    </w:p>
    <w:p>
      <w:r>
        <w:br/>
        <w:t>— Ой чи живі, чи здорові всі родичі гарбузові? Обізвалась жовта диня, гарбузова господиня:</w:t>
      </w:r>
    </w:p>
    <w:p>
      <w:r>
        <w:br/>
        <w:t>— Іще живі і здорові всі родичі гарбузові.</w:t>
      </w:r>
    </w:p>
    <w:p>
      <w:r>
        <w:br/>
        <w:t>Обізвались огірочки, гарбузові сини й дочки, потім — морковиця, гарбузовая сестриця, а далі буряки, бараболя, квасоля, і всі вони запевнили гарбуза, що живі і здорові. Так співається в старовинній дитячій пісеньці.</w:t>
      </w:r>
    </w:p>
    <w:p>
      <w:r>
        <w:br/>
        <w:t>А ось тут вийшло трохи не так.</w:t>
      </w:r>
    </w:p>
    <w:p>
      <w:r>
        <w:br/>
        <w:t>Гарбуз Онопрій і справді вийшов у свій звичайний обхід по городу — питатися свого роду, тобто всякого овоча, про здоров’я. Підійшов до своєї господині, золотавої кругленької дині Вівді, та й питає:</w:t>
      </w:r>
    </w:p>
    <w:p>
      <w:r>
        <w:br/>
        <w:t>— Ой чи живі, чи здорові всі родичі гарбузові?</w:t>
      </w:r>
    </w:p>
    <w:p>
      <w:r>
        <w:br/>
        <w:t>А Вівдя каже: — Дай мені спокій! Не до тебе, старий!</w:t>
      </w:r>
    </w:p>
    <w:p>
      <w:r>
        <w:br/>
        <w:t>— Ві-івдю! — здивовано вигукнув Гарбуз Онопрій. — Чого це ти так набудячилася?!</w:t>
      </w:r>
    </w:p>
    <w:p>
      <w:r>
        <w:br/>
        <w:t>— Бо геть нема здоров’я! — скрикнула Вівдя. — Ніякого соку в землі не зосталося, смокчеш корінцями, смокчеш, а воно — сухо та й годі! Я ж так можу всохнути та обернутися з дині на якусь там барабольку!</w:t>
      </w:r>
    </w:p>
    <w:p>
      <w:r>
        <w:br/>
        <w:t>— Тьотю, тьотю, ми вас не ображали! — закричала картопля Пульхера. — Як мене напала зла напасть та оце точить-гризе моє листячко, що вже скоро й на сонечко нічим буде глянути, так я не кажу, що скоро стану порожня усередині, як ваш, вибачайте, хазяїн Онопрій!</w:t>
      </w:r>
    </w:p>
    <w:p>
      <w:r>
        <w:br/>
        <w:t>— Усі чули?! — обурилася Вівдя. — Усі?! Онопрієчку!.. Оце дожився, що тебе вже й бараболя обзиває казна-як!</w:t>
      </w:r>
    </w:p>
    <w:p>
      <w:r>
        <w:br/>
        <w:t>Тут обізвався старий біб:</w:t>
      </w:r>
    </w:p>
    <w:p>
      <w:r>
        <w:br/>
        <w:t>— Я скажу за цілий рід! Не будь я біб Гроха, щось і мені свербить потроху.</w:t>
      </w:r>
    </w:p>
    <w:p>
      <w:r>
        <w:br/>
        <w:t>— Послухайте всі! — заголосили огірочки, гарбузові сини й дочки: — Гудиння наше стало тонке, а бадиллячко прив’яло, хоч і не було ж на наш город суховію. То чом же ми гинемо, чом? Бур’яни заїли, ось чому! Зліше суховію висмоктали землю, гірше повені розхитали корінці!</w:t>
      </w:r>
    </w:p>
    <w:p>
      <w:r>
        <w:br/>
        <w:t>І в цю мить десь за городом луною прокотився погук — то наближався Умпарара Чамчамчам. Вівдя мовила:</w:t>
      </w:r>
    </w:p>
    <w:p>
      <w:r>
        <w:br/>
        <w:t>— Онопрієчку, нехай усі будуть тихо, бо як почують люди в машині та під’їдуть, то овочі порвуть зеленими, стебельця поламають — та й буде нам кінець.</w:t>
      </w:r>
    </w:p>
    <w:p>
      <w:r>
        <w:br/>
        <w:t>— Байдуже… — ледве видихнув Онопрій. Він утомився від обходин, обважнів та ще й засмутився украй. — Байдуже, вони ниньки не перші.</w:t>
      </w:r>
    </w:p>
    <w:p>
      <w:r>
        <w:br/>
        <w:t>— А хіба що?</w:t>
      </w:r>
    </w:p>
    <w:p>
      <w:r>
        <w:br/>
        <w:t>— Та ти, стара, либонь, не чула? Ниньки рано їхали. Сіра така машина, смердючого газу напустила, — будяк їй у вихлоп! — деренчлива, як старий деркач. А в машині хлопчик вертлявий, як он гудиння у наших огірочків, — проїхали та й нема…</w:t>
      </w:r>
    </w:p>
    <w:p>
      <w:r>
        <w:br/>
        <w:t>— Це правда, — сказав огірочок Єпіфан. — Я запам’ятав, бо мене тоді якраз бур’яном притисло.</w:t>
      </w:r>
    </w:p>
    <w:p>
      <w:r>
        <w:br/>
        <w:t>— Так-так, овочі добрі, — кволо зітхнула Пульхера. — І я помітила ту машину: якраз засвербіло під листячком.</w:t>
      </w:r>
    </w:p>
    <w:p>
      <w:r>
        <w:br/>
        <w:t>— І я бачила… — мовила квасоля. — Мені саме подих перехопило, бо соку у корінні не стало.</w:t>
      </w:r>
    </w:p>
    <w:p>
      <w:r>
        <w:br/>
        <w:t>— То це що ж: усі наші нещастя в одну мить почалися? — здивувався старий біб Гроха.</w:t>
      </w:r>
    </w:p>
    <w:p>
      <w:r>
        <w:br/>
        <w:t>І враз усі овочі загомоніли:</w:t>
      </w:r>
    </w:p>
    <w:p>
      <w:r>
        <w:br/>
        <w:t>— Не було, не було — коли на тобі! І бур’ян, і будяк, і колорадський жук!..</w:t>
      </w:r>
    </w:p>
    <w:p>
      <w:r>
        <w:br/>
        <w:t>— Шмяк, Чвирк і Крек, коли ваша ласка! — жваво озвалися колорадські бандити з-під картопляних листочків. — Ми й є справжні друзі усього зеленого!</w:t>
      </w:r>
    </w:p>
    <w:p>
      <w:r>
        <w:br/>
        <w:t>Тим часом із веселою пісенькою Умпарара Чамчамчам і весь його екіпаж швиденько їхали через ліс, а кицька Пріся і собачка Джулька впевнено вказували дорогу, бо добре чули запах утікачів. Аж тут Умпарара загальмував, спинився під деревами і сказав:</w:t>
      </w:r>
    </w:p>
    <w:p>
      <w:r>
        <w:br/>
        <w:t>— Де ж дорога?</w:t>
      </w:r>
    </w:p>
    <w:p>
      <w:r>
        <w:br/>
        <w:t>Джулька підбіг, винувато подивився в Умпарарині фари і опустив мордочку ще нижче до землі.</w:t>
      </w:r>
    </w:p>
    <w:p>
      <w:r>
        <w:br/>
        <w:t>Пріся удала, ніби нічого не сталося — підняла хвіст і, легко ним коливаючи, зіскочила на траву, Джулька сказав:</w:t>
      </w:r>
    </w:p>
    <w:p>
      <w:r>
        <w:br/>
        <w:t>— їхнього запаху більше немає. Саме болото, смердить тванню та й усе.</w:t>
      </w:r>
    </w:p>
    <w:p>
      <w:r>
        <w:br/>
        <w:t>І тут просто звідти прилетіли Фока і Родивон Сильвестрови.</w:t>
      </w:r>
    </w:p>
    <w:p>
      <w:r>
        <w:br/>
        <w:t>Вони були вкрай схвильовані і на два голоси відтворили кожне слово, мовлене на тому жахному збіговиську край болота.</w:t>
      </w:r>
    </w:p>
    <w:p>
      <w:r>
        <w:br/>
        <w:t>Усі були вражені розповіддю шпаків. Так от навіщо вкрали Час!</w:t>
      </w:r>
    </w:p>
    <w:p>
      <w:r>
        <w:br/>
        <w:t>— А де дорога? — вигукнув Ходючок. — Ви ж бачили згори дорогу?!</w:t>
      </w:r>
    </w:p>
    <w:p>
      <w:r>
        <w:br/>
        <w:t>— Дороги немає, — відказали Фока і Родивон.</w:t>
      </w:r>
    </w:p>
    <w:p>
      <w:r>
        <w:br/>
        <w:t>І раптом озвався спокійний-спокійний Феофеофанчик:</w:t>
      </w:r>
    </w:p>
    <w:p>
      <w:r>
        <w:br/>
        <w:t>— Не журіться. Тепер я відшукуватиму дорогу з-посеред живого листя і травички.</w:t>
      </w:r>
    </w:p>
    <w:p>
      <w:r>
        <w:br/>
        <w:t>— Чули? Це ж надзвичайно! — вигукнула Сміхота.</w:t>
      </w:r>
    </w:p>
    <w:p>
      <w:r>
        <w:br/>
        <w:t>— Та й справді, — сказав Ходючок. — Де пронесено Час, там рослини не заскніли, от як і ми.</w:t>
      </w:r>
    </w:p>
    <w:p>
      <w:r>
        <w:br/>
        <w:t>Так вони і поїхали, придивляючись до листячка й трави. Але погода стояла тиха і ясна, повітря зовсім не ворушилося, тому угадувати дорогу стало все важче. Та ось Феофеофанчик сказав:</w:t>
      </w:r>
    </w:p>
    <w:p>
      <w:r>
        <w:br/>
        <w:t>— Попереду бачу живий город. Будь ласка, спинися на хвилинку, треба розпитатися.</w:t>
      </w:r>
    </w:p>
    <w:p>
      <w:r>
        <w:br/>
        <w:t>Так Умпарара Чамчамчам і його екіпаж опинилися біля городу гарбуза Онопрія і дині Вівді. Феофеофанчик вистромився з машини і, стелячись низько над самими грядками, запитав овочів, чи не бачили сіру машину. Але овочі мовчали. Тоді Феофеофанчик попрохав знову:</w:t>
      </w:r>
    </w:p>
    <w:p>
      <w:r>
        <w:br/>
        <w:t>— Озовіться, братики й сестрички! Ми женемося за сіренькою машиною Фрусем і за хуліганом Маєшем, а якщо не доженемо, то вони нароблять у світі багато шкоди.</w:t>
      </w:r>
    </w:p>
    <w:p>
      <w:r>
        <w:br/>
        <w:t>Витончений слух Феофеофанчика вловив, як диня Вівдя прошепотіла до гарбуза Онопрія:</w:t>
      </w:r>
    </w:p>
    <w:p>
      <w:r>
        <w:br/>
        <w:t>— Не кажи… Не кажи… Твоя хата скраю.</w:t>
      </w:r>
    </w:p>
    <w:p>
      <w:r>
        <w:br/>
        <w:t>Онопрій же рішуче й голосно мовив:</w:t>
      </w:r>
    </w:p>
    <w:p>
      <w:r>
        <w:br/>
        <w:t>— Були, були! І бензином смерділо, і хуліган у вікно виглядав. Отак і поїхали — попід тими вербами, а тоді вздовж он тих очеретів…</w:t>
      </w:r>
    </w:p>
    <w:p>
      <w:r>
        <w:br/>
        <w:t>Тільки-но Феофеофанчик зібрався подякувати розважливому Онопрію, як не витримала, заголосила тітка Пульхера:</w:t>
      </w:r>
    </w:p>
    <w:p>
      <w:r>
        <w:br/>
        <w:t>— Людоньки мої добрі, та мої хороші собачечки, та мої гарненькі киценьки, та мої найкращі шпачечки! Хоч ви мені поможіть, бо ж гину, гину серед білого дня при всьому овочевому народі, гину лютою смертю, бо скоро знавіснілі все листя об’їдять!</w:t>
      </w:r>
    </w:p>
    <w:p>
      <w:r>
        <w:br/>
        <w:t>І тоді загомонів, захвилювався весь город, скаржачись на свою біду. Ходючок закричав:</w:t>
      </w:r>
    </w:p>
    <w:p>
      <w:r>
        <w:br/>
        <w:t>— Тепер усі бачать, навіщо Бруднерському і всім отим злодіякам Час! За роботу — хто і як може!</w:t>
      </w:r>
    </w:p>
    <w:p>
      <w:r>
        <w:br/>
        <w:t>І почалася велика боротьба. Ходючок і Сміхоша заходилися полоти бур’яни — так, що ті аж сичали і падали, падали й падали; Фока і Родивон Сильвестрови дружно вийшли проти смугастого колорадського супостата: нищили жуків і здирали з листків червонуваті яєчка, і так кущ за кущем, кущ за кущем. Феофеофанчик, звившись на своєму довгому стеблі над городом, підказував дітям і шпакам, куди їм треба звернути бойову свою увагу.</w:t>
      </w:r>
    </w:p>
    <w:p>
      <w:r>
        <w:br/>
        <w:t>Невдовзі ціла купа бур’яниська височіла на межі. І тут гарбуз Онопрій, здоровенний, сонячно-жовтий у лискучу зелену смужку, з крутими горбастими боками і кремезною колючою ногою, вийшов наперед і сказав:</w:t>
      </w:r>
    </w:p>
    <w:p>
      <w:r>
        <w:br/>
        <w:t>— Ну, братці, а скажіть: який із мене козарлюга?</w:t>
      </w:r>
    </w:p>
    <w:p>
      <w:r>
        <w:br/>
        <w:t>Сміхоша зворушено пискнула:</w:t>
      </w:r>
    </w:p>
    <w:p>
      <w:r>
        <w:br/>
        <w:t>— Дуже й дуже вдатний! Я просто в захваті! Ходючок по-чоловічому стримано кивнув:</w:t>
      </w:r>
    </w:p>
    <w:p>
      <w:r>
        <w:br/>
        <w:t>— На всі сто.</w:t>
      </w:r>
    </w:p>
    <w:p>
      <w:r>
        <w:br/>
        <w:t>І тоді Онопрій проголосив:</w:t>
      </w:r>
    </w:p>
    <w:p>
      <w:r>
        <w:br/>
        <w:t>— Усі найкращі бійці нашого городу підуть за вами проти злодіяк, котрі вкрали Час задля лихих своїх справ! Нехай шановний Умпарара Чамчамчам відчинить для нас свій багажник і дверцята, а ми вже розташуємося, хто як зможе.</w:t>
      </w:r>
    </w:p>
    <w:p>
      <w:r>
        <w:br/>
        <w:t>Тітка Пульхера, котра не збиралася залишати свій город, розважливо сказала:</w:t>
      </w:r>
    </w:p>
    <w:p>
      <w:r>
        <w:br/>
        <w:t>— Не відмовляйтеся, мої любесенькі, бо дорога ваша довга й непевна, а гарбузове вояцтво — це вам не жарти. Тут що не козак — то з десяток кіло!</w:t>
      </w:r>
    </w:p>
    <w:p>
      <w:r>
        <w:br/>
        <w:t>І покотилися з городу до Умпарари гарбузи та їхня рідня. Зі сміхом і жартами влазили вони у відчинений багажник і на заднє сидіння, тягнучи за собою гудиння, листя і міцне жилаве бадилля. При тому гарбуз Онопрій промовляв задоволено:</w:t>
      </w:r>
    </w:p>
    <w:p>
      <w:r>
        <w:br/>
        <w:t>— У дорозі все згодиться, єй-єй!</w:t>
      </w:r>
    </w:p>
    <w:p>
      <w:r>
        <w:br/>
        <w:t>Обважнів добряче Умпарара, осів на всі чотири колеса. Однак, крекнувши, мовив:</w:t>
      </w:r>
    </w:p>
    <w:p>
      <w:r>
        <w:br/>
        <w:t>— Гайда! З гарбузами якось надійніше!</w:t>
      </w:r>
    </w:p>
    <w:p>
      <w:r>
        <w:br/>
        <w:t>І вони поїхали. Дорогу показував сам Онопрій.</w:t>
      </w:r>
    </w:p>
    <w:p>
      <w:r>
        <w:br/>
        <w:t>9. Он ти який, Маєшу!</w:t>
      </w:r>
    </w:p>
    <w:p>
      <w:r>
        <w:br/>
        <w:t>З одного боку було грузьке болото, з другого — ліс, тільки й дороги лишалося, що бережком. Так Умпарара і їхав.</w:t>
      </w:r>
    </w:p>
    <w:p>
      <w:r>
        <w:br/>
        <w:t>Та вража сила гав не ловила. Попереду затріщало, загуло, зашелестіло — і покручений клен із розчепіреним гілляччям упав посеред дороги. Умпарара ледве встиг загальмувати.</w:t>
      </w:r>
    </w:p>
    <w:p>
      <w:r>
        <w:br/>
        <w:t>— Що таке?! — водночас скрикнули всі й замовкли, бо все зрозуміли: з-під поваленого клена дременуло геть десятків зо два гострозубих пацюків.</w:t>
      </w:r>
    </w:p>
    <w:p>
      <w:r>
        <w:br/>
        <w:t>Трохи порадилися й вирішили: Ходючок і Фока Сильвестрів рушають у ліс і шукають між деревами підходящого проїзду, щоб Умпарара міг об’їхати завал. Родивон Сильвестрів веде розвідку над лісом, решта залишається на місці. Ходючок напутив:</w:t>
      </w:r>
    </w:p>
    <w:p>
      <w:r>
        <w:br/>
        <w:t>— Дивись мені, Сміхошо, ти тут тепер будеш за старшого. Ти тут тепер будеш єдина людина — всім голова!</w:t>
      </w:r>
    </w:p>
    <w:p>
      <w:r>
        <w:br/>
        <w:t>І пішов собі лісом, а Фока Сильвестрів пурхав над ним. Сміхоша, щоб їй не нудитися, почала збирати квіти на узліссі. В неї склався гарненький букет: ніжні квіти горошку горнулися до веселих ромашок, сині дзвіночки тихенько видзвонювали в її руках; та ось раз і вдруге здалося Сміхоші, що дзвіночки тенькнули: "Будь пильна! Будь пильна!" — і ромашки прошелестіли: "Обережно, дівчинко!.."</w:t>
      </w:r>
    </w:p>
    <w:p>
      <w:r>
        <w:br/>
        <w:t>І як на те з-за поваленого клена почувся поклик автомобіля. Сміхоша випросталась і озирнулася. Здивовано озвався Умпарара:</w:t>
      </w:r>
    </w:p>
    <w:p>
      <w:r>
        <w:br/>
        <w:t>— Давно не бачилися, привіт вам, салют! Сусідик завітав, дорогенький гість!</w:t>
      </w:r>
    </w:p>
    <w:p>
      <w:r>
        <w:br/>
        <w:t>Так, то був Фрусь. Він під’їхав з протилежного боку і спинився. З Фруся визирнув бридкий хуліган Маєш. Він гукнув:</w:t>
      </w:r>
    </w:p>
    <w:p>
      <w:r>
        <w:br/>
        <w:t>— Гей ти, Ходючок-Ходючище, ходи сюди, я то бі дам по пиці!</w:t>
      </w:r>
    </w:p>
    <w:p>
      <w:r>
        <w:br/>
        <w:t>Сміхоша стримано відповіла:</w:t>
      </w:r>
    </w:p>
    <w:p>
      <w:r>
        <w:br/>
        <w:t>— Петрика нема, він пішов у ліс шукати дорогу. А… отой жахливий пацюк з тобою?</w:t>
      </w:r>
    </w:p>
    <w:p>
      <w:r>
        <w:br/>
        <w:t>— Бруднерський? Я його покинув. Він кусається.</w:t>
      </w:r>
    </w:p>
    <w:p>
      <w:r>
        <w:br/>
        <w:t>— А де Зозуля?</w:t>
      </w:r>
    </w:p>
    <w:p>
      <w:r>
        <w:br/>
        <w:t>— Я знаю де. В одному дуплі сховали. Ходи сюди, поїдемо та й візьмемо.</w:t>
      </w:r>
    </w:p>
    <w:p>
      <w:r>
        <w:br/>
        <w:t>— Почекаємо Ходючка!</w:t>
      </w:r>
    </w:p>
    <w:p>
      <w:r>
        <w:br/>
        <w:t>— Ти як собі хочеш, а я нікого не чекатиму. Поїхали, Фрусику!</w:t>
      </w:r>
    </w:p>
    <w:p>
      <w:r>
        <w:br/>
        <w:t>— Зажди, я зараз… подумаю.</w:t>
      </w:r>
    </w:p>
    <w:p>
      <w:r>
        <w:br/>
        <w:t>Умпарара сказав:</w:t>
      </w:r>
    </w:p>
    <w:p>
      <w:r>
        <w:br/>
        <w:t>— Не йди!</w:t>
      </w:r>
    </w:p>
    <w:p>
      <w:r>
        <w:br/>
        <w:t>— О, я бачу, тобою командує ота стара бляшанка! — зареготав Маєш.</w:t>
      </w:r>
    </w:p>
    <w:p>
      <w:r>
        <w:br/>
        <w:t>— Я не хочу з тобою розмовляти! — Сміхоша тупнула ногою. — Ти зовсім зіпсований, зовсім!</w:t>
      </w:r>
    </w:p>
    <w:p>
      <w:r>
        <w:br/>
        <w:t>Насправді ж її розбирала неймовірна цікавість, вона аж підстрибувала.</w:t>
      </w:r>
    </w:p>
    <w:p>
      <w:r>
        <w:br/>
        <w:t>— Я тобі не телевізор, щоб бути зіпсованим.</w:t>
      </w:r>
    </w:p>
    <w:p>
      <w:r>
        <w:br/>
        <w:t>Я тобі не річ! — сказав Маєш. — Не хочеш Зозулі — не треба, я й без вас обійдуся.</w:t>
      </w:r>
    </w:p>
    <w:p>
      <w:r>
        <w:br/>
        <w:t>Сміхоша поклала букет на капот Умпарари і підійшла до поваленого клена. Крізь листя і гілки побачила Фруся і Маєша, що прочинив дверцята і одною ногою вже став на траву. За плече Сміхоші цупко тримався Феофеофанчик. А Джулька, почувши, що його господиня так мирно бесідує з Маєшем, перебіг під кленом на той бік, принюхався до Маєша здалеку, тоді махнув йому хвостом, і Маєш, підібравши ногу, сказав:</w:t>
      </w:r>
    </w:p>
    <w:p>
      <w:r>
        <w:br/>
        <w:t>— Цур не кусатися!</w:t>
      </w:r>
    </w:p>
    <w:p>
      <w:r>
        <w:br/>
        <w:t>— Він не кусається, — сказала Сміхоша. — Він дуже добрий!</w:t>
      </w:r>
    </w:p>
    <w:p>
      <w:r>
        <w:br/>
        <w:t>— Це ти знаєш! — кинув Маєш. — А він сам — знає?</w:t>
      </w:r>
    </w:p>
    <w:p>
      <w:r>
        <w:br/>
        <w:t>— Я не кусаюся! — підтвердив Джулька, — Я дуже добрий!</w:t>
      </w:r>
    </w:p>
    <w:p>
      <w:r>
        <w:br/>
        <w:t>І він перекинувся на спинку, щоб Маєш почухав йому черевце. Але Маєш сказав Сміхоші:</w:t>
      </w:r>
    </w:p>
    <w:p>
      <w:r>
        <w:br/>
        <w:t>— Я не вийду. Я боюся собак. Біжи сюди, скоренько!</w:t>
      </w:r>
    </w:p>
    <w:p>
      <w:r>
        <w:br/>
        <w:t>Сміхоша перелізла на той бік завалу, і кручений панич потягнувся за нею. Умпарара хотів був ще раз сказати: "Не йди!" — але він був ображений, що Маєш назвав його старою бляшанкою, а Сміхоша не заступилася, — і промовчав. Киця Пріся, якій страшенно не подобалася вся ця історія, удала, ніби нічого особливого не відбувається і що вона цього чекала давно.</w:t>
      </w:r>
    </w:p>
    <w:p>
      <w:r>
        <w:br/>
        <w:t>Сміхоша несміливо підійшла до Фруся. Маєш прочинив для неї двері. Сміхоша поставила у машину одну ногу, потім бочком сіла на крісло поруч із Маєшем і підібрала другу ногу, а потім потягла за собою Феофеофанчика і вмостила собі на коліна і плечі. А яскрава квітка лягла їй на голівку. Джулька, ласкаво повискуючи, хотів стрибнути слідом за Сміхошею, але Фрусь грубо ляснув дверцятами і дав задній хід.</w:t>
      </w:r>
    </w:p>
    <w:p>
      <w:r>
        <w:br/>
        <w:t>— Просто по Зозулю? — запитала Сміхоша.</w:t>
      </w:r>
    </w:p>
    <w:p>
      <w:r>
        <w:br/>
        <w:t>Фрусь круто розвернувся і, прокричавши щось нерозбірливе своїм хрипким голосом, поїхав геть від завалу. Маєш засміявся. Дівчинка смикнула двері. Та вони не відчинялися. Фрусь піддавав газу, а Маєш сказав:</w:t>
      </w:r>
    </w:p>
    <w:p>
      <w:r>
        <w:br/>
        <w:t>— Я думав, що викрасти тебе — це трудне завдання, а виявилося — тьху! Тільки поманив — ти вже й тут! Отакі ви дівчата — просто ганьба!</w:t>
      </w:r>
    </w:p>
    <w:p>
      <w:r>
        <w:br/>
        <w:t>Родивон Сильвестрів зі своєї висоти вже давно слідкував за Фрусем. Він бачив, як туди сіла Сміхоша, а Джулька зостався надворі, потім він почув, як розпачливо закричав Умпарара Чамчамчам, а Джулька зайшовся гавкотом, — і тоді веселий шпачок збагнув, що на землі скоїлось щось недобре. Він щосили закричав голосом крука Кирила:</w:t>
      </w:r>
    </w:p>
    <w:p>
      <w:r>
        <w:br/>
        <w:t>— Карр!.. Нікого не пожалію, каррр!! — і з висоти зробив бойове піке просто на Фруся.</w:t>
      </w:r>
    </w:p>
    <w:p>
      <w:r>
        <w:br/>
        <w:t>Але автомобілі, навіть старі й іржаві, круків не бояться, і шпачок ні в сих ні в тих пролетів над Фрусем. А той швидко мчав до табору Бруднерського. Маєш, не дивлячись на Сміхошу, висвистував якусь пісеньку і всіляко виказував добрий настрій, а Сміхоша тихо плакала, що так безглуздо попалася.</w:t>
      </w:r>
    </w:p>
    <w:p>
      <w:r>
        <w:br/>
        <w:t>Маєш і справді у ці хвилини був собою задоволений. Йому стало щось неспокійно у Бруднерського, він уже почав навіть лінькувато сваритися з їхньою нечистю. "Гей, ти, мишо! — гукав, — прибери свій хвіст, бо відірву!.." Або ще так: "Ти чого сюди лізеш, колорадський! Хочеш хлорофосу? Скоро твоя братія переїсть усю картоплю — і кінець, пропадете з голоду!.." Чвирк відказав: "А ми тоді — всі на помідори! Хрум-хрум!.."</w:t>
      </w:r>
    </w:p>
    <w:p>
      <w:r>
        <w:br/>
        <w:t>Отоді Маєш уперше всерйоз замислився над своєю поведінкою. Справа в тому, що він найбільше в світі любив помідори. І ранні, і пізні, і помідори-яблучка, і помідори-сливки, і темно-червоні, і бурі, і жовті, і здоровенні, на всі боки горбасті, і маленькі, кругленькі, як іграшки, із сіллю й без солі, з хлібом і навіть без хліба! І оце зрозумів, що помідорів більш ніколи не буде. Взагалі більше нічого не ростиме, крім чортополоха, будяків, кропиви та всякого бур’яну.</w:t>
      </w:r>
    </w:p>
    <w:p>
      <w:r>
        <w:br/>
        <w:t>Після такого вражаючого відкриття Маєш собі подумав: чи ж так воно цікаво бити з рогатки шибки, які не б’ються, смикати за кіски дівчат, які нічого не відчувають, псувати ліфти, які й без того висять нерухомо… Хуліганити од пуза — і при цьому знати, що ніхто у світі тебе не злякається, ніхто не обуриться твоєю поведінкою і ніхто й ніколи не похвалить тебе за добрий вчинок.</w:t>
      </w:r>
    </w:p>
    <w:p>
      <w:r>
        <w:br/>
        <w:t>Тим-то так зрадів хуліган Степанко-Маєш, коли йому пощастило обдурити і викрасти таку гарну, сміливу й допитливу дівчинку! Обдуривши її, він упевнився, що він кращий, сміливіший і розумніший за неї!</w:t>
      </w:r>
    </w:p>
    <w:p>
      <w:r>
        <w:br/>
        <w:t>Сміхоша плакала. Їй було гірко й страшно. Потім вона витерла очі й подивилася Маєшу в обличчя. Той не витримав її погляду і відвернувся до вікна. А Сміхоша несподівано завела на повний голос пісню їхнього бойового екіпажу:</w:t>
      </w:r>
    </w:p>
    <w:p>
      <w:r>
        <w:br/>
        <w:t>Уперед, піддай-но жару!</w:t>
      </w:r>
    </w:p>
    <w:p>
      <w:r>
        <w:br/>
        <w:t>Жми на горе ворогам,</w:t>
      </w:r>
    </w:p>
    <w:p>
      <w:r>
        <w:br/>
        <w:t>Умпараро, Умпараро,</w:t>
      </w:r>
    </w:p>
    <w:p>
      <w:r>
        <w:br/>
        <w:t>Умпараро Чамчамчам!</w:t>
      </w:r>
    </w:p>
    <w:p>
      <w:r>
        <w:br/>
        <w:t>10. Сутичка на болоті</w:t>
      </w:r>
    </w:p>
    <w:p>
      <w:r>
        <w:br/>
        <w:t>Фрусеві здавалося, що він мчить із швидкістю космічної ракети, насправді ж цей старенький автомобільчик ледве деренчав нерівним шляхом, припадаючи відразу на всі чотири колеса і поскрипуючи дверима і підвіскою, мов старезний немащений віз.</w:t>
      </w:r>
    </w:p>
    <w:p>
      <w:r>
        <w:br/>
        <w:t>Ось він різко підстрибнув на вибоїні, Сміхоша і Маєш вдарилися одне об одного. З-під радіатора вирвався струмінь пари. Сміхоша зібралася з силою і знущально зареготалася:</w:t>
      </w:r>
    </w:p>
    <w:p>
      <w:r>
        <w:br/>
        <w:t>— Це у вас автомобіль?! Це у вас такий автомобіль?!</w:t>
      </w:r>
    </w:p>
    <w:p>
      <w:r>
        <w:br/>
        <w:t>Маєш відказав бридким голосом:</w:t>
      </w:r>
    </w:p>
    <w:p>
      <w:r>
        <w:br/>
        <w:t>— Ні, це у нас паровоз!</w:t>
      </w:r>
    </w:p>
    <w:p>
      <w:r>
        <w:br/>
        <w:t>— Це у вас чайник! — вигукнула дівчинка.</w:t>
      </w:r>
    </w:p>
    <w:p>
      <w:r>
        <w:br/>
        <w:t>Фрусь образився. Тим більше, що коли в автомобілі закипає вода, то це йому не мед Це йому гірше за спрагу — пече й болить.</w:t>
      </w:r>
    </w:p>
    <w:p>
      <w:r>
        <w:br/>
        <w:t>Тут треба сказати, що автомобіль пережив тяжке минуле. Його дуже погано доглядали. Він іржавів і ламався, його кволий двигун стукотів і рохкав, його гальма майже не працювали. Йому завжди не доливали мастила і води, завжди не докачували шини, і бензину в ньому завжди було ледь-ледь на денці. Фрусь зовсім уже був утратив віру в своє автомобільне щастя. Аж тут і трапився йому Бруднерський.</w:t>
      </w:r>
    </w:p>
    <w:p>
      <w:r>
        <w:br/>
        <w:t>От і зараз, образившись на жарти Маєша і Сміхоті, він усе ж таки вперто біг уперед. А ще його підганяла нестерпна сверблячка. Бо пані Зак-Лепська зовсім розперезалася, вона втратила міру і совість і поїдала Фрусів метал з жахливою ненажерливістю.</w:t>
      </w:r>
    </w:p>
    <w:p>
      <w:r>
        <w:br/>
        <w:t>— Ой! — сказала Сміхоша. — Попереду болото, а цей божевільний Фрусь збирається туди пірнути.</w:t>
      </w:r>
    </w:p>
    <w:p>
      <w:r>
        <w:br/>
        <w:t>Маєш засміявся противним дрібним сміхом:</w:t>
      </w:r>
    </w:p>
    <w:p>
      <w:r>
        <w:br/>
        <w:t>— Ага, так ти боїшся втопитися? Вперед, Фрусику, дуй просто в болото!</w:t>
      </w:r>
    </w:p>
    <w:p>
      <w:r>
        <w:br/>
        <w:t>— Д-у-у-у-ю! — закричав Фрусь і з розгону врізався в баюру. Два чорних віяла грязюки знялися по обидва боки Фруся. Мотор його завив так, що його б не перекричала і Сміхоша.</w:t>
      </w:r>
    </w:p>
    <w:p>
      <w:r>
        <w:br/>
        <w:t>Це було неглибоке болото, густо поросле осокою. А на тому його боці стояв уже знайомий нам кривобокий в’яз з покрученими гілками, а під очеретами з землі стримів трухлявий пеньок. І як тільки Фрусь, виїхавши з болота, зупинився під в’язом, з-за пенька вискочив Бруднерський і одночасно хтозна-звідки повилазила і позбігалася усяка нечисть.</w:t>
      </w:r>
    </w:p>
    <w:p>
      <w:r>
        <w:br/>
        <w:t>— Ось вона! — закричав переможно Маєш і тицьнув пальцем у Сміхошу, наче вона була не дитина, а лялька. — Викрав і доставив, як сказав!</w:t>
      </w:r>
    </w:p>
    <w:p>
      <w:r>
        <w:br/>
        <w:t>— Зрадник, — прошепотіла Сміхоша, — нікчема!</w:t>
      </w:r>
    </w:p>
    <w:p>
      <w:r>
        <w:br/>
        <w:t>Бруднерський уже скочив на пеньок, і знову задеренчало над берегом хрипке і пронизливе:</w:t>
      </w:r>
    </w:p>
    <w:p>
      <w:r>
        <w:br/>
        <w:t>— Сталося! Людська дитина — наша! Ми розділяємося на два загони: Фрусь і Маєш у супроводі сильного пацючого загону відвозять дівча за болото у ліс і там ховають. А я своїми гарними зубами хапаю клітку з Зозулею і на чолі свого народу мчу навпростець до Страхолюда!</w:t>
      </w:r>
    </w:p>
    <w:p>
      <w:r>
        <w:br/>
        <w:t>І раптом Фрусь заголосив гундосим механічним голосом:</w:t>
      </w:r>
    </w:p>
    <w:p>
      <w:r>
        <w:br/>
        <w:t>— Як я поїду?! Закличте до порядку 3ак-Лепську! Вона мене все їсть і їсть, скоро я розвалюся на шматки.</w:t>
      </w:r>
    </w:p>
    <w:p>
      <w:r>
        <w:br/>
        <w:t>І тут усі почули шепотіння: "Ням-ням-ням-ням, але як я могла утриматися від такої лепської спокуси!.. Такий м’якенький смачненький автомобільчик!.."</w:t>
      </w:r>
    </w:p>
    <w:p>
      <w:r>
        <w:br/>
        <w:t>Бруднерський мовив:</w:t>
      </w:r>
    </w:p>
    <w:p>
      <w:r>
        <w:br/>
        <w:t>— Припиніть негайно! Бо хто повезе нас усіх далі, якщо ви з’їсте Фруся?!</w:t>
      </w:r>
    </w:p>
    <w:p>
      <w:r>
        <w:br/>
        <w:t>— Я собою, ням-ням-ням, не керую! Наді мною взагалі немає господаря, бо ви всі неїстівні…</w:t>
      </w:r>
    </w:p>
    <w:p>
      <w:r>
        <w:br/>
        <w:t>— У мене скоро відпаде крило! — мовив Фрусь.</w:t>
      </w:r>
    </w:p>
    <w:p>
      <w:r>
        <w:br/>
        <w:t>— Як-то немає господаря?! — з погрозою перепитав Бруднерський. — А Ссс-трра-холюд-д Нем-можливий?!</w:t>
      </w:r>
    </w:p>
    <w:p>
      <w:r>
        <w:br/>
        <w:t>— Я нічого такого не говорила, — поспіхом прошепотіла Зак-Лепська. — Я взагалі не полюбляю балачок, — і замовкла.</w:t>
      </w:r>
    </w:p>
    <w:p>
      <w:r>
        <w:br/>
        <w:t>Сварка дуже роздратувала голодне воїнство, і хтозна, чим би все це скінчилося. Та зараз над ними з’явилася зграя мух, і Жюжя, Жяжя і Жьожя в один голос продзижчали:</w:t>
      </w:r>
    </w:p>
    <w:p>
      <w:r>
        <w:br/>
        <w:t>— Вони наближаються! Вони подолали завал і щосили мчать сюди!</w:t>
      </w:r>
    </w:p>
    <w:p>
      <w:r>
        <w:br/>
        <w:t>— Уррраааа!!! — закричала Сміхоша так голосно, що ворожа публіка мало не знепритомніла, а Маєш з повагою сказав:</w:t>
      </w:r>
    </w:p>
    <w:p>
      <w:r>
        <w:br/>
        <w:t>— Ну, ти як сирена "швидкої допомоги" або міліції.</w:t>
      </w:r>
    </w:p>
    <w:p>
      <w:r>
        <w:br/>
        <w:t>З натовпу пацюків виштовхався і наблизився до пенька молодий наїжачений пацюкович. Він сказав Бруднерському:</w:t>
      </w:r>
    </w:p>
    <w:p>
      <w:r>
        <w:br/>
        <w:t>— О, дозвольте мовити, вірний друже всього живого! Я пропоную негайно вислати назустріч бойовий дозор, щоб ворог не заскочив нас зненацька!</w:t>
      </w:r>
    </w:p>
    <w:p>
      <w:r>
        <w:br/>
        <w:t>— Ти тут найрозумніший? Так?</w:t>
      </w:r>
    </w:p>
    <w:p>
      <w:r>
        <w:br/>
        <w:t>Голодні пацюки трохи пововтузилися, і от уже від маленького пацючого сміливця лишилася купка кісточок. А Бруднерський тут-таки й закричав:</w:t>
      </w:r>
    </w:p>
    <w:p>
      <w:r>
        <w:br/>
        <w:t>— Негайно вислати назустріч ворогові бойовий дозор!</w:t>
      </w:r>
    </w:p>
    <w:p>
      <w:r>
        <w:br/>
        <w:t>Та було пізно. По той бік мілкого болота вздовж узлісся мчав, наближався червоний, яскравий, грізний Умпарара Чамчамчам.</w:t>
      </w:r>
    </w:p>
    <w:p>
      <w:r>
        <w:br/>
        <w:t>А перед цим сталося ось що.</w:t>
      </w:r>
    </w:p>
    <w:p>
      <w:r>
        <w:br/>
        <w:t>Джулька довго періщив своїми коротенькими ніжками слідом за Фрусем з викраденою дівчинкою, але наздогнати автомобіль, навіть такий старенький, такса, звичайно, не зміг. Після того він сів посеред дороги, задер гостру мордочку до неба і заплакав з тяжкого розпачу і од сорому за свою безпринципність.</w:t>
      </w:r>
    </w:p>
    <w:p>
      <w:r>
        <w:br/>
        <w:t>Умпарара також не витримав: заплакав гіркими автомобілячими сльозами з системи охолодження ще й заскиглив сигналом.</w:t>
      </w:r>
    </w:p>
    <w:p>
      <w:r>
        <w:br/>
        <w:t>З лісу прибіг Ходючок. Сів на траву, почав стукати себе пальцями по лобі й примовляти: "Думай, думай, думай!.."</w:t>
      </w:r>
    </w:p>
    <w:p>
      <w:r>
        <w:br/>
        <w:t>Звичайно, всі вони дуже просто перелізуть на той бік завалу. Всі! Крім Умпарари. Ото ж бо й воно. Можна у багажнику взяти пилку й розпиляти повалений клен на цурки й палки… На це знадобиться день або два. Ходючкові ніколи не доводилося пиляти дерева.</w:t>
      </w:r>
    </w:p>
    <w:p>
      <w:r>
        <w:br/>
        <w:t>Подав голос Умпарара:</w:t>
      </w:r>
    </w:p>
    <w:p>
      <w:r>
        <w:br/>
        <w:t>— У мене в багажнику є буксирний трос.</w:t>
      </w:r>
    </w:p>
    <w:p>
      <w:r>
        <w:br/>
        <w:t>Так була розв’язана ця карколомка-головоломка. Ходючок прив’язав один кінець гнучкого металевого троса до гачка під передком Умпарари, а другий до стовбура поваленого клена. Умпарара загарчав, напружився, позадкував щосили — клен поволеньки зрушив з місця і, старанно вимітаючи дорогу всіма своїми гілками, розвернувся вздовж узлісся і звільнив проїзд.</w:t>
      </w:r>
    </w:p>
    <w:p>
      <w:r>
        <w:br/>
        <w:t>І наші друзі знову поїхали вперед — переслідувати злодіїв і звільняти Сміхошу з лютої неволі.</w:t>
      </w:r>
    </w:p>
    <w:p>
      <w:r>
        <w:br/>
        <w:t>М’яко співав мотор Умпарари. Невгамовна зелена муха, а з нею ціла зграя звичайних сірих, розвели мушині співи, як на смітнику. Ходючок не витримав і замахнувся своєю курточкою, щоб їх вигнати. І тоді майже всі мухи вжижнули у вікно і полетіли геть, зоставивши в Умпарарі всього трьох притихлих мушок. Ходючок і його команда ще й досі не знали, що то був загін розвідників Бруднерського на чолі з зеленим Жужулею.</w:t>
      </w:r>
    </w:p>
    <w:p>
      <w:r>
        <w:br/>
        <w:t>Тим часом колії, залишені Фрусем, ставали все глибші й чорніші, а за кілька хвилин вже ніхто не мав сумніву, що попереду — болото. На вікнах з обох боків посідали Фока і Родивон Сильвестрови і сповістили, що ворожий табір відразу за болотом, що полонена Сміхоша разом з Феофеофанчиком поводяться мужньо і гідно, але стало відомо, що вороги скоро завезуть дівчинку у невідому лісову схованку, а Зозулю — до самого Страхолюда…</w:t>
      </w:r>
    </w:p>
    <w:p>
      <w:r>
        <w:br/>
        <w:t>Умпарара з розгону врізався в багнюку і пішов уперед. Спочатку його мотор співав мужньо і піднесено: "вррро-о-о!.. вррра-а-а!.." Але далі Умпарара все дужче напружувався, і пісня його стала інакша: "го-о-ой!.. грри-и-и!.." Він почав рухатися вихилясом, виставляючи уперед то один, то другий бік, завзято вкручувався колесами у твань — але йшов, ішов!..</w:t>
      </w:r>
    </w:p>
    <w:p>
      <w:r>
        <w:br/>
        <w:t>Так він і добрався до вузенького сухого острівця. Фрусеві колії бігли далі у чорну твань. Та Умпарара раптом загальмував і спинився.</w:t>
      </w:r>
    </w:p>
    <w:p>
      <w:r>
        <w:br/>
        <w:t>— Все! — зітхнув автомобіль. — Далі не пройду.</w:t>
      </w:r>
    </w:p>
    <w:p>
      <w:r>
        <w:br/>
        <w:t>— Фрусь пройшов… — пошепки, але з докором нагадав Ходючок.</w:t>
      </w:r>
    </w:p>
    <w:p>
      <w:r>
        <w:br/>
        <w:t>— Він удвічі легший, — стримано сказав Умпарара і замовк.</w:t>
      </w:r>
    </w:p>
    <w:p>
      <w:r>
        <w:br/>
        <w:t>І всі замовкли, прибиті розпачем. Тільки Пріся удавала, ніби нічого особливого не сталося і вона все знала наперед. Хлопчик вийшов з машини і озирнувся. Їх оточувало болото. Воно було густо населене п’явками.</w:t>
      </w:r>
    </w:p>
    <w:p>
      <w:r>
        <w:br/>
        <w:t>А за болотом, за якихось двадцять кроків попереду, над галявкою, викручувався старезний в’яз, а під ним тьмяно виблискував сірий горб Фрусевого кузова і химерно розмахувала руками постать бридкого хулігана Маєша.</w:t>
      </w:r>
    </w:p>
    <w:p>
      <w:r>
        <w:br/>
        <w:t>11. Перший бій</w:t>
      </w:r>
    </w:p>
    <w:p>
      <w:r>
        <w:br/>
        <w:t>Спочатку в таборі Бруднерського всі заціпеніли. Вони дивилися, як невмолимо наближається Умпарара, і не могли ворухнутися. Та ось автомобіль загальмував і спинився.</w:t>
      </w:r>
    </w:p>
    <w:p>
      <w:r>
        <w:br/>
        <w:t>— Сіли! — переможно закричав хуліган Маєш.</w:t>
      </w:r>
    </w:p>
    <w:p>
      <w:r>
        <w:br/>
        <w:t>Сміхоша прикусила нижню губу, щоб не заплакати.</w:t>
      </w:r>
    </w:p>
    <w:p>
      <w:r>
        <w:br/>
        <w:t>Бруднерський поліз на пеньок проголошувати промову, але не доліз. Ніхто й не помітив, коли Феофеофанчик умудрився звіситися з Фрусевого вікна і тихенько обплутати Бруднерському задні лапи. І от здоровенний пацючище шарпнувся до пенька — і впав на черево. А Феофеофанчик так само лагідно накинув петлю на передні лапи…</w:t>
      </w:r>
    </w:p>
    <w:p>
      <w:r>
        <w:br/>
        <w:t>Бруднерський заверещав. Це не допомогло. Тоді він почав шарпатися і вириватися, і від того пута Феофеофанчика затягувалися ще тугіше. Тоді Бруднерський почав качатися по землі, намагаючись перекусити цупке і міцне, як дріт, стебло крученого панича.</w:t>
      </w:r>
    </w:p>
    <w:p>
      <w:r>
        <w:br/>
        <w:t>І тут на полі бою з’явилася Пріся. Вона здалеку побачила, що за болотом на галяві, під перекрученим в’язом, діється щось цікаве. І треба було на неї подивитися! Як на пружині, підстрибнула киця над дашком Умпарари, вчепилася у гілку дерева і побігла. Вона перебігала з гілки на гілку та із стовбура на стовбур швидко, як білочка.</w:t>
      </w:r>
    </w:p>
    <w:p>
      <w:r>
        <w:br/>
        <w:t>Так вона перебігла болото і заскочила на дашок Фруся. Ще один стрибок — і Пріся перетворилася на маленького тигра. Вушка прищулені, тіло напружене, а пазурі, гострі, як рибальські гачки, виставлені вперед! Блискавичний стрибок — і вже вона на загривку Бруднерського, і гне, гне його додолу…</w:t>
      </w:r>
    </w:p>
    <w:p>
      <w:r>
        <w:br/>
        <w:t>Бруднерський безсило вищав, а навкруг Прісі звужувалося страшне коло. То пішло в наступ військо Бруднерського.</w:t>
      </w:r>
    </w:p>
    <w:p>
      <w:r>
        <w:br/>
        <w:t>Ходючок стояв на даху Умпарари і уважно оглядав поле бою.</w:t>
      </w:r>
    </w:p>
    <w:p>
      <w:r>
        <w:br/>
        <w:t>— Обережно! — закричав він Сміхоші. — Ти і Пріся — будьте обережні!</w:t>
      </w:r>
    </w:p>
    <w:p>
      <w:r>
        <w:br/>
        <w:t>Пріся, Феофеофанчик і Сміхоша прислухалися і через це послабили увагу до Бруднерського; а цей здоровенний сильний пацючище прудко висмикнув задні ноги з пут крученого панича, трохи випростав голову і враз заверещав так пронизливо, як ще не верещав жодного разу в житті:</w:t>
      </w:r>
    </w:p>
    <w:p>
      <w:r>
        <w:br/>
        <w:t>— Пацюковичі! Всі як один — рвіть кицьку!!</w:t>
      </w:r>
    </w:p>
    <w:p>
      <w:r>
        <w:br/>
        <w:t>Пріся тієї ж миті підскочила вгору над Бруднерським — вона звилася, можна сказати, як ракета, — і приземлилася на даху Фруся. Але й там не затрималася метка Пріся — наступної миті вона вже сиділа на гілці в’яза і звідти грізно сичала на пацюків.</w:t>
      </w:r>
    </w:p>
    <w:p>
      <w:r>
        <w:br/>
        <w:t>А Ходючок на острівці укотре стукав себе по лобі, викликаючи рятівну думку, — коли почув неголосне, таке надійне вуркотіння Умпарари Чамчамчам:</w:t>
      </w:r>
    </w:p>
    <w:p>
      <w:r>
        <w:br/>
        <w:t>— Агов, хлопчику! Якщо тобі не важко, відчини багажник і візьми там у кутку цепи-грунтозачепи. І не хвилюйся… Буде важко, я знаю, ті цепи залізні, а ти — дитина.</w:t>
      </w:r>
    </w:p>
    <w:p>
      <w:r>
        <w:br/>
        <w:t>— Я готовий. Умпо… — сказав Ходючок. — Що робити?</w:t>
      </w:r>
    </w:p>
    <w:p>
      <w:r>
        <w:br/>
        <w:t>— Дістав цепи? їх там два, правда? А тепер кожен із них постели рівненько позад моїх задніх коліс. Готово? А тепер я тихесенько позадкую і на ті цепи наїду… Врро-о-о… Так! А тепер, хлопчику, зачепи кожен із тих цепів навколо колеса. Я знаю, це важко…</w:t>
      </w:r>
    </w:p>
    <w:p>
      <w:r>
        <w:br/>
        <w:t>Ходючок, стоячи навколішки, щосили стягував цепи на колесах автомобіля, а вони не піддавалися, наче не хотіли працювати у цьому болоті, і Ходючок аж потом обливався від напруги. Він благав:</w:t>
      </w:r>
    </w:p>
    <w:p>
      <w:r>
        <w:br/>
        <w:t>— Ну, цепики… Ну, ще трішечки, ну, піддайтеся!.. — І радісно вигукнув: — Є перший!.. — А за кілька хвилин — стомлено: — Є й другий…</w:t>
      </w:r>
    </w:p>
    <w:p>
      <w:r>
        <w:br/>
        <w:t>Він ускочив в автомобіль, і тієї ж миті Умпарара рушив з місця. Спочатку йшов несміло, наче вимацуючи цепами непевний грунт, потім піддав газу, колеса сміливо вгризлися у баюру — і подався Умпарара вперед, подолав-таки враже болото!</w:t>
      </w:r>
    </w:p>
    <w:p>
      <w:r>
        <w:br/>
        <w:t>Переляканий Бруднерський метнувся до Фруся, ухопився зубами за клітку з Зозулею. "їдьмо! До Страхолюда!"</w:t>
      </w:r>
    </w:p>
    <w:p>
      <w:r>
        <w:br/>
        <w:t>Сірий пацючий гурт слідом за Бруднерським кинувся в автомобіль, укривши геть увесь берег, і Сміхоша ледве встигла вискочити на дах Фруся. Але Фрусь захурчав, рвонувся і вислизнув з-під неї. Цієї ж миті дівчинка вхопилася руками за гілку старого в’яза. Фрусь щез за шелюгами, табун пацюків, мишей і ховрахів потік слідом, як сіра ріка.</w:t>
      </w:r>
    </w:p>
    <w:p>
      <w:r>
        <w:br/>
        <w:t>Сміхоша висіла на гілці, як груша, бо вона не мала сили підтягнутися. Отут би їй і згадати уроки фізкультури, які вона так часто пропускала, а якщо й не пропускала, то старалася на тих уроках не дуже напружуватися.</w:t>
      </w:r>
    </w:p>
    <w:p>
      <w:r>
        <w:br/>
        <w:t>Було їй на тій гілляці гірко, безнадійно і образливо. Руки дівчинки терпли і потроху слабшали, і сльози текли, як із крана. І тут почулося:</w:t>
      </w:r>
    </w:p>
    <w:p>
      <w:r>
        <w:br/>
        <w:t>— Ну от, тепер члени нашого екіпажу записуються у мавпи і висять на деревах!</w:t>
      </w:r>
    </w:p>
    <w:p>
      <w:r>
        <w:br/>
        <w:t>Сміхоша, плачучи, негайно ж розсміялася на весь рот, пальці розтулилися, і вона шкереберть полетіла вниз.</w:t>
      </w:r>
    </w:p>
    <w:p>
      <w:r>
        <w:br/>
        <w:t>І… опинилася в обіймах Ходючка. Бо він якраз устиг підбігти під дерево і стати, міцненько розставивши ноги і розчепіривши руки, щоб зловити дівчинку. І зловив, такий меткий хлопчик! І відразу ж засоромився, а вона вхопила його за кап-латі вуха і сказала:</w:t>
      </w:r>
    </w:p>
    <w:p>
      <w:r>
        <w:br/>
        <w:t>— Ти найкращий хлопчик!</w:t>
      </w:r>
    </w:p>
    <w:p>
      <w:r>
        <w:br/>
        <w:t>— Ото ще, — буркнув Ходючок і відійшов од неї.</w:t>
      </w:r>
    </w:p>
    <w:p>
      <w:r>
        <w:br/>
        <w:t>Прилетіли шпаки з бойовим донесенням, Новини були такі: Фрусь і вся компанія Бруднерського разом із Зозулею щодуху втікають бездоріжжям понад болотами, прямуючи до Колючого лісу, за яким прослалося Чорне поле. Їх можна перейняти, якщо дуже поспішити, — для цього треба, щоб Умпарара поїхав Піщаною дорогою геть від берега, потім подолав горб Жовте Черевце, а тоді навпростець луками й луками знову наблизився до берега — і тоді він під’їде до Колючого лісу якраз із протилежного боку і перейме ворогів.</w:t>
      </w:r>
    </w:p>
    <w:p>
      <w:r>
        <w:br/>
        <w:t>— Де ж ховається їхній Страхолюд Неможливий? — спитав Ходючок.</w:t>
      </w:r>
    </w:p>
    <w:p>
      <w:r>
        <w:br/>
        <w:t>— Цього ми не знаємо, — відказали Фока і Родивон Сильвестрови. — У лісі ми не бачили нічого, крім лісу, а в полі нічого, крім поля.</w:t>
      </w:r>
    </w:p>
    <w:p>
      <w:r>
        <w:br/>
        <w:t>— У лісі ще був якийсь курінь, — докинув Фока Сильвестрів.</w:t>
      </w:r>
    </w:p>
    <w:p>
      <w:r>
        <w:br/>
        <w:t>— А в полі кілька кротовищ і купа хмизу, — згадав Родивон.</w:t>
      </w:r>
    </w:p>
    <w:p>
      <w:r>
        <w:br/>
        <w:t>і тоді просигналив Умпарара Чамчамчам:</w:t>
      </w:r>
    </w:p>
    <w:p>
      <w:r>
        <w:br/>
        <w:t>— Всі сідайте в мене і відпочивайте, а я собі поїду.</w:t>
      </w:r>
    </w:p>
    <w:p>
      <w:r>
        <w:br/>
        <w:t>— Як це так!! — закричали Ходючок і Сміхота. — Ти в нас найбільше втомився!</w:t>
      </w:r>
    </w:p>
    <w:p>
      <w:r>
        <w:br/>
        <w:t>Умпарара посміхнувся самими лише добрими підфарниками і сказав:</w:t>
      </w:r>
    </w:p>
    <w:p>
      <w:r>
        <w:br/>
        <w:t>— Автомобілям не потрібен відпочинок. Було б пальне, щоб горіло в моторі, та був би антифриз, щоб охолоджувати, та були б накачані як слід колеса — і я можу бігти безперестанку, і що швидше, то мені приємніше! Не гаймо часу, діточки!</w:t>
      </w:r>
    </w:p>
    <w:p>
      <w:r>
        <w:br/>
        <w:t>Вони рушили з місця просто в непрохідну хащу — і що ж виробляв Умпарара! Він пішов крутими зигзагами поміж деревами, виписуючи справжній автомобільний слалом, він проїхав на самих тільки лівих колесах по краєчку глибокого рівчака і відразу за тим перехилився і промчав на самих тільки правих по товстенному поваленому стовбуру через непрохідний бурелом, кілька разів здіймався на самі тільки задні, наче гарячий кінь звивався дибки… Від захвату, напруження всі принишкли, і лише коли попереду висвітилося узлісся, діти закричали: "Ур-ра-а!!", загавкав Джулька, занявчала Пріся, десь над верхівками дерев засвистіли радісно шпаки, і ось уже всі разом завели улюбленої пісні:</w:t>
      </w:r>
    </w:p>
    <w:p>
      <w:r>
        <w:br/>
        <w:t>Як літак іде крізь хмари,</w:t>
      </w:r>
    </w:p>
    <w:p>
      <w:r>
        <w:br/>
        <w:t>Через криги — криголам,</w:t>
      </w:r>
    </w:p>
    <w:p>
      <w:r>
        <w:br/>
        <w:t>Мчить нас лісом Умпарара,</w:t>
      </w:r>
    </w:p>
    <w:p>
      <w:r>
        <w:br/>
        <w:t>Умпарара Чамчамчам.</w:t>
      </w:r>
    </w:p>
    <w:p>
      <w:r>
        <w:br/>
        <w:t>12. Мрії і наміри</w:t>
      </w:r>
    </w:p>
    <w:p>
      <w:r>
        <w:br/>
        <w:t>Вони прудко котилися Піщаною дорогою поміж молодих сосонок і ялинок, всі дерева були просвічені світлом нерухомого сонця, лагідним жовтим кольором світився чистий пісок, і кожен собі думав про своє.</w:t>
      </w:r>
    </w:p>
    <w:p>
      <w:r>
        <w:br/>
        <w:t>Ходючкові уявилася та сама картина: літак "Ту" стоїть нерухомий у небі, встромивши крило у нерухому хмару… Хлопчикові здавалося, що його мама й тато у мить зникнення Часу якраз визирали в ілюмінатор, бо дуже скучили за своїм синочком і всіма рідними. А ще хлопчик думав про старовинний годинник із нерухомим маятником, із завмерлими сонцем І місяцем; вій пригадав тварин і птахів, викарбуваних на ньому: там були крук і пацюк — то ж, певна річ, Кирило і Бруднерський! Аж у грудях похололо…</w:t>
      </w:r>
    </w:p>
    <w:p>
      <w:r>
        <w:br/>
        <w:t>Раптом у вікно машини влетів Фока Сильвестрів і сказав:</w:t>
      </w:r>
    </w:p>
    <w:p>
      <w:r>
        <w:br/>
        <w:t>— Мрієте? Мрійте-мрійте! Поки ви тут собі мрієте, Бруднерський якимсь чином дізнався, що ви продовжуєте переслідування, і послав до крука Кирила ховрахів, щоб запросити його на переговори. Крук одним ховрахом пообідав, а решта привела його в Колючий ліс до Бруднерського. От!</w:t>
      </w:r>
    </w:p>
    <w:p>
      <w:r>
        <w:br/>
        <w:t>Бруднерський узяв із собою на переговори хулігана Маєша. Він вважав, що в присутності хулігана Кирило його, пацюка, не чіпатиме. Поки вони чекали крука, Маєш розповів Бруднерському:</w:t>
      </w:r>
    </w:p>
    <w:p>
      <w:r>
        <w:br/>
        <w:t>— Одного разу я приніс із школи одиницю, і мамка розплакалася, так я, щоб вона перестала, вимив геть увесь посуд і нічого не розбив.</w:t>
      </w:r>
    </w:p>
    <w:p>
      <w:r>
        <w:br/>
        <w:t>— От і дурень, — сказав Бруднерський. Він вже не звертався до Маєша на "ви", бо вважав його своїм підлеглим. — От і роз-пере-дурень. Треба було розбити весь посуд і нічого не мити.</w:t>
      </w:r>
    </w:p>
    <w:p>
      <w:r>
        <w:br/>
        <w:t>Маєш глянув на пацюка з огидою і промовчав. Він раптом подумав, що Сміхоша йому не пробачить сьогоднішнього обману, і йому вже не судилося почути, як вона сміється.</w:t>
      </w:r>
    </w:p>
    <w:p>
      <w:r>
        <w:br/>
        <w:t>Порожньо і лячно зробилося хлопчикові Степанкові на прізвисько Маєш. Він здогадувався, що накоїв несусвітенних дурниць, і не знав, що йому діяти далі.</w:t>
      </w:r>
    </w:p>
    <w:p>
      <w:r>
        <w:br/>
        <w:t>Крук Кирило зашумів крилами, чорно майнув над галявою і сів на гілці. Бруднерський негайно сховався у кореневище дуба, щоб Кирило, бува, не застосував яких-небудь недозволених прийомів ведення дискусії. Улесливо сказав:</w:t>
      </w:r>
    </w:p>
    <w:p>
      <w:r>
        <w:br/>
        <w:t>— Ви, звичайно, чули, вельмишановний круче Кирило, що ми украли Час.</w:t>
      </w:r>
    </w:p>
    <w:p>
      <w:r>
        <w:br/>
        <w:t>— Хто украв порося, у того у вухах пищить, — сказав крук Кирило.</w:t>
      </w:r>
    </w:p>
    <w:p>
      <w:r>
        <w:br/>
        <w:t>— Яка правда! — закричав Бруднерський. — Яка правда! Ах, який же ж, який же ж я розумний!!!</w:t>
      </w:r>
    </w:p>
    <w:p>
      <w:r>
        <w:br/>
        <w:t>Це він хотів похвалити крука Кирила, але не вмів хвалити нікого, крім себе. І далі він виклав свою справу:</w:t>
      </w:r>
    </w:p>
    <w:p>
      <w:r>
        <w:br/>
        <w:t>— Для того, щоб настав золотий вік, дуже бажано, щоб вельмишановний крук Кирило знешкодив песика Джульку, а також з’їв кицьку Прісю і шпака Фоку Сильвестрова. Джулька і Пріся — це останні такса-щуролов і кицька, що зосталися у світі. Люті вороги!</w:t>
      </w:r>
    </w:p>
    <w:p>
      <w:r>
        <w:br/>
        <w:t>Кирило замислився. Бруднерському здалося, що він спить, і тоді пацюк трохи висунувся з-під кореневища:</w:t>
      </w:r>
    </w:p>
    <w:p>
      <w:r>
        <w:br/>
        <w:t>— Агов, вельмишановний!..</w:t>
      </w:r>
    </w:p>
    <w:p>
      <w:r>
        <w:br/>
        <w:t>— Цей шпак Фока-Родивон… — мовив крук, не розплющуючи очей. — Чортового геть його болота послав до я. Я живих птахів не б’ю.</w:t>
      </w:r>
    </w:p>
    <w:p>
      <w:r>
        <w:br/>
        <w:t>— Плачу ховрахами!</w:t>
      </w:r>
    </w:p>
    <w:p>
      <w:r>
        <w:br/>
        <w:t>— Я ховрахів беру й так, — Крук підстрибом присунувся ближче до стовбура. Бруднерський позадкував глибше в щілину. Він сказав:</w:t>
      </w:r>
    </w:p>
    <w:p>
      <w:r>
        <w:br/>
        <w:t>— Сто ховрахів. Сто мишей. Сто молодих пацюків. І завжди, скільки схочете ви й ваші діти.</w:t>
      </w:r>
    </w:p>
    <w:p>
      <w:r>
        <w:br/>
        <w:t>— Коли обіду занадто багато, не ти його їси, а він тебе. — Крук трохи подрімав, тоді закінчив: — Добре, я злітаю, подивлюся на ту кицьку.</w:t>
      </w:r>
    </w:p>
    <w:p>
      <w:r>
        <w:br/>
        <w:t>По тих словах крук Кирило знявся в повітря і полетів до себе на Козачу гору.</w:t>
      </w:r>
    </w:p>
    <w:p>
      <w:r>
        <w:br/>
        <w:t>Хуліган Маєш впродовж їхньої розмови не сказав і слова.</w:t>
      </w:r>
    </w:p>
    <w:p>
      <w:r>
        <w:br/>
        <w:t>Він похнюпився і про щось міркував, од незвички голосно сопів.</w:t>
      </w:r>
    </w:p>
    <w:p>
      <w:r>
        <w:br/>
        <w:t>Усю цю розмову і переповів Фока Сильвестрів.</w:t>
      </w:r>
    </w:p>
    <w:p>
      <w:r>
        <w:br/>
        <w:t>Вислухавши його, Ходючок і Сміхоша сумно перезирнулися. Фока додав:</w:t>
      </w:r>
    </w:p>
    <w:p>
      <w:r>
        <w:br/>
        <w:t>— Мій брат Родивон Сильвестрів полетів умовляти крука.</w:t>
      </w:r>
    </w:p>
    <w:p>
      <w:r>
        <w:br/>
        <w:t>І то була правда. Коли крук Кирило повернувся до свого гнізда на вершечку усохлого дуба на Козачій горі, Родивон Сильвестрів уже крутився на гілочці і старанно чепурився перед відповідальною бесідою. Він почав так:</w:t>
      </w:r>
    </w:p>
    <w:p>
      <w:r>
        <w:br/>
        <w:t>— Круче, старий наш і мудрий Кирило! Від імені всього птаства я вас прошу: зловіть злодіяку Бруднерського і припиніть усе це неподобство з Часом!</w:t>
      </w:r>
    </w:p>
    <w:p>
      <w:r>
        <w:br/>
        <w:t>Крук Кирило з великою зосередженістю втупився у кінчик власного дзьоба.</w:t>
      </w:r>
    </w:p>
    <w:p>
      <w:r>
        <w:br/>
        <w:t>— Ще не надивилися? — непоштиво запитав Родивон Сильвестрів. — За сто вісімдесят п’ять років, чотири повних місяці, один півмісяць і три доби!..</w:t>
      </w:r>
    </w:p>
    <w:p>
      <w:r>
        <w:br/>
        <w:t>Крук подивився одним оком:</w:t>
      </w:r>
    </w:p>
    <w:p>
      <w:r>
        <w:br/>
        <w:t>— От коли мені стане сто дев’яносто шість…</w:t>
      </w:r>
    </w:p>
    <w:p>
      <w:r>
        <w:br/>
        <w:t>— Ні! ко! ли! — перебив Родивон Сильвестрів зухвалим свистом з винятковою пронизливістю.</w:t>
      </w:r>
    </w:p>
    <w:p>
      <w:r>
        <w:br/>
        <w:t>— Чому — "ні! ко! ли!"?</w:t>
      </w:r>
    </w:p>
    <w:p>
      <w:r>
        <w:br/>
        <w:t>— Вам ніколи не стане сто дев’яносто шість, бо Бруднерський украв Час. — Родивон Сильвестрів побачив, що крук Кирило зацікавився цим несподіваним міркуванням, і натхненно продовжив: — Вам відтепер і навіки буде сто вісімдесят п’ять років, чотири повних місяці, один півмісяць і три доби! Завжди-завжди!</w:t>
      </w:r>
    </w:p>
    <w:p>
      <w:r>
        <w:br/>
        <w:t>— А години? — раптом запитав крук.</w:t>
      </w:r>
    </w:p>
    <w:p>
      <w:r>
        <w:br/>
        <w:t>— Які можуть бути години, коли стоїть сонце! Ви погляньте у небо: воно стоїть! Зараз пів на десяту ранку. Тепер завжди буде пів на десяту ранку, і вашому вікові більше не додасться ані хвилини, ані години, ані доби. Якщо тільки, звичайно, ви не зловите Бруднерського.</w:t>
      </w:r>
    </w:p>
    <w:p>
      <w:r>
        <w:br/>
        <w:t>Крук Кирило переступив на гілці ногами і з боку в бік повів могутнім дзьобом. Потім сказав сам собі:</w:t>
      </w:r>
    </w:p>
    <w:p>
      <w:r>
        <w:br/>
        <w:t>— Коли довго живеш на світі, чого тільки не трапляється.</w:t>
      </w:r>
    </w:p>
    <w:p>
      <w:r>
        <w:br/>
        <w:t>13. Страхолюд неможливий</w:t>
      </w:r>
    </w:p>
    <w:p>
      <w:r>
        <w:br/>
        <w:t>Шпаки не догледіли: то не курінь стояв у Колючому лісі, а маленька хижка з дірявим дахом і земляною долівкою. Раніше у цій хижці місцеві лісники зберігали інструменти, добрива, ховали від морозу саджанці. Та колись над молодим сосновим лісом пройшла пожежа, хвоя і дрібні гілочки геть вигоріли, залишилися лише колючі сторчаки стовбурів; відтоді ліс цей назвали Колючий, а хижку полишили до кращих часів.</w:t>
      </w:r>
    </w:p>
    <w:p>
      <w:r>
        <w:br/>
        <w:t>От до цієї напівзгорілої і напівзогнилої хижки і під’їхав Фрусь, в якому були Маєш, Бруднерський, що весь час тримав у своїх довгих зубах клітку із Зозулею, і вся їхня компанія. А ще достобіса їхнього гурту прибігло пішки. Спинилися. Бруднерський перший вистрибнув із машини і виволік за собою клітку. Із хижки почулося моторошне хрипке бурмотіння: "Фо-фа-фи!"</w:t>
      </w:r>
    </w:p>
    <w:p>
      <w:r>
        <w:br/>
        <w:t>— "Покажи!" — мліючи від поштивості, переклав Бруднерський. — Незрівнянний сказав: "Покажи!", і мені здається, що він дозволив нам зайти.</w:t>
      </w:r>
    </w:p>
    <w:p>
      <w:r>
        <w:br/>
        <w:t>Вони зайшли до хижки: перший — Бруднерський, за ним — почет пацюків, а потім уже Маєш і хто вже там зміг: пацюччя, мишва, мушва, ховрашшя… Стало тісно, як у трамваї у тяжку пору дня. У кутку була яма, яка в глибині перетворювалася у велику нору. А з ями визирав Страхолюд Неможливий.</w:t>
      </w:r>
    </w:p>
    <w:p>
      <w:r>
        <w:br/>
        <w:t>Цей Страхолюд і справді був неможливий. Маєш дуже здивувався: такого створіння він ніколи не бачив і навіть не думав, що таке може бути.</w:t>
      </w:r>
    </w:p>
    <w:p>
      <w:r>
        <w:br/>
        <w:t>Воно було мишасто-рудого кольору. Його шкіра вся була у складках і вкрита бридким хутром. Розчепірені пазурі жадібно вимацували край ями, в якій воно сиділо. А ікла! Вони починалися від верхньої щелепи і загиналися униз двома жовтими шаблюками.</w:t>
      </w:r>
    </w:p>
    <w:p>
      <w:r>
        <w:br/>
        <w:t>Сам Бруднерський заціпенів від жаху, опинившись перед мордою Страхолюда Неможливого.</w:t>
      </w:r>
    </w:p>
    <w:p>
      <w:r>
        <w:br/>
        <w:t>Страхолюд, ворухнувши ніздрями, раптом кинувся вперед і безпомилково зачепив іклами клітку із Зозулею. Він позадкував, затягаючи клітку в яму, але скоро всі зрозуміли, що в підземний хід клітка не влізе.</w:t>
      </w:r>
    </w:p>
    <w:p>
      <w:r>
        <w:br/>
        <w:t>Бруднерський сказав:</w:t>
      </w:r>
    </w:p>
    <w:p>
      <w:r>
        <w:br/>
        <w:t>— Ваша нечисть! Ми, пацюковичі, аж ніяк не можемо вийняти Зозулю з клітки. Ми всім своїм боялом боїмося кліток, хай ваша милостива милість нас помилує!</w:t>
      </w:r>
    </w:p>
    <w:p>
      <w:r>
        <w:br/>
        <w:t>Страхолюд розлючено просичав:</w:t>
      </w:r>
    </w:p>
    <w:p>
      <w:r>
        <w:br/>
        <w:t>— Фіф-фіф-фофіфу!</w:t>
      </w:r>
    </w:p>
    <w:p>
      <w:r>
        <w:br/>
        <w:t>— "Всіх з’їм і розірву!" — Бруднерський перекинувся на спину і безсило задер лапи, і так само зробили всі пацюки; Бруднерський голосно плакав:</w:t>
      </w:r>
    </w:p>
    <w:p>
      <w:r>
        <w:br/>
        <w:t>— Розірви нас і з’їж, бо ми всі твої недостойні недостойники! А ще краще: пожалій нас!.. Ми тебе любимо!..</w:t>
      </w:r>
    </w:p>
    <w:p>
      <w:r>
        <w:br/>
        <w:t>Страхолюд, не звертаючи на пацюків уваги, заходився швидко і вправно розширювати нору своїми іклами-шаблюками. Він умів копати! І Маєш зрозумів, що мине кільканадцять хвилин — і Зозуля у своїй клітці, а разом із нею надія відновити Час будуть назавжди поховані у підземеллі.</w:t>
      </w:r>
    </w:p>
    <w:p>
      <w:r>
        <w:br/>
        <w:t>До хижки влетів загін зеленої Жужулі, і її найметкіші розвідники Жюжа, Жьожа і Жяжа задзижчали:</w:t>
      </w:r>
    </w:p>
    <w:p>
      <w:r>
        <w:br/>
        <w:t>— Їдуть-їдуть-їдуть! Цей проклятий Умпарара Чамчамчам без пригод подолав непрохідний ліс, проїхав по Піщаній дорозі і в ці самі хвилини почав підійматися на горб Жовте Черевце. Як тільки він переїде горб, перед ним відкриється дорога луками-луками прямісінько до Колючого лісу, і як собі хочете!</w:t>
      </w:r>
    </w:p>
    <w:p>
      <w:r>
        <w:br/>
        <w:t>Страхолюд припинив копати. Бруднерський прокричав своїм пацючим голосом:</w:t>
      </w:r>
    </w:p>
    <w:p>
      <w:r>
        <w:br/>
        <w:t>— Слухайте мій останній і найрозумніший наказ! Маєш сідає у Фруся, і вони обидва негайно вирушають навперейми Умпарарі Чамчамчам та його команді і спиняють їх на горбі Жовте Черевце будь-якою ціною!</w:t>
      </w:r>
    </w:p>
    <w:p>
      <w:r>
        <w:br/>
        <w:t>— Це ж якою — "будь-якою"? — запитав знадвору Фрусь.</w:t>
      </w:r>
    </w:p>
    <w:p>
      <w:r>
        <w:br/>
        <w:t>— Ти на нього наїдь і розбий ущент! — наказав Бруднерський.</w:t>
      </w:r>
    </w:p>
    <w:p>
      <w:r>
        <w:br/>
        <w:t>— Ви пошукайте дурнів деінде, в іншому місці! — раптом сказав Фрусь. — Я з місця не зрушу.</w:t>
      </w:r>
    </w:p>
    <w:p>
      <w:r>
        <w:br/>
        <w:t>Запала недовга пауза. І тоді почувся лагідний голосок пані 3ак-Лепської:</w:t>
      </w:r>
    </w:p>
    <w:p>
      <w:r>
        <w:br/>
        <w:t>— Ням-ням-ням! Ах, це так лепсько, коли дві машини розбиваються одна об одну! Це такий божественний смак! Я поїду з ними і трошки пообідаю!</w:t>
      </w:r>
    </w:p>
    <w:p>
      <w:r>
        <w:br/>
        <w:t>І тут уже Бруднерський отямився і сказав Фрусеві як міг м’яко:</w:t>
      </w:r>
    </w:p>
    <w:p>
      <w:r>
        <w:br/>
        <w:t>— Дурненький, ти забув, що як тільки його незрівнянна нечисть сховає Зозулю, — всі залізяки на світі стануть твоїми!</w:t>
      </w:r>
    </w:p>
    <w:p>
      <w:r>
        <w:br/>
        <w:t>Тоді Фрусь подумав: коли всі запасні частини у світі належатимуть йому і більш нікому, тоді навіть пані Зак-Лепська від нього відчепиться: вистачить їй заліза.</w:t>
      </w:r>
    </w:p>
    <w:p>
      <w:r>
        <w:br/>
        <w:t>— їду! — квакнув Фрусь своїм сигналом.</w:t>
      </w:r>
    </w:p>
    <w:p>
      <w:r>
        <w:br/>
        <w:t>Занедбаний і задурений автомобільчик не розумів, що якщо люди не матимуть Часу, ніхто й ніколи його не відремонтує. Хуліган Маєш швиденько вислизнув з хижки і кинувся у Фруся — аби далі від цього збіговиська і Страхолюда Неможливого.</w:t>
      </w:r>
    </w:p>
    <w:p>
      <w:r>
        <w:br/>
        <w:t>Бруднерський продовжував:</w:t>
      </w:r>
    </w:p>
    <w:p>
      <w:r>
        <w:br/>
        <w:t>— Об’єднаний загін пацюковичів мчить навпростець до горба Жовте Черевце і там заклопотано і радісно з’їдає песика Джульку і кицьку Прісю, а дітей — Ходючка і Сміхошу — треба відігнати геть на віки вічні!</w:t>
      </w:r>
    </w:p>
    <w:p>
      <w:r>
        <w:br/>
        <w:t>Страхолюд пробурмотів:</w:t>
      </w:r>
    </w:p>
    <w:p>
      <w:r>
        <w:br/>
        <w:t>— Фа-фофе-фефе!</w:t>
      </w:r>
    </w:p>
    <w:p>
      <w:r>
        <w:br/>
        <w:t>Бруднерський радісно заверещав:</w:t>
      </w:r>
    </w:p>
    <w:p>
      <w:r>
        <w:br/>
        <w:t>— "Я добре серце!" — ось що сказав незрівнянний. Отож наввипередки, попереду передніх — вперед!</w:t>
      </w:r>
    </w:p>
    <w:p>
      <w:r>
        <w:br/>
        <w:t>14. Битва на горбі</w:t>
      </w:r>
    </w:p>
    <w:p>
      <w:r>
        <w:br/>
        <w:t>Умпарара завзято біг угору по добре в’їждженій глинистій дорозі.</w:t>
      </w:r>
    </w:p>
    <w:p>
      <w:r>
        <w:br/>
        <w:t>Цей горб і справді скидався на бегемотяче черево: був високий і довгий.</w:t>
      </w:r>
    </w:p>
    <w:p>
      <w:r>
        <w:br/>
        <w:t>Тим часом Ходючок і Сміхоша, Джулька з Прісею, Феофеофанчик і гарбуз Онопрій з усіма своїми родичами, кожен по-своєму, наспівували бадьорої пісеньки:</w:t>
      </w:r>
    </w:p>
    <w:p>
      <w:r>
        <w:br/>
        <w:t>Налякались нечупари,</w:t>
      </w:r>
    </w:p>
    <w:p>
      <w:r>
        <w:br/>
        <w:t>Заховалися від нас!</w:t>
      </w:r>
    </w:p>
    <w:p>
      <w:r>
        <w:br/>
        <w:t>Але з нами Умпарара —</w:t>
      </w:r>
    </w:p>
    <w:p>
      <w:r>
        <w:br/>
        <w:t>3 нами знову буде Час!</w:t>
      </w:r>
    </w:p>
    <w:p>
      <w:r>
        <w:br/>
        <w:t>Доженем і переможем, Ми ж, як вітер — тут і там! Все на світі, братці, може Умпарара Чамчамчам!</w:t>
      </w:r>
    </w:p>
    <w:p>
      <w:r>
        <w:br/>
        <w:t>На віконце сів Фока Сильвестрів. Він сказав:</w:t>
      </w:r>
    </w:p>
    <w:p>
      <w:r>
        <w:br/>
        <w:t>— Увага, справи такі: з того боку горба назустріч нам їде автомобіль Фрусь, а в ньому сидить хуліган Маєш.</w:t>
      </w:r>
    </w:p>
    <w:p>
      <w:r>
        <w:br/>
        <w:t>У цей час глиниста дорога пішла круто вгору. Умпарара напружився, завив і вперто поліз дорогою. Аж раптом утратив голос, розгублено замовк і спинився.</w:t>
      </w:r>
    </w:p>
    <w:p>
      <w:r>
        <w:br/>
        <w:t>— Я заглух, — засоромлено сказав він. — Мені доведеться трошки позадкувати.</w:t>
      </w:r>
    </w:p>
    <w:p>
      <w:r>
        <w:br/>
        <w:t>І він помалу-потроху відкотився назад. Спинився, надійно загальмував усіма колесами і, повагавшись трошки, попрохав:</w:t>
      </w:r>
    </w:p>
    <w:p>
      <w:r>
        <w:br/>
        <w:t>— Будь ласка, хто може — вийдіть, щоб мені було легше. Я подолаю крутизну — і ви знову сядете…</w:t>
      </w:r>
    </w:p>
    <w:p>
      <w:r>
        <w:br/>
        <w:t>Усі відразу ж вийшли. Сама тільки городина зосталася в машині, бо то була б велика морока — викочуватися з машини, а тоді вкочуватися назад.</w:t>
      </w:r>
    </w:p>
    <w:p>
      <w:r>
        <w:br/>
        <w:t>Умпарара підбадьорливо засигналив і знову кинувся угору, а діти разом із Джулькою і Прісею, обидва шпаки і Феофеофанчик на Сміхошиному плечі зосталися при дорозі і з великим співчуттям стежили за машиною. Умпарара Чамчамчам, розігнавшись, піддав газу, переможно подолав дві третини крутої дороги, іще наддав газу і впевнено закінчив підйом.</w:t>
      </w:r>
    </w:p>
    <w:p>
      <w:r>
        <w:br/>
        <w:t>— Ура! — закричали друзі.</w:t>
      </w:r>
    </w:p>
    <w:p>
      <w:r>
        <w:br/>
        <w:t>І тут в один голос вигукнули шпаки Фока і Родивон Сильвестрови:</w:t>
      </w:r>
    </w:p>
    <w:p>
      <w:r>
        <w:br/>
        <w:t>— Увага! Пацюки!!!</w:t>
      </w:r>
    </w:p>
    <w:p>
      <w:r>
        <w:br/>
        <w:t>То була найстрашніша мить за весь цей ранок. Знизу, з Колючого лісу, на них котилася лава пацюків. Вони були швидкі й люті, як не знати хто, бо немає в світі лютішої тварини, як голодний пацюк.</w:t>
      </w:r>
    </w:p>
    <w:p>
      <w:r>
        <w:br/>
        <w:t>Пріся стала дуже гарна: на ній розпушилося все хутро, хвіст став пишний, як ніколи, гарненькі вушка прищулилися, а очі зробилися величезні й засяяли золотим вогнем. Трохи зігнувши лапи, Пріся повільно і нечутно рушила назустріч сірій лавині.</w:t>
      </w:r>
    </w:p>
    <w:p>
      <w:r>
        <w:br/>
        <w:t>Джулька був природжений щуролов, але ж, певна річ, з такою кількістю пацюків він не зустрічався ніколи. І тому він добре розумів, що живим із цієї бійки не вийде. Песик дуже-дуже хотів підстрибнути і на прощання лизнути Сміхошу в носик, але стримався — тільки зиркнув на неї з великою відданістю, а після того весь напружився, гостра його мордочка, довге приземкувате тіло і гострий хвостик витягнулися в одну стрімку лінію; Джулька не гавкав і не гарчав — він мовчки рушив назустріч ворогу.</w:t>
      </w:r>
    </w:p>
    <w:p>
      <w:r>
        <w:br/>
        <w:t>— Біжи на гору, — звелів Ходючок Сміхоші.</w:t>
      </w:r>
    </w:p>
    <w:p>
      <w:r>
        <w:br/>
        <w:t>А сам підібрав при дорозі велику соснову ломаку і грізно ступив уперед, щоб прийняти бій.</w:t>
      </w:r>
    </w:p>
    <w:p>
      <w:r>
        <w:br/>
        <w:t>— Ще чого! — вигукнула дівчинка. — Я з тобою. — І вона також вибрала собі довгого дрючка.</w:t>
      </w:r>
    </w:p>
    <w:p>
      <w:r>
        <w:br/>
        <w:t>Пацюки вже були за кілька кроків. Джулька ї Пріся одночасно припали до землі і відважно стрибнули в саму гущавину ворожої лави. Два вихор а — пилюки зметнулися над дорогою — мабуть, там почалося щось страшне.</w:t>
      </w:r>
    </w:p>
    <w:p>
      <w:r>
        <w:br/>
        <w:t>А згори почувся голос гарбуза Онопрія:</w:t>
      </w:r>
    </w:p>
    <w:p>
      <w:r>
        <w:br/>
        <w:t>— А стережися, хто свій!.. А стережися!..</w:t>
      </w:r>
    </w:p>
    <w:p>
      <w:r>
        <w:br/>
        <w:t>Ходючок і Сміхоша озирнулися і побачили прекрасне видовище. Умпарара Чамчамчам стояв на горбі, в нього були широко відчинені багажник і Двері, а звідти вивалювалися і густою юрбою котилися вниз здоровенні гарбузи і дині та розгодовані кабаки.</w:t>
      </w:r>
    </w:p>
    <w:p>
      <w:r>
        <w:br/>
        <w:t>То було схоже на обвал у горах. Та як інакше!</w:t>
      </w:r>
    </w:p>
    <w:p>
      <w:r>
        <w:br/>
        <w:t>Якщо гарбуз має десяток кілограмів ваги, то чим же це не валун!</w:t>
      </w:r>
    </w:p>
    <w:p>
      <w:r>
        <w:br/>
        <w:t>— Обережно, діти! Підстрибуйте, підстрибуйте, — то кричав гарбуз Онопрій, який котився на чолі свого війська. Котився, ще й товаришів підбадьорював: — А розганяйтесь добре, товариство! А влучайте точно, щоб сірим було непереливки! А не жалійте поганих, мої рідні!</w:t>
      </w:r>
    </w:p>
    <w:p>
      <w:r>
        <w:br/>
        <w:t>Ходючку й Сміхоті і справді довелося підстрибувати, щоб гарбузи не звалили їх з ніг, — і овочева лавина прогуркотіла далі, вниз, і вже за якусь мить діти побачили, як заметушилися перелякані вороги, намагаючись ухилитися від могутніх гарбузячих ударів, як сміховинно вони вищирювалися, стараючись укусити, — та що гарбузам їхні зуби!</w:t>
      </w:r>
    </w:p>
    <w:p>
      <w:r>
        <w:br/>
        <w:t>Тим часом Пріся і Джулька були як дві руді блискавки — ох і задали ж вони жару пацюкам! Напевне, хто з сірих уцілів у тій бійці, більш уже ніколи-ніколи не піде проти людей та їхніх друзів.</w:t>
      </w:r>
    </w:p>
    <w:p>
      <w:r>
        <w:br/>
        <w:t>За кілька хвилин бій закінчився — хвіст останнього пацюка ще трохи шурхотів, віддаляючись поміж трав, і все стихло. Стомлене і веселе гарбузяче військо, докотившись до самого низу, відпочивало обабіч дороги, у травичці на узліссі, і Онопрій сказав:</w:t>
      </w:r>
    </w:p>
    <w:p>
      <w:r>
        <w:br/>
        <w:t>— З нами все гаразд. Ви собі їдьте і вершіть свою справу, а нас тут підберуть городники. Ще й спасибі вам скажуть, що зібрали врожай.</w:t>
      </w:r>
    </w:p>
    <w:p>
      <w:r>
        <w:br/>
        <w:t>Не гаючи часу, діти і Джулька з Прісею вибралися на вершину горба. З протилежного боку на неї якраз викотився Фрусь із Маєшем. Вони войовниче мчали у цей бік, і Фрусь гукнув до Умпарари:</w:t>
      </w:r>
    </w:p>
    <w:p>
      <w:r>
        <w:br/>
        <w:t>— Гей ти, червонобокий! Тримайся, бо приходить тобі край!</w:t>
      </w:r>
    </w:p>
    <w:p>
      <w:r>
        <w:br/>
        <w:t>— Це ж чому? — здивувався Умпарара Чамчамчам.</w:t>
      </w:r>
    </w:p>
    <w:p>
      <w:r>
        <w:br/>
        <w:t>— Бо я іду в лобову атаку!!! — вереснув Фрусь. І додав швидкості.</w:t>
      </w:r>
    </w:p>
    <w:p>
      <w:r>
        <w:br/>
        <w:t>— Ну що ж… Зоставайтеся тут, друзі, — сказав Умпарара своїм і кинувся вперед.</w:t>
      </w:r>
    </w:p>
    <w:p>
      <w:r>
        <w:br/>
        <w:t>Швидко зближувалися автомобілі. Вони ішли точно один на одного, однією колією, і щомиті додавали газу. Був момент, коли Умпарара загальмував і хотів ухилитися від лобової атаки: він помітив у Фрусевій кабіні Маєша. Але тієї ж миті Фрусеві дверцята розчинилися і Маєш вистрибнув із них на ходу, — він і сам перелякався не знати як.</w:t>
      </w:r>
    </w:p>
    <w:p>
      <w:r>
        <w:br/>
        <w:t>Отепер уже ніщо не стримувало хороброго Умпарару. Він додав газу і ураганом помчав назустріч Фрусеві.</w:t>
      </w:r>
    </w:p>
    <w:p>
      <w:r>
        <w:br/>
        <w:t>Ходючок і Сміхоша дивилися йому вслід, шпаки посідали їм на плечі й замовкли, Пріся і Джулька, все ще збуджені боєм, стежили за подіями і дрібно тремтіли. А з протилежного боку горба, сидячі: край дороги, на поле битви злякано витріщувався хуліган Маєш.</w:t>
      </w:r>
    </w:p>
    <w:p>
      <w:r>
        <w:br/>
        <w:t>"Таран так таран! — подумав собі Умпарара. — Шкода дурного Фруся, але ж сам винен". А Фрусь був уже поряд, він наближався ніс у ніс, фара у фару, бампер у бампер, Умпарара Чамчамчам заплющив фари і відчайдушно додав газу…</w:t>
      </w:r>
    </w:p>
    <w:p>
      <w:r>
        <w:br/>
        <w:t>Удару не було.</w:t>
      </w:r>
    </w:p>
    <w:p>
      <w:r>
        <w:br/>
        <w:t>Умпарара поглянув — перед ним була порожня дорога. Тоді він загальмував і зиркнув задніми ліхтарями. І по-своєму засміявся.</w:t>
      </w:r>
    </w:p>
    <w:p>
      <w:r>
        <w:br/>
        <w:t>Фрусь лежав на боці і безсило крутив у повітрі всіма чотирма колесами. В останню мить він не витримав — злякався, шарпнувся убік і перекинувся.</w:t>
      </w:r>
    </w:p>
    <w:p>
      <w:r>
        <w:br/>
        <w:t>Діти і звірі щодуху бігли сюди, шпаки вже сиділи на даху Умпарари і у великому захопленні від безстрашного автомобіля чистили одне одному пір’ячко. Маєш стояв при дорозі і озирався.</w:t>
      </w:r>
    </w:p>
    <w:p>
      <w:r>
        <w:br/>
        <w:t>І тут Ходючок підбіг і з розмаху заліпив йому У вухо. Маєш відскочив і роззявив рота. Ходючок і сам собі здивувався і навіть трохи злякався: як же це він, старанний учень четвертого "А", гарно вихований Петрик-Ходючок, насмілився вдарити у вухо страшного і неприборканого хулігана Маєша! А весь двір вважав, що Маєш у сто разів сильніший за найсильнішого хлопчика! Маєш узявся за вухо, шморгнув носом і сказав:</w:t>
      </w:r>
    </w:p>
    <w:p>
      <w:r>
        <w:br/>
        <w:t>— Зразу б’ється. Взяли собі моду: тільки що — відразу й у вухо!</w:t>
      </w:r>
    </w:p>
    <w:p>
      <w:r>
        <w:br/>
        <w:t>— Ану сідай у машину! — наказав Ходючок.</w:t>
      </w:r>
    </w:p>
    <w:p>
      <w:r>
        <w:br/>
        <w:t>— У яку? — здивувався Маєш.</w:t>
      </w:r>
    </w:p>
    <w:p>
      <w:r>
        <w:br/>
        <w:t>— Та не у свого ж Фруся! В ньому й сидіти не можна.</w:t>
      </w:r>
    </w:p>
    <w:p>
      <w:r>
        <w:br/>
        <w:t>— Це що ж виходить, ви мене взяли у полон? — спитав Маєш.</w:t>
      </w:r>
    </w:p>
    <w:p>
      <w:r>
        <w:br/>
        <w:t>— Так і виходить, — твердо відказав Ходючок. — Лізь.</w:t>
      </w:r>
    </w:p>
    <w:p>
      <w:r>
        <w:br/>
        <w:t>Маєш похмуро поліз на заднє сидіння Умпарари, Сміхоша веселенько примостилася поруч. Ходючок сів на місце водія. Джулька і Пріся біля нього. Всі розуміли, що вирішальна зустріч із злодіями ще попереду.</w:t>
      </w:r>
    </w:p>
    <w:p>
      <w:r>
        <w:br/>
        <w:t>Умпарара уважно роззирнувся. Якраз від того місця, де вони оце стояли, дорога, звиваючись, збігала униз і там простувала через луки до Колючого лісу.</w:t>
      </w:r>
    </w:p>
    <w:p>
      <w:r>
        <w:br/>
        <w:t>І тут Фока і Родивон Сильвестрови помітили, що від Козачої гори сюди летить великий чорний птах, і за потужними помахами крил вони впізнали крука Кирила.</w:t>
      </w:r>
    </w:p>
    <w:p>
      <w:r>
        <w:br/>
        <w:t>15. "Злетів крук, схопив дрюк…"</w:t>
      </w:r>
    </w:p>
    <w:p>
      <w:r>
        <w:br/>
        <w:t>Бруднерський таки додумався, що робити. Він доручив своїм пацюковичам і мишві геть вигризти дерев’яне дно клітки. Вони взялися за це діло, як справжні пилки, і завершили його в кілька хвилин.</w:t>
      </w:r>
    </w:p>
    <w:p>
      <w:r>
        <w:br/>
        <w:t>Зозуля випала. Лежала на долівці і витріщувала на всіх малесенькі очиці-намистинки.</w:t>
      </w:r>
    </w:p>
    <w:p>
      <w:r>
        <w:br/>
        <w:t>Бруднерський миттю ухопив її зубами і кинувся в яму до Страхолюда.</w:t>
      </w:r>
    </w:p>
    <w:p>
      <w:r>
        <w:br/>
        <w:t>Аж тут до самої хижки безшумно підкотився Умпарара Чамчамчам, тільки пісок зашурхотів під колесами. Двійко пацюків, що стояли на сторожі, спочатку сторопіли з несподіванки, а потім кинулися в хижку попереджати. А діти і тварини — слідом за ними. Вбігли, озирнулися і…</w:t>
      </w:r>
    </w:p>
    <w:p>
      <w:r>
        <w:br/>
        <w:t>Всі завмерли. Ходючок і Сміхоша та Пріся з Джулькою не зводили очей із Страхолюда Неможливого. А той, відчувши їхні погляди, випростався, звівся у своїй ямі і націлив на них ікла. І теж не ворушився.</w:t>
      </w:r>
    </w:p>
    <w:p>
      <w:r>
        <w:br/>
        <w:t>Пріся вигнула спину горбом, зробила хвіст трубою і вишкірила свої гострі зубки. Очі її у півтемряві палали, як два повних місяці. Джулька тихенько загарчав.</w:t>
      </w:r>
    </w:p>
    <w:p>
      <w:r>
        <w:br/>
        <w:t>І тут почувся тонюсінький, ледве-ледве чутний сміх дівчинки. А потому вона розсміялася на повну силу — для хижки то було наче сміхучий грім.</w:t>
      </w:r>
    </w:p>
    <w:p>
      <w:r>
        <w:br/>
        <w:t>— Д-і-іти й звірі — хи-хи-хи-хо-хо-хо!! Жа-ах!! Які у вашого страху великі очі! Та це ж зінське щеня!</w:t>
      </w:r>
    </w:p>
    <w:p>
      <w:r>
        <w:br/>
        <w:t>— Ні-і-іі!! — заверещав Бруднерський нестерпно. Зозуля випала з його пащі.</w:t>
      </w:r>
    </w:p>
    <w:p>
      <w:r>
        <w:br/>
        <w:t>Всі дивилися на Сміхошу, а вона дзвеніла на всі свої дзвіночки:</w:t>
      </w:r>
    </w:p>
    <w:p>
      <w:r>
        <w:br/>
        <w:t>— Ой не можу — хо-хо-хо-хо-хо!.. Звичайне собі зінське щеня — польовий шкідник, підземний страхолюд! Таж не люди його бояться — то він сам боїться людей, через це і зветься Страхолюдом. Зінське щеня і обідраний пацюк — оце так компанія — ха-ха-ха!!</w:t>
      </w:r>
    </w:p>
    <w:p>
      <w:r>
        <w:br/>
        <w:t>— Фффа! Фффа!.. — хукав розпачливо Страхолюд Неможливий і стрибав у своїй ямі, як ошпарений, а Бруднерський раптом ухопив у зуби Зозулю, сірою грудкою майнув через хижку, тільки хвіст його свиснув у повітрі, як батіг, і вилетів у вікно.</w:t>
      </w:r>
    </w:p>
    <w:p>
      <w:r>
        <w:br/>
        <w:t>— Прогавили! — вигукнув Ходючок, — В погоню — за мною!</w:t>
      </w:r>
    </w:p>
    <w:p>
      <w:r>
        <w:br/>
        <w:t>Він перший вискочив із хижки. За узліссям стелилися луки з високими соковитими травами, хіба ж там вгледиш сірого розбишаку!</w:t>
      </w:r>
    </w:p>
    <w:p>
      <w:r>
        <w:br/>
        <w:t>— Джулько, повний вперед! Прісінько, скоріше! Обходьте, обходьте, ми його оточимо! Пам’ятайте, нам потрібна Зозуля, а не пацюк! Джулю, нюхай!</w:t>
      </w:r>
    </w:p>
    <w:p>
      <w:r>
        <w:br/>
        <w:t>Так командував на бігу Ходючок, не бачачи Бруднерського. Переслідувачі розгорнулися цепом, і тут пролунав міцний голос:</w:t>
      </w:r>
    </w:p>
    <w:p>
      <w:r>
        <w:br/>
        <w:t>— Не метушіться! В очах мерехтить! Дайте ж мені прицілитися!</w:t>
      </w:r>
    </w:p>
    <w:p>
      <w:r>
        <w:br/>
        <w:t>— Діти! — закричала щаслива Сміхоша. — Згадайте пісеньку: "Злетів крук, схопив дрюк, пішов заганяти!.."</w:t>
      </w:r>
    </w:p>
    <w:p>
      <w:r>
        <w:br/>
        <w:t>Всі глянули у небо. Чорним великим каменем летів з висоти крук Кирило. Лише при самій землі розпростав він могутні свої крила — чорні, аж сині! — замахав ними, щоб притишити політ, і впав у трави.</w:t>
      </w:r>
    </w:p>
    <w:p>
      <w:r>
        <w:br/>
        <w:t>Всі кинулися туди, Фока і Родивон Сильвестрови затріпотіли у повітрі над самісіньким місцем події. Але знову змахнули дужі крила, і крук Кирило здійнявся у повітря. І всі побачили, що він тримає у кігтях Бруднерського, а той щосили звивається, але при тому не випускає з пащі Зозулю.</w:t>
      </w:r>
    </w:p>
    <w:p>
      <w:r>
        <w:br/>
        <w:t>— Нехай віддасть! — гукнув Ходючок.</w:t>
      </w:r>
    </w:p>
    <w:p>
      <w:r>
        <w:br/>
        <w:t>Кирило ковзнув на крилах трохи нижче і стиснув пазурі:</w:t>
      </w:r>
    </w:p>
    <w:p>
      <w:r>
        <w:br/>
        <w:t>— Відпусти Зозулю!</w:t>
      </w:r>
    </w:p>
    <w:p>
      <w:r>
        <w:br/>
        <w:t>Бруднерський розтиснув щелепи, і Зозуля, невміло плануючи, опустилася на луки.</w:t>
      </w:r>
    </w:p>
    <w:p>
      <w:r>
        <w:br/>
        <w:t>Ходючок обережно узяв її у долоні. Сміхоша і Маєш не зводили очей з чарівної пташки із роззявленим дзьобиком і блискучими круглими очима. Її дерев’яні крильця ще здригалися від збудження. Джулька знав своє: бігаючи навкруг гурту, підстрибував і намагався лизнути кожного в ніс. Пріся повернулася до всіх спиною, лягла на бік, а свою задню лапу поставила свічкою і почала її мити язичком, наче на світі не сталося нічого вартого уваги і вона все знала наперед. Зверху почулося:</w:t>
      </w:r>
    </w:p>
    <w:p>
      <w:r>
        <w:br/>
        <w:t>— Знайшли? Бережіть її добре!</w:t>
      </w:r>
    </w:p>
    <w:p>
      <w:r>
        <w:br/>
        <w:t>Всі прощально помахали руками, Маєш осмілів і гукнув:</w:t>
      </w:r>
    </w:p>
    <w:p>
      <w:r>
        <w:br/>
        <w:t>— Смачного вам пообідати Бруднерським!</w:t>
      </w:r>
    </w:p>
    <w:p>
      <w:r>
        <w:br/>
        <w:t>— Щоб я оце з’їв! — одізвався крук. — Та я його десь викину!</w:t>
      </w:r>
    </w:p>
    <w:p>
      <w:r>
        <w:br/>
        <w:t>— До побачення! — гукнули діти.</w:t>
      </w:r>
    </w:p>
    <w:p>
      <w:r>
        <w:br/>
        <w:t>— Побадочення! — відповів крук Кирило.</w:t>
      </w:r>
    </w:p>
    <w:p>
      <w:r>
        <w:br/>
        <w:t>16. Їдьмо, друже Умпараро!</w:t>
      </w:r>
    </w:p>
    <w:p>
      <w:r>
        <w:br/>
        <w:t>Ходючок і Сміхоша сиділи у високих густих ромашках, притулившись спинами до лискучого боку Умпарари. Сміхоша плела вінок. Ходючок тримав на колінах Зозулю, а Джулька лежав поруч і не зводив з дерев’яної пташки очей: стеріг.</w:t>
      </w:r>
    </w:p>
    <w:p>
      <w:r>
        <w:br/>
        <w:t>Маєш стояв осторонь і винувато зиркав на них з-під лоба. Враз він зірвався з місця, пішов вистрибом по траві, замахав руками, наслідуючи крука, і закричав хрипко: "Каррр!.. Каррр!.."</w:t>
      </w:r>
    </w:p>
    <w:p>
      <w:r>
        <w:br/>
        <w:t>Сміхоша кинула:</w:t>
      </w:r>
    </w:p>
    <w:p>
      <w:r>
        <w:br/>
        <w:t>— А що? Схоже! Ходючок вигукнув:</w:t>
      </w:r>
    </w:p>
    <w:p>
      <w:r>
        <w:br/>
        <w:t>— Гм… Схоже, а злетіти не зможе.</w:t>
      </w:r>
    </w:p>
    <w:p>
      <w:r>
        <w:br/>
        <w:t>І раптом дерев’яна Зозуля ворухнула крильцями і запитала тоненьким лунким голоском, котрим вона споконвіку вигукувала своє "ку-ку":</w:t>
      </w:r>
    </w:p>
    <w:p>
      <w:r>
        <w:br/>
        <w:t>— Як там мій годинник без мене?</w:t>
      </w:r>
    </w:p>
    <w:p>
      <w:r>
        <w:br/>
        <w:t>— Стоїть, — відповів Ходючок.</w:t>
      </w:r>
    </w:p>
    <w:p>
      <w:r>
        <w:br/>
        <w:t>— Там, де й стояв, — у кутку? — спитала Зозуля.</w:t>
      </w:r>
    </w:p>
    <w:p>
      <w:r>
        <w:br/>
        <w:t>— Стоїть — значить, не йде.</w:t>
      </w:r>
    </w:p>
    <w:p>
      <w:r>
        <w:br/>
        <w:t>— А куди ж йому йти? Хай буде вдома!</w:t>
      </w:r>
    </w:p>
    <w:p>
      <w:r>
        <w:br/>
        <w:t>— Як-то — "куди йти"! — Ходючок засміявся. — Не відлічує Час! Розумієш? Оце і зветься — стоїть.</w:t>
      </w:r>
    </w:p>
    <w:p>
      <w:r>
        <w:br/>
        <w:t>— Не відлічує Час? А хто ж його відлічує?</w:t>
      </w:r>
    </w:p>
    <w:p>
      <w:r>
        <w:br/>
        <w:t>— Ніх… — Ходючок аж запнувся від здивування. — Ніхто.</w:t>
      </w:r>
    </w:p>
    <w:p>
      <w:r>
        <w:br/>
        <w:t>— А як же всі там… живуть? — здивувалася Зозуля. — Як же всі встигають на роботу? А ви?! Коли ж ви уроки робите?!</w:t>
      </w:r>
    </w:p>
    <w:p>
      <w:r>
        <w:br/>
        <w:t>— Нічого цього немає, пташечко, — сказав Ходючок. — Вода не тече, і літаки стоять у небі. — Він рішуче підвівся: — Відпочили — досить.</w:t>
      </w:r>
    </w:p>
    <w:p>
      <w:r>
        <w:br/>
        <w:t>Сміхоша без слів підійшла до Маєша, взяла за руку й одвела на заднє сидіння Умпарари. Той підкорився.</w:t>
      </w:r>
    </w:p>
    <w:p>
      <w:r>
        <w:br/>
        <w:t>Розсілися, і Умпарара поїхав. Він спинився аж на вершині горба Жовте Черевце. Всі вийшли. Фрусь лежав боком край дороги і мовчав.</w:t>
      </w:r>
    </w:p>
    <w:p>
      <w:r>
        <w:br/>
        <w:t>Швидко розмотали й зачепили буксирний трос, діти підважили (Маєш теж старався) — і за хвилину Фрусь знову став на всі чотири.</w:t>
      </w:r>
    </w:p>
    <w:p>
      <w:r>
        <w:br/>
        <w:t>— Бензин маєш? — запитав Умпарара.</w:t>
      </w:r>
    </w:p>
    <w:p>
      <w:r>
        <w:br/>
        <w:t>— Га? — перепитав Маєш.</w:t>
      </w:r>
    </w:p>
    <w:p>
      <w:r>
        <w:br/>
        <w:t>— Я не тебе питаю! Ти, Фрусику, бензин, питаю, маєш?</w:t>
      </w:r>
    </w:p>
    <w:p>
      <w:r>
        <w:br/>
        <w:t>— Я? — ледь озвався Фрусь. Він готувався тікати — аж задні колеса здригалися. — Трохи маю…</w:t>
      </w:r>
    </w:p>
    <w:p>
      <w:r>
        <w:br/>
        <w:t>— От що, мій любий, тобі лікуватися треба, — мовив Умпарара. — От упораємося з невідкладними справами, відновимо Час, — і повезу я тебе на станцію техобслуговування. Там Зак-Лепську наженуть геть. Там з тебе зроблять гарненький справний автомобільчик.</w:t>
      </w:r>
    </w:p>
    <w:p>
      <w:r>
        <w:br/>
        <w:t>— Ах, якби ж…</w:t>
      </w:r>
    </w:p>
    <w:p>
      <w:r>
        <w:br/>
        <w:t>І раптом несміливо мовив Маєш:</w:t>
      </w:r>
    </w:p>
    <w:p>
      <w:r>
        <w:br/>
        <w:t>— А можна, я далі поїду у Фрусеві?</w:t>
      </w:r>
    </w:p>
    <w:p>
      <w:r>
        <w:br/>
        <w:t>— Добре! — сказав автомобільчик.</w:t>
      </w:r>
    </w:p>
    <w:p>
      <w:r>
        <w:br/>
        <w:t>Усі погодилися. Умпарара піддав газу, дерева замерехтіли за вікнами.</w:t>
      </w:r>
    </w:p>
    <w:p>
      <w:r>
        <w:br/>
        <w:t>Незабаром вони вже наближалися до міста, і весь колектив виспівував свою дорожню пісеньку:</w:t>
      </w:r>
    </w:p>
    <w:p>
      <w:r>
        <w:br/>
        <w:t>То не крук летить з-за хмари,</w:t>
      </w:r>
    </w:p>
    <w:p>
      <w:r>
        <w:br/>
        <w:t>Не вітри співають нам —</w:t>
      </w:r>
    </w:p>
    <w:p>
      <w:r>
        <w:br/>
        <w:t>Це везе нас Умпарара,</w:t>
      </w:r>
    </w:p>
    <w:p>
      <w:r>
        <w:br/>
        <w:t>Умпарара Чамчамчам!</w:t>
      </w:r>
    </w:p>
    <w:p>
      <w:r>
        <w:br/>
        <w:t>Фрусь тихо сказав:</w:t>
      </w:r>
    </w:p>
    <w:p>
      <w:r>
        <w:br/>
        <w:t>— Я ніколи не чув, щоб про автомобіль складали таких добрих пісень… Ти не покинеш мене, Умпараро?</w:t>
      </w:r>
    </w:p>
    <w:p>
      <w:r>
        <w:br/>
        <w:t>— Ні. Я буду твоїм другом.</w:t>
      </w:r>
    </w:p>
    <w:p>
      <w:r>
        <w:br/>
        <w:t>— Як добре, — пробурмотів щасливий Фрусь.</w:t>
      </w:r>
    </w:p>
    <w:p>
      <w:r>
        <w:br/>
        <w:t>17. "Ку-ку!"</w:t>
      </w:r>
    </w:p>
    <w:p>
      <w:r>
        <w:br/>
        <w:t>Обидва автомобілі по-молодецькому загальмували біля під’їзду і спинилися, як влиті. Діти вистрибнули з машин і бігом кинулися до Ходючка додому. Маєш слідом за Ходючком і Сміхошею стрибав через дві сходинки на третю, щоб швидше добігти до змертвілого годинника.</w:t>
      </w:r>
    </w:p>
    <w:p>
      <w:r>
        <w:br/>
        <w:t>Ось і потрібний поверх. Двері, коридор, вітальня. На столі — розібраний "Автоконструктор". У кутку — годинник. Дверцята над циферблатом розчинені. Маятник і стрілки нерухомі. За мить має бути пів на десяту.</w:t>
      </w:r>
    </w:p>
    <w:p>
      <w:r>
        <w:br/>
        <w:t>Маєш як став на порозі, так і роззявив рота. Він уже нічого не бачив і не чув. Він не міг відірвати погляду від годинника.</w:t>
      </w:r>
    </w:p>
    <w:p>
      <w:r>
        <w:br/>
        <w:t>Ходючок підставив стілець. Сміхоша подала йому Зозулю, хлопчик посадив пташку на стрижень механізму.</w:t>
      </w:r>
    </w:p>
    <w:p>
      <w:r>
        <w:br/>
        <w:t>Тієї ж миті Зозулька підвела голівку, глянула на всіх блискучими намистинками-очима і гукнула оте друге, заповітне, чарівне:</w:t>
      </w:r>
    </w:p>
    <w:p>
      <w:r>
        <w:br/>
        <w:t>— …ку!</w:t>
      </w:r>
    </w:p>
    <w:p>
      <w:r>
        <w:br/>
        <w:t>Все змінилося. Хлопчик Петрик зіскочив зі стільця і заляскав у долоні, бо найперше, що він почув цієї миті, був потужний грім турбін літака "Ту", що линув над містом у напрямку аеропорту.</w:t>
      </w:r>
    </w:p>
    <w:p>
      <w:r>
        <w:br/>
        <w:t>— Наші летять!! — закричав хлопчик.</w:t>
      </w:r>
    </w:p>
    <w:p>
      <w:r>
        <w:br/>
        <w:t>Важкий маятник старовинного годинника повів своєї: "Тік. Так. Ні, не так, а отак". І з ним разом лагідно кивали головами і ведмідь, і слон, і жираф, і пінгвін, і крук… Петрикові лише здалося, що з маятника щезло зображення зубатого пацюка.</w:t>
      </w:r>
    </w:p>
    <w:p>
      <w:r>
        <w:br/>
        <w:t>Діти вискочили на балкон. Ой, що на світі коїлося, що робилося!</w:t>
      </w:r>
    </w:p>
    <w:p>
      <w:r>
        <w:br/>
        <w:t>Ось що тут коїлося.</w:t>
      </w:r>
    </w:p>
    <w:p>
      <w:r>
        <w:br/>
        <w:t>Зграйка горобців, що висіла нерухомо над деревцем, затріпотіла крильцями і всілася на гілки, а саме деревце залопотіло листочками; всі люди рухалися: хто не закінчив слово — тепер його закінчив, хто завмер, піднявши ногу, тепер ступив нею на землю і покрокував своєю дорогою, а хто тільки почав посміхатися — тепер уже посміхнувся на весь рот.</w:t>
      </w:r>
    </w:p>
    <w:p>
      <w:r>
        <w:br/>
        <w:t>І знову потекли по проспекту дві зустрічні лавини автомашин, тролейбусів і автобусів…</w:t>
      </w:r>
    </w:p>
    <w:p>
      <w:r>
        <w:br/>
        <w:t>З під’їзду вийшла примхлива бабуся і, знявши з носа окуляри у металевій оправі, підозріливо озирнулася. Звела очі угору й побачила на балконі дітей. Ганнуся їй сказала:</w:t>
      </w:r>
    </w:p>
    <w:p>
      <w:r>
        <w:br/>
        <w:t>— Добрий день, бабусю Дерібо!</w:t>
      </w:r>
    </w:p>
    <w:p>
      <w:r>
        <w:br/>
        <w:t>— Хулігани, — енергійно відповіла бабуся. — Як ти мене назвала?</w:t>
      </w:r>
    </w:p>
    <w:p>
      <w:r>
        <w:br/>
        <w:t>— Добрий вам день, Неоніло Семенівно! — уклонився їй Петрик.</w:t>
      </w:r>
    </w:p>
    <w:p>
      <w:r>
        <w:br/>
        <w:t>Степанко теж невміло уклонився і запитав:</w:t>
      </w:r>
    </w:p>
    <w:p>
      <w:r>
        <w:br/>
        <w:t>— Скажіть, будь ласка, як поживає папуга Аристарх?</w:t>
      </w:r>
    </w:p>
    <w:p>
      <w:r>
        <w:br/>
        <w:t>— Як поживає! — вигукнула примхлива бабуся. — Як він може поживати! Сидить у своїй клітці і вимагає з мене морозива! Оце й біжу.</w:t>
      </w:r>
    </w:p>
    <w:p>
      <w:r>
        <w:br/>
        <w:t>Неоніла Семенівна одягла окуляри, повернулася і пішла. Та раптом озирнулася на дітей і виразно підморгнула їм веселим круглим оком.</w:t>
      </w:r>
    </w:p>
    <w:p>
      <w:r>
        <w:br/>
        <w:t>Пріся терлася боками об ноги Петрика і Ганнусі і голосно муркотіла. По двору швидко бігав невтомний такса Джулька. На перильця балкона сіли два однаковісіньких шпаки і засвистіли. Вони зовсім не боялися дітей і кицьки, але говорити, звичайно, не вміли.</w:t>
      </w:r>
    </w:p>
    <w:p>
      <w:r>
        <w:br/>
        <w:t>Із свого ранкового походу в гастроном повернувся Ходючків дідусь Андрій. І він був зовсім не дід, [а високий сильний чолов’яга з чорною чуприною і світло-блакитними добрими очима. Він поставив господарську сумку в кухні на стілець і ступив до кімнати, де зібралися діти. В цей час розчинилися на годиннику дверцята, визирнула Зозуля і рівно десять разів проспівала: "ку-ку!" Дідусь Андрій зиркнув на свого наручного годинника і сказав:</w:t>
      </w:r>
    </w:p>
    <w:p>
      <w:r>
        <w:br/>
        <w:t>— Десять годин. Як завжди, точно. Так-от, діти, ми з Петриком їдемо в аеропорт зустріти тата й маму. А ви можете провести нас до машини.</w:t>
      </w:r>
    </w:p>
    <w:p>
      <w:r>
        <w:br/>
        <w:t>— Поїдете Умпарарою?</w:t>
      </w:r>
    </w:p>
    <w:p>
      <w:r>
        <w:br/>
        <w:t>— Атож.</w:t>
      </w:r>
    </w:p>
    <w:p>
      <w:r>
        <w:br/>
        <w:t>— Куди йому! Він сьогодні так вимотався!..</w:t>
      </w:r>
    </w:p>
    <w:p>
      <w:r>
        <w:br/>
        <w:t>Щоб він ще чого не бовкнув, Сміхоша заторохтіла:</w:t>
      </w:r>
    </w:p>
    <w:p>
      <w:r>
        <w:br/>
        <w:t>— Ді-і-іти! Феофеофанчик закрився і відпочиває! Дивись, Маєшу, дивись!</w:t>
      </w:r>
    </w:p>
    <w:p>
      <w:r>
        <w:br/>
        <w:t>— Як ти сказала? — здивувався дідусь.</w:t>
      </w:r>
    </w:p>
    <w:p>
      <w:r>
        <w:br/>
        <w:t>— Це я — Маєш, — пояснив Степанко. — Відомий хуліган.</w:t>
      </w:r>
    </w:p>
    <w:p>
      <w:r>
        <w:br/>
        <w:t>— А не схоже, — сказав дідусь.</w:t>
      </w:r>
    </w:p>
    <w:p>
      <w:r>
        <w:br/>
        <w:t>— Мабуть, він перевиховався, — усміхнулася дівчинка.</w:t>
      </w:r>
    </w:p>
    <w:p>
      <w:r>
        <w:br/>
        <w:t>Степанко промовчав і знічено опустив очі. Дідусь підозріливо огледів усіх одне за одним і проникливо запитав:</w:t>
      </w:r>
    </w:p>
    <w:p>
      <w:r>
        <w:br/>
        <w:t>— Слухайте, діти, якісь ви сьогодні не такі. Ану, викладайте: що тут сталося?</w:t>
      </w:r>
    </w:p>
    <w:p>
      <w:r>
        <w:br/>
        <w:t>— Діду! Ти мені віриш? — запитав Ходючок.</w:t>
      </w:r>
    </w:p>
    <w:p>
      <w:r>
        <w:br/>
        <w:t>— Як і ведеться між справжніми чоловіками, — відповів дідусь.</w:t>
      </w:r>
    </w:p>
    <w:p>
      <w:r>
        <w:br/>
        <w:t>— Так-от: нічого ніде не сталося.</w:t>
      </w:r>
    </w:p>
    <w:p>
      <w:r>
        <w:br/>
        <w:t>— Тоді я пішов заводити машину, — сказав дідусь і вийшов.</w:t>
      </w:r>
    </w:p>
    <w:p>
      <w:r>
        <w:br/>
        <w:t>— Але ж ти сказав дідусеві неправду… — прошепотіла Ганнуся.</w:t>
      </w:r>
    </w:p>
    <w:p>
      <w:r>
        <w:br/>
        <w:t>— Ні, я сказав правду, — відповів Петрик. — Все, що з нами сталося, було поза часом! А це все’дно, що нічого не було. Казка та й годі.</w:t>
      </w:r>
    </w:p>
    <w:p>
      <w:r>
        <w:br/>
        <w:t>Усі спустилися вниз і підійшли до автомобіля, дідусь Андрій розчинив дверцята і сів за кермо, а Ганнуся тонесенько заспівала:</w:t>
      </w:r>
    </w:p>
    <w:p>
      <w:r>
        <w:br/>
        <w:t>У дорогу знов пора нам!</w:t>
      </w:r>
    </w:p>
    <w:p>
      <w:r>
        <w:br/>
        <w:t>І, на заздрість всім вітрам,</w:t>
      </w:r>
    </w:p>
    <w:p>
      <w:r>
        <w:br/>
        <w:t>Повезе нас Умпарара,</w:t>
      </w:r>
    </w:p>
    <w:p>
      <w:r>
        <w:br/>
        <w:t>Умпарара Чамчамчам!</w:t>
      </w:r>
    </w:p>
    <w:p>
      <w:r>
        <w:br/>
        <w:t>І тоді Умпарара приязно глянув у личко дівчинки і лукаво блимнув підфарниками.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викрадену зозулю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