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вдову Ганну-Шулячку, чорного козака і страшне закляття (казка — дума)</w:t>
      </w:r>
    </w:p>
    <w:p>
      <w:r>
        <w:br/>
        <w:t xml:space="preserve"> &lt;p&gt;На околиці нашого села, якраз над річкою жила собі вдова Ганна. Чоловік її був добрий і славний козак Шуляк, та загинув у бою з татарами. Зосталася Ганна сама з маленькою дочкою Явдошкою. Тож люди на селі так і звали Ганну — Шулячкою.</w:t>
      </w:r>
    </w:p>
    <w:p>
      <w:r>
        <w:br/>
        <w:t>Лишилося у Ганни невеличке поле біля високої могили, пара воликів та, на згадку про чоловіка, коралове намисто, яке він привіз їй з далекого походу з Туреччини. Гарне намисто — дванадцять разків червоних коралів, ціни неміряної. Ганна була молода і вродлива, та ще й роботяща, але хіба багато жінка без чоловіка зробить? А орати-сіяти треба. Тяжко Ганні орати. Воли не слухаються, плуг важенний, леміш у землю не лізе, ноги за ріллю чіпляються. Помучилася так Ганна до ночі, та й уклалася спати з Явдошкою на возі.</w:t>
      </w:r>
    </w:p>
    <w:p>
      <w:r>
        <w:br/>
        <w:t>Заснула Ганна як у воду впала: тільки очі заплющила — і вже спить. А вранці прокинулася — що за чудасія? Усе поле виоране, засіяне і заскороджене. Воли розпряжені — сіном собі ремигають, ярма понакривані, та ще й казанок із кулешем на багатті кипить — укипає. Подивилася Ганна кругом, поза кущі позаглядала — нікого не видно. Приїхала вдова додому, та все дивується — хто поле виорав? А вдома дивиться — за ніч хтось тин підправив, ще через ніч хтось дров нарубав. Так ніби хазяїн у хаті з’явився. Уже Ганні і страшно, і цікаво: хто ж це по ночах у неї хазяйнує, та знаку не подає?</w:t>
      </w:r>
    </w:p>
    <w:p>
      <w:r>
        <w:br/>
        <w:t>Пробувала Ганна підслідити гостя нічного, але тільки ніч наставала, то такий тяжкий сон на вдову находив, що нічого не чула аж до самого ранку.</w:t>
      </w:r>
    </w:p>
    <w:p>
      <w:r>
        <w:br/>
        <w:t>Уже й місяць минув, уже і другий — а у Ганни все по ночах хтось порядкує.</w:t>
      </w:r>
    </w:p>
    <w:p>
      <w:r>
        <w:br/>
        <w:t>Пішла Ганна до ворожки, розповіла про таємничого гостя, а та їй і каже:</w:t>
      </w:r>
    </w:p>
    <w:p>
      <w:r>
        <w:br/>
        <w:t>— Візьми, доню, в руку затисни великодню крашанку, що у церкві святила, то й не візьмуть тебе чари і ти не заснеш. Тоді й побачиш хто до тебе вночі приходить.</w:t>
      </w:r>
    </w:p>
    <w:p>
      <w:r>
        <w:br/>
        <w:t>Зробила Ганна, як ворожка веліла: взяла у руку крашанку червону, сіла в садочку під яблунею, та й чекає.</w:t>
      </w:r>
    </w:p>
    <w:p>
      <w:r>
        <w:br/>
        <w:t>Село поснуло — тихо стало, на місяць хмарка насунула. Коли це дивиться Ганна — заходить у двір козак високий, ставний, красивий. У руці спис тримає, а на поводі коня веде. Козак весь у чорному — шапка на ньому чорна, кирея чорна, шаровари чорні, тільки лице біліє та очі горять.</w:t>
      </w:r>
    </w:p>
    <w:p>
      <w:r>
        <w:br/>
        <w:t>Устромив козак списа у землю, припнув до нього коня, а сам жупана чорного шовкового скинув, рукави засукав, та й заходився криничку підправляти у садочку. Та так гарно та вправно — робота ніби сама робиться, сокира в руках аж виспівує.</w:t>
      </w:r>
    </w:p>
    <w:p>
      <w:r>
        <w:br/>
        <w:t>Задивилася Ганна на козака, аж замилувалася. Такий уже гарний та роботящий. А перед ранком заіржав кінь, копитом забив Козак у сідло скочив, та й гей із двору.</w:t>
      </w:r>
    </w:p>
    <w:p>
      <w:r>
        <w:br/>
        <w:t>З того часу стала Ганна по ночах козака піджидати, та нищечком підглядати за ним — сподобався він їй.</w:t>
      </w:r>
    </w:p>
    <w:p>
      <w:r>
        <w:br/>
        <w:t>А якось вночі козак той чорний лагодив ясла у хліві, під ранок скочив на коня, та й поїхав. А Ганна вранці подоїла — аж молоко скисло! "Ох, — думає Ганна, — щось тут нечисте, раз молоко від нього кисне".</w:t>
      </w:r>
    </w:p>
    <w:p>
      <w:r>
        <w:br/>
        <w:t>Побігла Ганна знову до ворожки і розповіла все як є.</w:t>
      </w:r>
    </w:p>
    <w:p>
      <w:r>
        <w:br/>
        <w:t>— Ой, доню, недобрий то знак, — каже ворожка, — це вже якась нечиста сила до тебе внадилася. Зроби от що — придивись, де він до тебе у двір входить. Як вночі зайде — ти на тому місці на землі хреста намалюй. Нечистий такий закон мас якою дорогою зайшов, такою і вийти мусить. А той хрест його не пустить — тут його і впіймаєш. Тоді й узнаєш, хто він Тільки ж гляди не випусти його!</w:t>
      </w:r>
    </w:p>
    <w:p>
      <w:r>
        <w:br/>
        <w:t>Діждалася Ганна ночі, та й жде, коли чорний козак з’явиться. Опівночі заїздить той у двір, коня припнув і до роботи взявся А Ганна тишком-нишком до воріт пробралася і на землі хреста намалювала.</w:t>
      </w:r>
    </w:p>
    <w:p>
      <w:r>
        <w:br/>
        <w:t>Під ранок кінь копитом забив, заіржав, козак у сідло скочив — і до воріт А у воротах кінь дибки став, наче на стіну наштовхнувся. Козак глянув — аж на землі хрест намальований! Зблід козак ще дужче, глянув по подвір’ї — і побачив Ганну за діжкою.</w:t>
      </w:r>
    </w:p>
    <w:p>
      <w:r>
        <w:br/>
        <w:t>— Отак ти, Ганно, мені за добро моє платиш? — каже козак. — Згубити мене надумала?!</w:t>
      </w:r>
    </w:p>
    <w:p>
      <w:r>
        <w:br/>
        <w:t>— Ні, козаче, — каже Ганна. — не хочу я тебе згубити, а тільки хочу знати, хто ти, чому мені допомагаєш і чого ховаєшся? Чи не буде мені біди якої від тебе?</w:t>
      </w:r>
    </w:p>
    <w:p>
      <w:r>
        <w:br/>
        <w:t>— Ні, Ганно, не буде тобі біди від мене, — каже козак, — а тільки не можу я тобі розказати про себе. Та, видно, доведеться, бо як ти хреста не зітреш і мене ранок застане, то загину я без сліда. Давно те діялося… Гнала наша сотня татар, багато ми їх посікли, та ще більше не встигли. Зупинилися на ніч у цьому лісі, а мене лишили на чатах. Повкладалися, поснули козаки. А я натомився, та й задрімав стоячи, на списа спершись. А серед ночі наскочили татари-ординці недобиті, посікли-порубали сонних запорожців, тільки я й лишився. А отаман наш за те, що через мене вся наша сотня полягла, помираючи, закляв мене страшним закляттям, щоб я світу білого не бачив і щоб сонце на мене не світило. Так відтоді лише вночі, в темінь я можу по світу ходити, а вдень мушу ховатися у тій високій могилі, де мої братчики порубані лежать. Тільки-но на сонці з’явлюся — то згорю, спопелію в ту ж мить і пропаду навіки. А тебе, Ганно, я примітив, коли ти поле орала біля могили козацької, і полюбив тебе одразу. Через те я і ходжу до тебе і допомагаю тобі, та й сам за роботою скучив, за життям людським.</w:t>
      </w:r>
    </w:p>
    <w:p>
      <w:r>
        <w:br/>
        <w:t>Вислухала вдова чорного козака, і так їй жалко його стало, що вона заплакала.</w:t>
      </w:r>
    </w:p>
    <w:p>
      <w:r>
        <w:br/>
        <w:t>— Їдь, козаче, не тримаю я тебе. Треба було тобі зразу мені все розказати-відкритися, бо і ти мені любим став, а тепер бачу я, що не бути нам разом.</w:t>
      </w:r>
    </w:p>
    <w:p>
      <w:r>
        <w:br/>
        <w:t>Стерла Ганна хреста, і козак з конем щезли, бо сонце вже сходило. З того часу чорний козак більше до Ганни не приходив, а вона все сумувала та про нього згадувала.</w:t>
      </w:r>
    </w:p>
    <w:p>
      <w:r>
        <w:br/>
        <w:t>Уже літо проминуло, настала осінь. Якось задиміло, загорілося село з трьох боків — орда татарська за ясиром-полоном примчала. Не встигли козаки за шаблі вхопитися, як татари купами навалилися — по четверо-п’ятеро на одного. Хоч як билися хлопці наші,а таки не сила справитися — хто порубаний лежить, хто стрілою пробитий, а хто сирицею скручений. А татари вже по селу женуться, людей арканами ловлять, хати підпалюють. Люди ховаються хто куди може, а татари по двору і погребах нишпорять — полон шукають.</w:t>
      </w:r>
    </w:p>
    <w:p>
      <w:r>
        <w:br/>
        <w:t>Уже ординці до Ганниної хати добралися. Ганна вхопила Явдошку на руки, та й побігла ховатися у плавні на річці. Перебрела через воду і знайшла в очереті острівець. Сіла та й сидить тихенько. Туди ще люди прибилися, ще, всі сидять — не дишуть. А на березі крик чути, татари то одного, то іншогосхопили. і все ближче і ближче їх алалакання чути.</w:t>
      </w:r>
    </w:p>
    <w:p>
      <w:r>
        <w:br/>
        <w:t>А Явдошці холодно стало, і вона заплакала. Як Ганна не вмовляла дочку, та все плаче і плаче — маленька, не розуміє.</w:t>
      </w:r>
    </w:p>
    <w:p>
      <w:r>
        <w:br/>
        <w:t>Тоді Ганна розірвала своє намисто коралове дорогоцінне, та й стала по одній намистині у воду кидати:</w:t>
      </w:r>
    </w:p>
    <w:p>
      <w:r>
        <w:br/>
        <w:t>— Дивись, Явдошко, бовть водичка, бовть!</w:t>
      </w:r>
    </w:p>
    <w:p>
      <w:r>
        <w:br/>
        <w:t>Поки намистиночки падають — Явдошка дивиться і не плаче. Ось уже один разочок коралів скінчився, ось уже другий, п’ятий. А як остання намистинка у воду бовтнула, Явдошка знову заплакала. Тут уже татари почули і в очереті людей знайшли і похапали.</w:t>
      </w:r>
    </w:p>
    <w:p>
      <w:r>
        <w:br/>
        <w:t>Пов’язали татари ясир і погнали Чорним шляхом у Крим. Добралися ординці до лісу з полоном, та й зупинилися ночувати біля могили. Весело їм, добре: багато полону захопили, та й козаків не видно і не чути. Нема кому на татар напасти та ясир відбити. Стемніло зовсім, затихло все. і раптом така втома на всіх напала, такий сон зморив, що всі поснули. Тільки Ганна не спить.</w:t>
      </w:r>
    </w:p>
    <w:p>
      <w:r>
        <w:br/>
        <w:t>Бачить Ганна — наче тінь чорна носиться межи татарвою. То один схопиться зі сну та впаде, то другий, а якийсь устигне ятагана вихопити, та не встигне замахнутися, а вже на землі лежить, чорною кров’ю підпливає.</w:t>
      </w:r>
    </w:p>
    <w:p>
      <w:r>
        <w:br/>
        <w:t>Придивилася Ганна — аж то її козарлюга на коні поміж ординців літає, весь у чорному, його й не видно.</w:t>
      </w:r>
    </w:p>
    <w:p>
      <w:r>
        <w:br/>
        <w:t>Майже всіх татар-нападників поклав козак. Ще з десяток лишилося — аж тут уже сонце сходить. Треба козакові зникати, бо згорить. А він тільки Ганні всміхнувся, вусом повів і шаблю міцніше стиснув. Зійшло сонце, посхоплювалися татари, побачили чорного козака і кинулися всі на нього. Хто з арканом, хто з луком, хто з ятаганом. А козарлюга колесом носиться, лином звивається, вітряком крутиться, від стріл шаблею відмахується, аркани на списа ловить, ногами ятагани вибиває. Закрутив, завертів татар кругом себе — один з десятком справляється! Побив-положив усіх, а мурзу їхнього на списа підняв.</w:t>
      </w:r>
    </w:p>
    <w:p>
      <w:r>
        <w:br/>
        <w:t>Ганна очі руками затулила, глянути боїться, як козак горітиме. Коли чує, люди радіють. Дивиться — стоїть перед нею її любий. Жупан порубаний, шапка стрілою пробита, весь у ранах, і сміється! А сонечко на нього світить, і нічого йому поганого немає!</w:t>
      </w:r>
    </w:p>
    <w:p>
      <w:r>
        <w:br/>
        <w:t>Обійняв козарлюга Ганну та й каже:</w:t>
      </w:r>
    </w:p>
    <w:p>
      <w:r>
        <w:br/>
        <w:t>— Простився мені гріх мій! Пропало страшне закляття — тепер будемо ми разом!</w:t>
      </w:r>
    </w:p>
    <w:p>
      <w:r>
        <w:br/>
        <w:t>Бо хто крові своєї за людей не шкодує, хто за правду грудьми встає, хто землю свою боронить, та ще й любить вірненько, того шабля не тне, чари не беруть і кулі від того відскакують!</w:t>
      </w:r>
    </w:p>
    <w:p>
      <w:r>
        <w:br/>
        <w:t>Ой ти станеш з шабелькою,</w:t>
      </w:r>
    </w:p>
    <w:p>
      <w:r>
        <w:br/>
        <w:t>А я з кулаками,</w:t>
      </w:r>
    </w:p>
    <w:p>
      <w:r>
        <w:br/>
        <w:t>Ой щоб слава не пропала</w:t>
      </w:r>
    </w:p>
    <w:p>
      <w:r>
        <w:br/>
        <w:t>Межи козаками!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вдову Ганну-Шулячку, чорного козака і страшне закляття (казка — дума)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